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1098CE" w14:textId="77777777" w:rsidR="007541DC" w:rsidRDefault="00816968">
      <w:pPr>
        <w:jc w:val="center"/>
        <w:rPr>
          <w:b/>
          <w:color w:val="1F4E79"/>
          <w:sz w:val="32"/>
        </w:rPr>
      </w:pPr>
      <w:r>
        <w:rPr>
          <w:b/>
          <w:color w:val="1F4E79"/>
          <w:sz w:val="32"/>
        </w:rPr>
        <w:t>TEHNISKĀ SPECIFIKĀCIJA</w:t>
      </w:r>
    </w:p>
    <w:p w14:paraId="2AFD69B5" w14:textId="3F57B42D" w:rsidR="001621AD" w:rsidRPr="000E36BE" w:rsidRDefault="000E36BE">
      <w:pPr>
        <w:jc w:val="center"/>
        <w:rPr>
          <w:b/>
          <w:color w:val="1F4E79"/>
          <w:sz w:val="24"/>
          <w:szCs w:val="24"/>
        </w:rPr>
      </w:pPr>
      <w:r w:rsidRPr="000E36BE">
        <w:rPr>
          <w:b/>
          <w:color w:val="1F4E79"/>
          <w:sz w:val="24"/>
          <w:szCs w:val="24"/>
        </w:rPr>
        <w:t>PRETENDENTA TEHNISKAIS – FINANŠU PIEDĀVĀJUMS</w:t>
      </w:r>
    </w:p>
    <w:p w14:paraId="513A4B86" w14:textId="6C98BE3C" w:rsidR="000E36BE" w:rsidRDefault="000E36BE" w:rsidP="000E36BE">
      <w:pPr>
        <w:spacing w:after="0" w:line="240" w:lineRule="auto"/>
        <w:jc w:val="center"/>
        <w:rPr>
          <w:b/>
          <w:sz w:val="26"/>
        </w:rPr>
      </w:pPr>
      <w:r>
        <w:rPr>
          <w:b/>
          <w:sz w:val="26"/>
        </w:rPr>
        <w:t>Atklātā konkursā “</w:t>
      </w:r>
      <w:r w:rsidRPr="000E36BE">
        <w:rPr>
          <w:b/>
          <w:sz w:val="26"/>
        </w:rPr>
        <w:t>Mēbeļu un aprīkojuma iegāde Salaspils novada pašvaldības iestādēm</w:t>
      </w:r>
      <w:r>
        <w:rPr>
          <w:b/>
          <w:sz w:val="26"/>
        </w:rPr>
        <w:t>”</w:t>
      </w:r>
    </w:p>
    <w:p w14:paraId="1B35A319" w14:textId="05DD7E7A" w:rsidR="000E36BE" w:rsidRDefault="000E36BE" w:rsidP="000E36BE">
      <w:pPr>
        <w:spacing w:after="0" w:line="240" w:lineRule="auto"/>
        <w:jc w:val="center"/>
        <w:rPr>
          <w:b/>
          <w:sz w:val="26"/>
        </w:rPr>
      </w:pPr>
      <w:r>
        <w:rPr>
          <w:b/>
          <w:sz w:val="26"/>
        </w:rPr>
        <w:t>(</w:t>
      </w:r>
      <w:r w:rsidRPr="00AE749A">
        <w:rPr>
          <w:b/>
          <w:sz w:val="24"/>
          <w:szCs w:val="24"/>
        </w:rPr>
        <w:t>iepirkuma</w:t>
      </w:r>
      <w:r>
        <w:rPr>
          <w:b/>
          <w:sz w:val="24"/>
          <w:szCs w:val="24"/>
        </w:rPr>
        <w:t xml:space="preserve"> identifikācijas Nr. SNP 2026/45</w:t>
      </w:r>
      <w:r w:rsidRPr="00AE749A">
        <w:rPr>
          <w:b/>
          <w:sz w:val="24"/>
          <w:szCs w:val="24"/>
        </w:rPr>
        <w:t>)</w:t>
      </w:r>
    </w:p>
    <w:p w14:paraId="2B1098D0" w14:textId="77777777" w:rsidR="007541DC" w:rsidRPr="00317CD6" w:rsidRDefault="00816968">
      <w:pPr>
        <w:spacing w:after="80"/>
        <w:rPr>
          <w:sz w:val="20"/>
          <w:szCs w:val="20"/>
        </w:rPr>
      </w:pPr>
      <w:r w:rsidRPr="00317CD6">
        <w:rPr>
          <w:b/>
          <w:sz w:val="20"/>
          <w:szCs w:val="20"/>
        </w:rPr>
        <w:t>Iepirkums ir sadalīts divās lotēs:</w:t>
      </w:r>
    </w:p>
    <w:p w14:paraId="2B1098D1" w14:textId="77777777" w:rsidR="007541DC" w:rsidRPr="00317CD6" w:rsidRDefault="00816968">
      <w:pPr>
        <w:pStyle w:val="ListBullet"/>
        <w:spacing w:after="0"/>
        <w:rPr>
          <w:sz w:val="20"/>
          <w:szCs w:val="20"/>
        </w:rPr>
      </w:pPr>
      <w:r w:rsidRPr="00317CD6">
        <w:rPr>
          <w:sz w:val="20"/>
          <w:szCs w:val="20"/>
        </w:rPr>
        <w:t>1. lote – Mēbeles;</w:t>
      </w:r>
    </w:p>
    <w:p w14:paraId="2B1098D2" w14:textId="77777777" w:rsidR="007541DC" w:rsidRPr="00317CD6" w:rsidRDefault="00816968">
      <w:pPr>
        <w:pStyle w:val="ListBullet"/>
        <w:spacing w:after="0"/>
        <w:rPr>
          <w:sz w:val="20"/>
          <w:szCs w:val="20"/>
        </w:rPr>
      </w:pPr>
      <w:r w:rsidRPr="00317CD6">
        <w:rPr>
          <w:sz w:val="20"/>
          <w:szCs w:val="20"/>
        </w:rPr>
        <w:t>2. lote – Aprīkojums.</w:t>
      </w:r>
    </w:p>
    <w:p w14:paraId="2B1098D3" w14:textId="690D9A1B" w:rsidR="007541DC" w:rsidRPr="00317CD6" w:rsidRDefault="00816968">
      <w:pPr>
        <w:rPr>
          <w:sz w:val="20"/>
          <w:szCs w:val="20"/>
        </w:rPr>
      </w:pPr>
      <w:r w:rsidRPr="00317CD6">
        <w:rPr>
          <w:b/>
          <w:sz w:val="20"/>
          <w:szCs w:val="20"/>
        </w:rPr>
        <w:t xml:space="preserve">Vispārīgs nosacījums. </w:t>
      </w:r>
      <w:r w:rsidRPr="00317CD6">
        <w:rPr>
          <w:sz w:val="20"/>
          <w:szCs w:val="20"/>
        </w:rPr>
        <w:t>Visās pozīcijās, kur tehniskajā aprakstā vai atsauces saitē ir minēts konkrēts modelis, ražotājs vai interneta veikala piemērs, tas uzskatāms par informatīvu norādi uz kvalitātes un funkcionalitātes līmeni. Pretendents drīkst piedāvāt ekvivalentu preci, kas nav sliktāka pēc būtiskajiem tehniskajiem parametriem, materiāliem, izmēriem, drošuma, ergonomikas un lietošanas mērķa.</w:t>
      </w:r>
      <w:r w:rsidR="000E36BE" w:rsidRPr="00317CD6">
        <w:rPr>
          <w:sz w:val="20"/>
          <w:szCs w:val="20"/>
        </w:rPr>
        <w:t xml:space="preserve"> Tādā gadījumā pretendents savā Tehniskajā piedāvājumā norāda ekvivalentās preces raksturojumu.</w:t>
      </w:r>
    </w:p>
    <w:p w14:paraId="5A4A6BE0" w14:textId="66F202A8" w:rsidR="00764910" w:rsidRPr="00317CD6" w:rsidRDefault="00816968" w:rsidP="00764910">
      <w:pPr>
        <w:rPr>
          <w:sz w:val="20"/>
          <w:szCs w:val="20"/>
        </w:rPr>
      </w:pPr>
      <w:r w:rsidRPr="00317CD6">
        <w:rPr>
          <w:b/>
          <w:sz w:val="20"/>
          <w:szCs w:val="20"/>
        </w:rPr>
        <w:t xml:space="preserve">Piegādes un izpildes prasības. </w:t>
      </w:r>
      <w:r w:rsidRPr="00317CD6">
        <w:rPr>
          <w:sz w:val="20"/>
          <w:szCs w:val="20"/>
        </w:rPr>
        <w:t>Piedāvājuma cenā iekļauj preču piegādi uz pasūtītāja norādītajām adresēm, izkraušanu, uznešanu, montāžu/uzstādīšanu (ja attiecināms), iepakojuma savākšanu un garantijas apkalpošanu. Garantijas termiņš – ne mazāks kā 24 mēneši, ja attiecīgajai pozīcijai normatīvie akti vai ražotājs neparedz ilgāku termiņu.</w:t>
      </w:r>
    </w:p>
    <w:p w14:paraId="2B1098D5" w14:textId="31389642" w:rsidR="007541DC" w:rsidRDefault="00B838B2" w:rsidP="000E36BE">
      <w:pPr>
        <w:spacing w:before="160" w:after="80"/>
        <w:jc w:val="center"/>
      </w:pPr>
      <w:r>
        <w:rPr>
          <w:b/>
          <w:color w:val="1F4E79"/>
          <w:sz w:val="24"/>
        </w:rPr>
        <w:t xml:space="preserve">1. DAĻA – MĒBEĻU PIEGĀDE </w:t>
      </w:r>
      <w:r w:rsidRPr="00B838B2">
        <w:rPr>
          <w:b/>
          <w:color w:val="1F4E79"/>
          <w:sz w:val="24"/>
        </w:rPr>
        <w:t>SALASPILS NOVADA PAŠVALDĪBAS IESTĀDĒM</w:t>
      </w:r>
    </w:p>
    <w:p w14:paraId="2B1098D6" w14:textId="77777777" w:rsidR="007541DC" w:rsidRPr="00317CD6" w:rsidRDefault="00816968">
      <w:pPr>
        <w:spacing w:after="80"/>
        <w:rPr>
          <w:sz w:val="20"/>
          <w:szCs w:val="20"/>
        </w:rPr>
      </w:pPr>
      <w:r w:rsidRPr="00317CD6">
        <w:rPr>
          <w:b/>
          <w:sz w:val="20"/>
          <w:szCs w:val="20"/>
        </w:rPr>
        <w:t xml:space="preserve">Lotes priekšmets. </w:t>
      </w:r>
      <w:r w:rsidRPr="00317CD6">
        <w:rPr>
          <w:sz w:val="20"/>
          <w:szCs w:val="20"/>
        </w:rPr>
        <w:t>Mēbeļu piegāde un, ja nepieciešams, montāža/uzstādīšana Salaspils novada pašvaldības iestādēm atbilstoši zemāk norādītajām pozīcijām un tehniskajām prasībām.</w:t>
      </w:r>
    </w:p>
    <w:p w14:paraId="2B1098D7" w14:textId="77777777" w:rsidR="007541DC" w:rsidRPr="00317CD6" w:rsidRDefault="00816968">
      <w:pPr>
        <w:spacing w:before="80" w:after="80"/>
        <w:rPr>
          <w:sz w:val="20"/>
          <w:szCs w:val="20"/>
        </w:rPr>
      </w:pPr>
      <w:r w:rsidRPr="00317CD6">
        <w:rPr>
          <w:b/>
          <w:color w:val="444444"/>
          <w:sz w:val="20"/>
          <w:szCs w:val="20"/>
        </w:rPr>
        <w:t>Būtiskās prasības 1. lotei</w:t>
      </w:r>
    </w:p>
    <w:p w14:paraId="2B1098D8" w14:textId="77777777" w:rsidR="007541DC" w:rsidRPr="00317CD6" w:rsidRDefault="00816968">
      <w:pPr>
        <w:pStyle w:val="ListBullet"/>
        <w:spacing w:after="0" w:line="240" w:lineRule="auto"/>
        <w:rPr>
          <w:sz w:val="20"/>
          <w:szCs w:val="20"/>
        </w:rPr>
      </w:pPr>
      <w:r w:rsidRPr="00317CD6">
        <w:rPr>
          <w:sz w:val="20"/>
          <w:szCs w:val="20"/>
        </w:rPr>
        <w:t>Visām mēbelēm jābūt jaunām, nelietotām, bez vizuāliem un tehniskiem defektiem.</w:t>
      </w:r>
    </w:p>
    <w:p w14:paraId="2B1098D9" w14:textId="77777777" w:rsidR="007541DC" w:rsidRPr="00317CD6" w:rsidRDefault="00816968">
      <w:pPr>
        <w:pStyle w:val="ListBullet"/>
        <w:spacing w:after="0" w:line="240" w:lineRule="auto"/>
        <w:rPr>
          <w:sz w:val="20"/>
          <w:szCs w:val="20"/>
        </w:rPr>
      </w:pPr>
      <w:r w:rsidRPr="00317CD6">
        <w:rPr>
          <w:sz w:val="20"/>
          <w:szCs w:val="20"/>
        </w:rPr>
        <w:t>Mēbeļu izmēri, materiāli, krāsa, konstrukcija un komplektācija nodrošināmi atbilstoši tabulā norādītajām prasībām vai ekvivalentam risinājumam.</w:t>
      </w:r>
    </w:p>
    <w:p w14:paraId="2B1098DA" w14:textId="77777777" w:rsidR="007541DC" w:rsidRPr="00317CD6" w:rsidRDefault="00816968">
      <w:pPr>
        <w:pStyle w:val="ListBullet"/>
        <w:spacing w:after="0" w:line="240" w:lineRule="auto"/>
        <w:rPr>
          <w:sz w:val="20"/>
          <w:szCs w:val="20"/>
        </w:rPr>
      </w:pPr>
      <w:r w:rsidRPr="00317CD6">
        <w:rPr>
          <w:sz w:val="20"/>
          <w:szCs w:val="20"/>
        </w:rPr>
        <w:t>Ja mēbele tiek piegādāta izjauktā veidā, piegādātājam jānodrošina pilna montāža, nostiprināšana un nodošana ekspluatācijā.</w:t>
      </w:r>
    </w:p>
    <w:p w14:paraId="2B1098DB" w14:textId="77777777" w:rsidR="007541DC" w:rsidRPr="00317CD6" w:rsidRDefault="00816968">
      <w:pPr>
        <w:pStyle w:val="ListBullet"/>
        <w:spacing w:after="0" w:line="240" w:lineRule="auto"/>
        <w:rPr>
          <w:sz w:val="20"/>
          <w:szCs w:val="20"/>
        </w:rPr>
      </w:pPr>
      <w:r w:rsidRPr="00317CD6">
        <w:rPr>
          <w:sz w:val="20"/>
          <w:szCs w:val="20"/>
        </w:rPr>
        <w:t>Krēsliem, galdiem un citiem intensīvi lietojamiem priekšmetiem jābūt piemērotiem publiskā sektora un izglītības iestāžu ikdienas lietošanai.</w:t>
      </w:r>
    </w:p>
    <w:p w14:paraId="2B1098DC" w14:textId="77777777" w:rsidR="007541DC" w:rsidRPr="00317CD6" w:rsidRDefault="00816968">
      <w:pPr>
        <w:pStyle w:val="ListBullet"/>
        <w:spacing w:after="0" w:line="240" w:lineRule="auto"/>
        <w:rPr>
          <w:sz w:val="20"/>
          <w:szCs w:val="20"/>
        </w:rPr>
      </w:pPr>
      <w:r w:rsidRPr="00317CD6">
        <w:rPr>
          <w:sz w:val="20"/>
          <w:szCs w:val="20"/>
        </w:rPr>
        <w:t>Pozīcijām, kur avota failā norādīta atbilstība standartam EN 1729, pretendentam kopā ar piedāvājumu jāiesniedz atbilstību apliecinoši dokumenti.</w:t>
      </w:r>
    </w:p>
    <w:p w14:paraId="2B1098DD" w14:textId="64641A56" w:rsidR="007541DC" w:rsidRDefault="00816968" w:rsidP="00D80B36">
      <w:pPr>
        <w:spacing w:before="160" w:after="80"/>
        <w:jc w:val="center"/>
      </w:pPr>
      <w:r>
        <w:rPr>
          <w:b/>
          <w:color w:val="1F4E79"/>
          <w:sz w:val="24"/>
        </w:rPr>
        <w:t>Mēbeļu pozīciju saraksts</w:t>
      </w:r>
    </w:p>
    <w:tbl>
      <w:tblPr>
        <w:tblStyle w:val="TableGrid"/>
        <w:tblW w:w="0" w:type="auto"/>
        <w:jc w:val="center"/>
        <w:tblLayout w:type="fixed"/>
        <w:tblLook w:val="04A0" w:firstRow="1" w:lastRow="0" w:firstColumn="1" w:lastColumn="0" w:noHBand="0" w:noVBand="1"/>
      </w:tblPr>
      <w:tblGrid>
        <w:gridCol w:w="737"/>
        <w:gridCol w:w="1952"/>
        <w:gridCol w:w="5244"/>
        <w:gridCol w:w="1134"/>
        <w:gridCol w:w="2410"/>
        <w:gridCol w:w="1418"/>
      </w:tblGrid>
      <w:tr w:rsidR="009E286B" w14:paraId="2B1098E2" w14:textId="4ADE6B72" w:rsidTr="009E286B">
        <w:trPr>
          <w:tblHeader/>
          <w:jc w:val="center"/>
        </w:trPr>
        <w:tc>
          <w:tcPr>
            <w:tcW w:w="737" w:type="dxa"/>
            <w:shd w:val="clear" w:color="auto" w:fill="1F4E79"/>
            <w:tcMar>
              <w:top w:w="70" w:type="dxa"/>
              <w:left w:w="80" w:type="dxa"/>
              <w:bottom w:w="70" w:type="dxa"/>
              <w:right w:w="80" w:type="dxa"/>
            </w:tcMar>
            <w:vAlign w:val="center"/>
          </w:tcPr>
          <w:p w14:paraId="2B1098DE" w14:textId="77777777" w:rsidR="009E286B" w:rsidRDefault="009E286B">
            <w:pPr>
              <w:jc w:val="center"/>
            </w:pPr>
            <w:r>
              <w:rPr>
                <w:b/>
                <w:color w:val="FFFFFF"/>
              </w:rPr>
              <w:t>Nr.</w:t>
            </w:r>
          </w:p>
        </w:tc>
        <w:tc>
          <w:tcPr>
            <w:tcW w:w="1952" w:type="dxa"/>
            <w:shd w:val="clear" w:color="auto" w:fill="1F4E79"/>
            <w:tcMar>
              <w:top w:w="70" w:type="dxa"/>
              <w:left w:w="80" w:type="dxa"/>
              <w:bottom w:w="70" w:type="dxa"/>
              <w:right w:w="80" w:type="dxa"/>
            </w:tcMar>
            <w:vAlign w:val="center"/>
          </w:tcPr>
          <w:p w14:paraId="2B1098DF" w14:textId="77777777" w:rsidR="009E286B" w:rsidRDefault="009E286B">
            <w:pPr>
              <w:jc w:val="center"/>
            </w:pPr>
            <w:r>
              <w:rPr>
                <w:b/>
                <w:color w:val="FFFFFF"/>
              </w:rPr>
              <w:t>Preces nosaukums</w:t>
            </w:r>
          </w:p>
        </w:tc>
        <w:tc>
          <w:tcPr>
            <w:tcW w:w="5244" w:type="dxa"/>
            <w:shd w:val="clear" w:color="auto" w:fill="1F4E79"/>
            <w:tcMar>
              <w:top w:w="70" w:type="dxa"/>
              <w:left w:w="80" w:type="dxa"/>
              <w:bottom w:w="70" w:type="dxa"/>
              <w:right w:w="80" w:type="dxa"/>
            </w:tcMar>
            <w:vAlign w:val="center"/>
          </w:tcPr>
          <w:p w14:paraId="2B1098E0" w14:textId="77777777" w:rsidR="009E286B" w:rsidRDefault="009E286B" w:rsidP="001621AD">
            <w:pPr>
              <w:jc w:val="center"/>
            </w:pPr>
            <w:r>
              <w:rPr>
                <w:b/>
                <w:color w:val="FFFFFF"/>
              </w:rPr>
              <w:t>Tehniskais raksturojums / būtiskās prasības</w:t>
            </w:r>
          </w:p>
        </w:tc>
        <w:tc>
          <w:tcPr>
            <w:tcW w:w="1134" w:type="dxa"/>
            <w:shd w:val="clear" w:color="auto" w:fill="1F4E79"/>
          </w:tcPr>
          <w:p w14:paraId="2B29FF97" w14:textId="3E0A692B" w:rsidR="009E286B" w:rsidRDefault="009E286B">
            <w:pPr>
              <w:jc w:val="center"/>
              <w:rPr>
                <w:b/>
                <w:color w:val="FFFFFF"/>
              </w:rPr>
            </w:pPr>
            <w:r w:rsidRPr="009E286B">
              <w:rPr>
                <w:b/>
                <w:color w:val="FFFFFF"/>
              </w:rPr>
              <w:t>Vienības cena, EUR bez PVN</w:t>
            </w:r>
          </w:p>
        </w:tc>
        <w:tc>
          <w:tcPr>
            <w:tcW w:w="2410" w:type="dxa"/>
            <w:shd w:val="clear" w:color="auto" w:fill="1F4E79"/>
            <w:tcMar>
              <w:top w:w="70" w:type="dxa"/>
              <w:left w:w="80" w:type="dxa"/>
              <w:bottom w:w="70" w:type="dxa"/>
              <w:right w:w="80" w:type="dxa"/>
            </w:tcMar>
            <w:vAlign w:val="center"/>
          </w:tcPr>
          <w:p w14:paraId="2B1098E1" w14:textId="5BD23AE3" w:rsidR="009E286B" w:rsidRDefault="009E286B">
            <w:pPr>
              <w:jc w:val="center"/>
            </w:pPr>
            <w:r>
              <w:rPr>
                <w:b/>
                <w:color w:val="FFFFFF"/>
              </w:rPr>
              <w:t>Piegādes vieta un daudzums</w:t>
            </w:r>
          </w:p>
        </w:tc>
        <w:tc>
          <w:tcPr>
            <w:tcW w:w="1418" w:type="dxa"/>
            <w:shd w:val="clear" w:color="auto" w:fill="1F4E79"/>
          </w:tcPr>
          <w:p w14:paraId="51CCE362" w14:textId="631A6F47" w:rsidR="009E286B" w:rsidRDefault="009E286B">
            <w:pPr>
              <w:jc w:val="center"/>
              <w:rPr>
                <w:b/>
                <w:color w:val="FFFFFF"/>
              </w:rPr>
            </w:pPr>
            <w:r w:rsidRPr="009E286B">
              <w:rPr>
                <w:b/>
                <w:color w:val="FFFFFF"/>
              </w:rPr>
              <w:t>Kopējā cena, EUR bez PVN</w:t>
            </w:r>
          </w:p>
        </w:tc>
      </w:tr>
      <w:tr w:rsidR="009E286B" w14:paraId="2B1098E7" w14:textId="3C3C00D1" w:rsidTr="009E286B">
        <w:trPr>
          <w:jc w:val="center"/>
        </w:trPr>
        <w:tc>
          <w:tcPr>
            <w:tcW w:w="737" w:type="dxa"/>
            <w:tcMar>
              <w:top w:w="60" w:type="dxa"/>
              <w:left w:w="70" w:type="dxa"/>
              <w:bottom w:w="60" w:type="dxa"/>
              <w:right w:w="70" w:type="dxa"/>
            </w:tcMar>
            <w:vAlign w:val="center"/>
          </w:tcPr>
          <w:p w14:paraId="2B1098E3" w14:textId="77777777" w:rsidR="009E286B" w:rsidRDefault="009E286B">
            <w:r>
              <w:t>1</w:t>
            </w:r>
          </w:p>
        </w:tc>
        <w:tc>
          <w:tcPr>
            <w:tcW w:w="1952" w:type="dxa"/>
            <w:tcMar>
              <w:top w:w="60" w:type="dxa"/>
              <w:left w:w="70" w:type="dxa"/>
              <w:bottom w:w="60" w:type="dxa"/>
              <w:right w:w="70" w:type="dxa"/>
            </w:tcMar>
            <w:vAlign w:val="center"/>
          </w:tcPr>
          <w:p w14:paraId="2B1098E4" w14:textId="77777777" w:rsidR="009E286B" w:rsidRDefault="009E286B">
            <w:r>
              <w:rPr>
                <w:sz w:val="17"/>
              </w:rPr>
              <w:t>Datora krēsls</w:t>
            </w:r>
          </w:p>
        </w:tc>
        <w:tc>
          <w:tcPr>
            <w:tcW w:w="5244" w:type="dxa"/>
            <w:tcMar>
              <w:top w:w="60" w:type="dxa"/>
              <w:left w:w="70" w:type="dxa"/>
              <w:bottom w:w="60" w:type="dxa"/>
              <w:right w:w="70" w:type="dxa"/>
            </w:tcMar>
            <w:vAlign w:val="center"/>
          </w:tcPr>
          <w:p w14:paraId="2B1098E5" w14:textId="065689DB" w:rsidR="009E286B" w:rsidRDefault="009E286B" w:rsidP="001621AD">
            <w:pPr>
              <w:jc w:val="both"/>
            </w:pPr>
            <w:r>
              <w:rPr>
                <w:sz w:val="17"/>
              </w:rPr>
              <w:t>Datora krēsls. Ergonomiskais biroja krēsls Intrata Ergo, aprīkots ar elpojošu tīklveida atzveltni un polsterētu auduma sēdekli, ar regulējamu jostasvietas balstu, sinhrono mehānismu, regulējamiem roku balstiem un galvas atbalstu individuālai pielāgošanai, kā arī neilona riteņiem ērtai pārvietošanai. Krēsla izmēri ir aptuveni 50×54×134cm (platums×dziļums×augstums), sēdekļa augstuma regulācija ap 49-59cm, un tas ir piemērots</w:t>
            </w:r>
          </w:p>
        </w:tc>
        <w:tc>
          <w:tcPr>
            <w:tcW w:w="1134" w:type="dxa"/>
          </w:tcPr>
          <w:p w14:paraId="607A31CF" w14:textId="77777777" w:rsidR="009E286B" w:rsidRDefault="009E286B">
            <w:pPr>
              <w:rPr>
                <w:sz w:val="17"/>
              </w:rPr>
            </w:pPr>
          </w:p>
        </w:tc>
        <w:tc>
          <w:tcPr>
            <w:tcW w:w="2410" w:type="dxa"/>
            <w:tcMar>
              <w:top w:w="60" w:type="dxa"/>
              <w:left w:w="70" w:type="dxa"/>
              <w:bottom w:w="60" w:type="dxa"/>
              <w:right w:w="70" w:type="dxa"/>
            </w:tcMar>
            <w:vAlign w:val="center"/>
          </w:tcPr>
          <w:p w14:paraId="5E588044" w14:textId="20138ADA" w:rsidR="009E286B" w:rsidRPr="009E286B" w:rsidRDefault="009E286B">
            <w:pPr>
              <w:rPr>
                <w:b/>
                <w:sz w:val="17"/>
              </w:rPr>
            </w:pPr>
            <w:r w:rsidRPr="009E286B">
              <w:rPr>
                <w:b/>
                <w:sz w:val="17"/>
              </w:rPr>
              <w:t>KOPĀ 9 gab.</w:t>
            </w:r>
          </w:p>
          <w:p w14:paraId="28C2985A" w14:textId="77777777" w:rsidR="009E286B" w:rsidRDefault="009E286B">
            <w:pPr>
              <w:rPr>
                <w:sz w:val="17"/>
              </w:rPr>
            </w:pPr>
          </w:p>
          <w:p w14:paraId="2B1098E6" w14:textId="053F17A1" w:rsidR="009E286B" w:rsidRDefault="009E286B">
            <w:r>
              <w:rPr>
                <w:sz w:val="17"/>
              </w:rPr>
              <w:t>Sociālais dienests — 5 gab.; Būvvalde — 2 gab.; Daugavas muzejs — 2 gab.</w:t>
            </w:r>
          </w:p>
        </w:tc>
        <w:tc>
          <w:tcPr>
            <w:tcW w:w="1418" w:type="dxa"/>
          </w:tcPr>
          <w:p w14:paraId="64F82013" w14:textId="77777777" w:rsidR="009E286B" w:rsidRDefault="009E286B">
            <w:pPr>
              <w:rPr>
                <w:sz w:val="17"/>
              </w:rPr>
            </w:pPr>
          </w:p>
        </w:tc>
      </w:tr>
      <w:tr w:rsidR="009E286B" w14:paraId="2B1098EC" w14:textId="1DF3640D" w:rsidTr="009E286B">
        <w:trPr>
          <w:jc w:val="center"/>
        </w:trPr>
        <w:tc>
          <w:tcPr>
            <w:tcW w:w="737" w:type="dxa"/>
            <w:tcMar>
              <w:top w:w="60" w:type="dxa"/>
              <w:left w:w="70" w:type="dxa"/>
              <w:bottom w:w="60" w:type="dxa"/>
              <w:right w:w="70" w:type="dxa"/>
            </w:tcMar>
            <w:vAlign w:val="center"/>
          </w:tcPr>
          <w:p w14:paraId="2B1098E8" w14:textId="77777777" w:rsidR="009E286B" w:rsidRDefault="009E286B">
            <w:r>
              <w:lastRenderedPageBreak/>
              <w:t>2</w:t>
            </w:r>
          </w:p>
        </w:tc>
        <w:tc>
          <w:tcPr>
            <w:tcW w:w="1952" w:type="dxa"/>
            <w:tcMar>
              <w:top w:w="60" w:type="dxa"/>
              <w:left w:w="70" w:type="dxa"/>
              <w:bottom w:w="60" w:type="dxa"/>
              <w:right w:w="70" w:type="dxa"/>
            </w:tcMar>
            <w:vAlign w:val="center"/>
          </w:tcPr>
          <w:p w14:paraId="2B1098E9" w14:textId="1052609A" w:rsidR="009E286B" w:rsidRDefault="00406D1C">
            <w:r>
              <w:rPr>
                <w:sz w:val="17"/>
              </w:rPr>
              <w:t>Datora krēsls</w:t>
            </w:r>
          </w:p>
        </w:tc>
        <w:tc>
          <w:tcPr>
            <w:tcW w:w="5244" w:type="dxa"/>
            <w:tcMar>
              <w:top w:w="60" w:type="dxa"/>
              <w:left w:w="70" w:type="dxa"/>
              <w:bottom w:w="60" w:type="dxa"/>
              <w:right w:w="70" w:type="dxa"/>
            </w:tcMar>
            <w:vAlign w:val="center"/>
          </w:tcPr>
          <w:p w14:paraId="2B1098EA" w14:textId="76366411" w:rsidR="009E286B" w:rsidRDefault="009E286B" w:rsidP="001621AD">
            <w:pPr>
              <w:jc w:val="both"/>
            </w:pPr>
            <w:r>
              <w:rPr>
                <w:sz w:val="17"/>
              </w:rPr>
              <w:t>Biroja krēsla Milton sēdeklis ir pārvilkts ar melnu audumu, bet pītā tekstila atzveltne nodrošina gaisa caurlaidību.Sēdekļa augstums:470-580 mm, Sēdekļa dziļums:470mm,Sēdekļa platums:490mm, Atzveltnes augstums:575mm,Platums:630 mm,Sēdekļa krāsa:Melna Sēdekļa materiāls: Audums Sastāvs:100% Poliesters Svara izturība:110 kg Riteņu veids:Viegli ritoši riteņi 5-punktu kāju statīvs:Plastmasas</w:t>
            </w:r>
          </w:p>
        </w:tc>
        <w:tc>
          <w:tcPr>
            <w:tcW w:w="1134" w:type="dxa"/>
          </w:tcPr>
          <w:p w14:paraId="062C7FA8" w14:textId="77777777" w:rsidR="009E286B" w:rsidRDefault="009E286B">
            <w:pPr>
              <w:rPr>
                <w:sz w:val="17"/>
              </w:rPr>
            </w:pPr>
          </w:p>
        </w:tc>
        <w:tc>
          <w:tcPr>
            <w:tcW w:w="2410" w:type="dxa"/>
            <w:tcMar>
              <w:top w:w="60" w:type="dxa"/>
              <w:left w:w="70" w:type="dxa"/>
              <w:bottom w:w="60" w:type="dxa"/>
              <w:right w:w="70" w:type="dxa"/>
            </w:tcMar>
            <w:vAlign w:val="center"/>
          </w:tcPr>
          <w:p w14:paraId="62EE67B8" w14:textId="755B8386" w:rsidR="009E286B" w:rsidRPr="009E286B" w:rsidRDefault="009E286B" w:rsidP="009E286B">
            <w:pPr>
              <w:rPr>
                <w:b/>
                <w:sz w:val="17"/>
              </w:rPr>
            </w:pPr>
            <w:r w:rsidRPr="009E286B">
              <w:rPr>
                <w:b/>
                <w:sz w:val="17"/>
              </w:rPr>
              <w:t xml:space="preserve">KOPĀ </w:t>
            </w:r>
            <w:r>
              <w:rPr>
                <w:b/>
                <w:sz w:val="17"/>
              </w:rPr>
              <w:t>4</w:t>
            </w:r>
            <w:r w:rsidRPr="009E286B">
              <w:rPr>
                <w:b/>
                <w:sz w:val="17"/>
              </w:rPr>
              <w:t xml:space="preserve"> gab.</w:t>
            </w:r>
          </w:p>
          <w:p w14:paraId="46771F09" w14:textId="77777777" w:rsidR="009E286B" w:rsidRDefault="009E286B">
            <w:pPr>
              <w:rPr>
                <w:sz w:val="17"/>
              </w:rPr>
            </w:pPr>
          </w:p>
          <w:p w14:paraId="40F3434B" w14:textId="77777777" w:rsidR="009E286B" w:rsidRDefault="009E286B">
            <w:pPr>
              <w:rPr>
                <w:sz w:val="17"/>
              </w:rPr>
            </w:pPr>
            <w:r>
              <w:rPr>
                <w:sz w:val="17"/>
              </w:rPr>
              <w:t xml:space="preserve">ATVASĪTE — 1 gab.; Salaspils 1. vidusskola — 2 gab.; </w:t>
            </w:r>
          </w:p>
          <w:p w14:paraId="2B1098EB" w14:textId="4F695895" w:rsidR="009E286B" w:rsidRDefault="009E286B">
            <w:r>
              <w:rPr>
                <w:sz w:val="17"/>
              </w:rPr>
              <w:t>Salaspils 1.pirmsskola — 1 gab.</w:t>
            </w:r>
          </w:p>
        </w:tc>
        <w:tc>
          <w:tcPr>
            <w:tcW w:w="1418" w:type="dxa"/>
          </w:tcPr>
          <w:p w14:paraId="1D5216D3" w14:textId="77777777" w:rsidR="009E286B" w:rsidRDefault="009E286B">
            <w:pPr>
              <w:rPr>
                <w:sz w:val="17"/>
              </w:rPr>
            </w:pPr>
          </w:p>
        </w:tc>
      </w:tr>
      <w:tr w:rsidR="009E286B" w14:paraId="2B1098F1" w14:textId="714256CB" w:rsidTr="009E286B">
        <w:trPr>
          <w:jc w:val="center"/>
        </w:trPr>
        <w:tc>
          <w:tcPr>
            <w:tcW w:w="737" w:type="dxa"/>
            <w:tcMar>
              <w:top w:w="60" w:type="dxa"/>
              <w:left w:w="70" w:type="dxa"/>
              <w:bottom w:w="60" w:type="dxa"/>
              <w:right w:w="70" w:type="dxa"/>
            </w:tcMar>
            <w:vAlign w:val="center"/>
          </w:tcPr>
          <w:p w14:paraId="2B1098ED" w14:textId="77777777" w:rsidR="009E286B" w:rsidRDefault="009E286B">
            <w:r>
              <w:t>3</w:t>
            </w:r>
          </w:p>
        </w:tc>
        <w:tc>
          <w:tcPr>
            <w:tcW w:w="1952" w:type="dxa"/>
            <w:tcMar>
              <w:top w:w="60" w:type="dxa"/>
              <w:left w:w="70" w:type="dxa"/>
              <w:bottom w:w="60" w:type="dxa"/>
              <w:right w:w="70" w:type="dxa"/>
            </w:tcMar>
            <w:vAlign w:val="center"/>
          </w:tcPr>
          <w:p w14:paraId="2B1098EE" w14:textId="77777777" w:rsidR="009E286B" w:rsidRDefault="009E286B">
            <w:r>
              <w:rPr>
                <w:sz w:val="17"/>
              </w:rPr>
              <w:t>Salokāmie galdi (meistarklasēm) Saliekams galds 180 cm</w:t>
            </w:r>
          </w:p>
        </w:tc>
        <w:tc>
          <w:tcPr>
            <w:tcW w:w="5244" w:type="dxa"/>
            <w:tcMar>
              <w:top w:w="60" w:type="dxa"/>
              <w:left w:w="70" w:type="dxa"/>
              <w:bottom w:w="60" w:type="dxa"/>
              <w:right w:w="70" w:type="dxa"/>
            </w:tcMar>
            <w:vAlign w:val="center"/>
          </w:tcPr>
          <w:p w14:paraId="2B1098EF" w14:textId="77777777" w:rsidR="009E286B" w:rsidRDefault="009E286B" w:rsidP="001621AD">
            <w:pPr>
              <w:jc w:val="both"/>
            </w:pPr>
            <w:r>
              <w:rPr>
                <w:sz w:val="17"/>
              </w:rPr>
              <w:t>Salokāmie galdi (meistarklasēm) Saliekams galds 180 cm. 100% ūdensnecaurlaidība. Rāmis ir pārklāts ar pretkorozijas krāsojumu. Augstākās kvalitātes konstrukcija biežai lietošanai. Viegls un mobils saliekamais galds ar stiprinātu galda virsmu. Galds iztur lielu noslodzi un ir noturīgs pret UV starojumu.</w:t>
            </w:r>
          </w:p>
        </w:tc>
        <w:tc>
          <w:tcPr>
            <w:tcW w:w="1134" w:type="dxa"/>
          </w:tcPr>
          <w:p w14:paraId="0B39FF60" w14:textId="77777777" w:rsidR="009E286B" w:rsidRDefault="009E286B">
            <w:pPr>
              <w:rPr>
                <w:sz w:val="17"/>
              </w:rPr>
            </w:pPr>
          </w:p>
        </w:tc>
        <w:tc>
          <w:tcPr>
            <w:tcW w:w="2410" w:type="dxa"/>
            <w:tcMar>
              <w:top w:w="60" w:type="dxa"/>
              <w:left w:w="70" w:type="dxa"/>
              <w:bottom w:w="60" w:type="dxa"/>
              <w:right w:w="70" w:type="dxa"/>
            </w:tcMar>
            <w:vAlign w:val="center"/>
          </w:tcPr>
          <w:p w14:paraId="2B1098F0" w14:textId="742A0620" w:rsidR="009E286B" w:rsidRDefault="009E286B">
            <w:r>
              <w:rPr>
                <w:sz w:val="17"/>
              </w:rPr>
              <w:t xml:space="preserve">Sociālais dienests — </w:t>
            </w:r>
            <w:r w:rsidRPr="009E286B">
              <w:rPr>
                <w:b/>
                <w:sz w:val="17"/>
              </w:rPr>
              <w:t>2 gab.</w:t>
            </w:r>
          </w:p>
        </w:tc>
        <w:tc>
          <w:tcPr>
            <w:tcW w:w="1418" w:type="dxa"/>
          </w:tcPr>
          <w:p w14:paraId="1908A827" w14:textId="77777777" w:rsidR="009E286B" w:rsidRDefault="009E286B">
            <w:pPr>
              <w:rPr>
                <w:sz w:val="17"/>
              </w:rPr>
            </w:pPr>
          </w:p>
        </w:tc>
      </w:tr>
      <w:tr w:rsidR="009E286B" w14:paraId="2B1098F6" w14:textId="7C27A420" w:rsidTr="009E286B">
        <w:trPr>
          <w:jc w:val="center"/>
        </w:trPr>
        <w:tc>
          <w:tcPr>
            <w:tcW w:w="737" w:type="dxa"/>
            <w:tcMar>
              <w:top w:w="60" w:type="dxa"/>
              <w:left w:w="70" w:type="dxa"/>
              <w:bottom w:w="60" w:type="dxa"/>
              <w:right w:w="70" w:type="dxa"/>
            </w:tcMar>
            <w:vAlign w:val="center"/>
          </w:tcPr>
          <w:p w14:paraId="2B1098F2" w14:textId="77777777" w:rsidR="009E286B" w:rsidRDefault="009E286B">
            <w:r>
              <w:t>4</w:t>
            </w:r>
          </w:p>
        </w:tc>
        <w:tc>
          <w:tcPr>
            <w:tcW w:w="1952" w:type="dxa"/>
            <w:tcMar>
              <w:top w:w="60" w:type="dxa"/>
              <w:left w:w="70" w:type="dxa"/>
              <w:bottom w:w="60" w:type="dxa"/>
              <w:right w:w="70" w:type="dxa"/>
            </w:tcMar>
            <w:vAlign w:val="center"/>
          </w:tcPr>
          <w:p w14:paraId="2B1098F3" w14:textId="77777777" w:rsidR="009E286B" w:rsidRDefault="009E286B">
            <w:r>
              <w:rPr>
                <w:sz w:val="17"/>
              </w:rPr>
              <w:t>Paceļamais galds Elektriski augstumā regulējams galds MASTER</w:t>
            </w:r>
          </w:p>
        </w:tc>
        <w:tc>
          <w:tcPr>
            <w:tcW w:w="5244" w:type="dxa"/>
            <w:tcMar>
              <w:top w:w="60" w:type="dxa"/>
              <w:left w:w="70" w:type="dxa"/>
              <w:bottom w:w="60" w:type="dxa"/>
              <w:right w:w="70" w:type="dxa"/>
            </w:tcMar>
            <w:vAlign w:val="center"/>
          </w:tcPr>
          <w:p w14:paraId="2B1098F4" w14:textId="77777777" w:rsidR="009E286B" w:rsidRDefault="009E286B" w:rsidP="001621AD">
            <w:pPr>
              <w:jc w:val="both"/>
            </w:pPr>
            <w:r>
              <w:rPr>
                <w:sz w:val="17"/>
              </w:rPr>
              <w:t>Paceļamais galds Elektriski augstumā regulējams galds MASTER. Izturīgs divu motoru rāmis ar vieglu, bet ļoti stabilu metāla pamatni. Galds ir stabils un lietošanai drošs, tam ir iestrādāta pretsadursmes sistēma. Ļoti kluss un enerģiju taupošs elektriski paceļamais galds. Tehniskais apraksts - Galda virsma - 25 mm bieza laminēta kokskaidu plātne aplīmēta ar 2mm biezu ABS malu; Motori – 2; Pacelšanas ātrums - 30 mm/s;…</w:t>
            </w:r>
          </w:p>
        </w:tc>
        <w:tc>
          <w:tcPr>
            <w:tcW w:w="1134" w:type="dxa"/>
          </w:tcPr>
          <w:p w14:paraId="5D54B41B" w14:textId="77777777" w:rsidR="009E286B" w:rsidRDefault="009E286B">
            <w:pPr>
              <w:rPr>
                <w:sz w:val="17"/>
              </w:rPr>
            </w:pPr>
          </w:p>
        </w:tc>
        <w:tc>
          <w:tcPr>
            <w:tcW w:w="2410" w:type="dxa"/>
            <w:tcMar>
              <w:top w:w="60" w:type="dxa"/>
              <w:left w:w="70" w:type="dxa"/>
              <w:bottom w:w="60" w:type="dxa"/>
              <w:right w:w="70" w:type="dxa"/>
            </w:tcMar>
            <w:vAlign w:val="center"/>
          </w:tcPr>
          <w:p w14:paraId="2B1098F5" w14:textId="4B06C231" w:rsidR="009E286B" w:rsidRDefault="009E286B">
            <w:r>
              <w:rPr>
                <w:sz w:val="17"/>
              </w:rPr>
              <w:t xml:space="preserve">Sociālais dienests — </w:t>
            </w:r>
            <w:r w:rsidRPr="009E286B">
              <w:rPr>
                <w:b/>
                <w:sz w:val="17"/>
              </w:rPr>
              <w:t>5 gab.</w:t>
            </w:r>
          </w:p>
        </w:tc>
        <w:tc>
          <w:tcPr>
            <w:tcW w:w="1418" w:type="dxa"/>
          </w:tcPr>
          <w:p w14:paraId="17D0562A" w14:textId="77777777" w:rsidR="009E286B" w:rsidRDefault="009E286B">
            <w:pPr>
              <w:rPr>
                <w:sz w:val="17"/>
              </w:rPr>
            </w:pPr>
          </w:p>
        </w:tc>
      </w:tr>
      <w:tr w:rsidR="009E286B" w14:paraId="2B1098FB" w14:textId="2E864A86" w:rsidTr="009E286B">
        <w:trPr>
          <w:jc w:val="center"/>
        </w:trPr>
        <w:tc>
          <w:tcPr>
            <w:tcW w:w="737" w:type="dxa"/>
            <w:tcMar>
              <w:top w:w="60" w:type="dxa"/>
              <w:left w:w="70" w:type="dxa"/>
              <w:bottom w:w="60" w:type="dxa"/>
              <w:right w:w="70" w:type="dxa"/>
            </w:tcMar>
            <w:vAlign w:val="center"/>
          </w:tcPr>
          <w:p w14:paraId="2B1098F7" w14:textId="77777777" w:rsidR="009E286B" w:rsidRDefault="009E286B">
            <w:r>
              <w:t>5</w:t>
            </w:r>
          </w:p>
        </w:tc>
        <w:tc>
          <w:tcPr>
            <w:tcW w:w="1952" w:type="dxa"/>
            <w:tcMar>
              <w:top w:w="60" w:type="dxa"/>
              <w:left w:w="70" w:type="dxa"/>
              <w:bottom w:w="60" w:type="dxa"/>
              <w:right w:w="70" w:type="dxa"/>
            </w:tcMar>
            <w:vAlign w:val="center"/>
          </w:tcPr>
          <w:p w14:paraId="2B1098F8" w14:textId="77777777" w:rsidR="009E286B" w:rsidRDefault="009E286B">
            <w:r>
              <w:rPr>
                <w:sz w:val="17"/>
              </w:rPr>
              <w:t>Atvilktņu bloks 5310 Art</w:t>
            </w:r>
          </w:p>
        </w:tc>
        <w:tc>
          <w:tcPr>
            <w:tcW w:w="5244" w:type="dxa"/>
            <w:tcMar>
              <w:top w:w="60" w:type="dxa"/>
              <w:left w:w="70" w:type="dxa"/>
              <w:bottom w:w="60" w:type="dxa"/>
              <w:right w:w="70" w:type="dxa"/>
            </w:tcMar>
            <w:vAlign w:val="center"/>
          </w:tcPr>
          <w:p w14:paraId="2B1098F9" w14:textId="77777777" w:rsidR="009E286B" w:rsidRDefault="009E286B" w:rsidP="001621AD">
            <w:pPr>
              <w:jc w:val="both"/>
            </w:pPr>
            <w:r>
              <w:rPr>
                <w:sz w:val="17"/>
              </w:rPr>
              <w:t>Atvilktņu bloks 5310 Art. Numurs 10-5310-01-M03. Atvilktņu bloks ar trīs atvilktnēm. Tonis - dižskabārdis. 3</w:t>
            </w:r>
          </w:p>
        </w:tc>
        <w:tc>
          <w:tcPr>
            <w:tcW w:w="1134" w:type="dxa"/>
          </w:tcPr>
          <w:p w14:paraId="1078224A" w14:textId="77777777" w:rsidR="009E286B" w:rsidRDefault="009E286B">
            <w:pPr>
              <w:rPr>
                <w:sz w:val="17"/>
              </w:rPr>
            </w:pPr>
          </w:p>
        </w:tc>
        <w:tc>
          <w:tcPr>
            <w:tcW w:w="2410" w:type="dxa"/>
            <w:tcMar>
              <w:top w:w="60" w:type="dxa"/>
              <w:left w:w="70" w:type="dxa"/>
              <w:bottom w:w="60" w:type="dxa"/>
              <w:right w:w="70" w:type="dxa"/>
            </w:tcMar>
            <w:vAlign w:val="center"/>
          </w:tcPr>
          <w:p w14:paraId="2B1098FA" w14:textId="158E55A4" w:rsidR="009E286B" w:rsidRDefault="009E286B">
            <w:r>
              <w:rPr>
                <w:sz w:val="17"/>
              </w:rPr>
              <w:t xml:space="preserve">Sociālais dienests — </w:t>
            </w:r>
            <w:r w:rsidRPr="009E286B">
              <w:rPr>
                <w:b/>
                <w:sz w:val="17"/>
              </w:rPr>
              <w:t>5 gab.</w:t>
            </w:r>
          </w:p>
        </w:tc>
        <w:tc>
          <w:tcPr>
            <w:tcW w:w="1418" w:type="dxa"/>
          </w:tcPr>
          <w:p w14:paraId="70E5B22C" w14:textId="77777777" w:rsidR="009E286B" w:rsidRDefault="009E286B">
            <w:pPr>
              <w:rPr>
                <w:sz w:val="17"/>
              </w:rPr>
            </w:pPr>
          </w:p>
        </w:tc>
      </w:tr>
      <w:tr w:rsidR="009E286B" w14:paraId="2B109900" w14:textId="36F1245E" w:rsidTr="009E286B">
        <w:trPr>
          <w:jc w:val="center"/>
        </w:trPr>
        <w:tc>
          <w:tcPr>
            <w:tcW w:w="737" w:type="dxa"/>
            <w:tcMar>
              <w:top w:w="60" w:type="dxa"/>
              <w:left w:w="70" w:type="dxa"/>
              <w:bottom w:w="60" w:type="dxa"/>
              <w:right w:w="70" w:type="dxa"/>
            </w:tcMar>
            <w:vAlign w:val="center"/>
          </w:tcPr>
          <w:p w14:paraId="2B1098FC" w14:textId="77777777" w:rsidR="009E286B" w:rsidRDefault="009E286B">
            <w:r>
              <w:t>6</w:t>
            </w:r>
          </w:p>
        </w:tc>
        <w:tc>
          <w:tcPr>
            <w:tcW w:w="1952" w:type="dxa"/>
            <w:tcMar>
              <w:top w:w="60" w:type="dxa"/>
              <w:left w:w="70" w:type="dxa"/>
              <w:bottom w:w="60" w:type="dxa"/>
              <w:right w:w="70" w:type="dxa"/>
            </w:tcMar>
            <w:vAlign w:val="center"/>
          </w:tcPr>
          <w:p w14:paraId="2B1098FD" w14:textId="77777777" w:rsidR="009E286B" w:rsidRDefault="009E286B">
            <w:r>
              <w:rPr>
                <w:sz w:val="17"/>
              </w:rPr>
              <w:t>Virsdrēbju skapis Fasāde - Laminēta kokskaidu plātne LKS</w:t>
            </w:r>
          </w:p>
        </w:tc>
        <w:tc>
          <w:tcPr>
            <w:tcW w:w="5244" w:type="dxa"/>
            <w:tcMar>
              <w:top w:w="60" w:type="dxa"/>
              <w:left w:w="70" w:type="dxa"/>
              <w:bottom w:w="60" w:type="dxa"/>
              <w:right w:w="70" w:type="dxa"/>
            </w:tcMar>
            <w:vAlign w:val="center"/>
          </w:tcPr>
          <w:p w14:paraId="2B1098FE" w14:textId="77777777" w:rsidR="009E286B" w:rsidRDefault="009E286B" w:rsidP="001621AD">
            <w:pPr>
              <w:jc w:val="both"/>
            </w:pPr>
            <w:r>
              <w:rPr>
                <w:sz w:val="17"/>
              </w:rPr>
              <w:t>Virsdrēbju skapis Fasāde - Laminēta kokskaidu plātne LKS, balta; Korpuss - Laminēta kokskaidu plātne LKSP; Krāsa - Ozols sonoma/Balta; Izmērs: platums 80cm; Augstums – 197cm; Dziļums – 54,5cm</w:t>
            </w:r>
          </w:p>
        </w:tc>
        <w:tc>
          <w:tcPr>
            <w:tcW w:w="1134" w:type="dxa"/>
          </w:tcPr>
          <w:p w14:paraId="77027C48" w14:textId="77777777" w:rsidR="009E286B" w:rsidRDefault="009E286B">
            <w:pPr>
              <w:rPr>
                <w:sz w:val="17"/>
              </w:rPr>
            </w:pPr>
          </w:p>
        </w:tc>
        <w:tc>
          <w:tcPr>
            <w:tcW w:w="2410" w:type="dxa"/>
            <w:tcMar>
              <w:top w:w="60" w:type="dxa"/>
              <w:left w:w="70" w:type="dxa"/>
              <w:bottom w:w="60" w:type="dxa"/>
              <w:right w:w="70" w:type="dxa"/>
            </w:tcMar>
            <w:vAlign w:val="center"/>
          </w:tcPr>
          <w:p w14:paraId="2B1098FF" w14:textId="6BC81CB7" w:rsidR="009E286B" w:rsidRDefault="009E286B">
            <w:r>
              <w:rPr>
                <w:sz w:val="17"/>
              </w:rPr>
              <w:t xml:space="preserve">Sociālais dienests — </w:t>
            </w:r>
            <w:r w:rsidRPr="009E286B">
              <w:rPr>
                <w:b/>
                <w:sz w:val="17"/>
              </w:rPr>
              <w:t>1 gab.</w:t>
            </w:r>
          </w:p>
        </w:tc>
        <w:tc>
          <w:tcPr>
            <w:tcW w:w="1418" w:type="dxa"/>
          </w:tcPr>
          <w:p w14:paraId="5C0CF0A8" w14:textId="77777777" w:rsidR="009E286B" w:rsidRDefault="009E286B">
            <w:pPr>
              <w:rPr>
                <w:sz w:val="17"/>
              </w:rPr>
            </w:pPr>
          </w:p>
        </w:tc>
      </w:tr>
      <w:tr w:rsidR="009E286B" w14:paraId="2B109905" w14:textId="777933F2" w:rsidTr="009E286B">
        <w:trPr>
          <w:jc w:val="center"/>
        </w:trPr>
        <w:tc>
          <w:tcPr>
            <w:tcW w:w="737" w:type="dxa"/>
            <w:tcMar>
              <w:top w:w="60" w:type="dxa"/>
              <w:left w:w="70" w:type="dxa"/>
              <w:bottom w:w="60" w:type="dxa"/>
              <w:right w:w="70" w:type="dxa"/>
            </w:tcMar>
            <w:vAlign w:val="center"/>
          </w:tcPr>
          <w:p w14:paraId="2B109901" w14:textId="77777777" w:rsidR="009E286B" w:rsidRDefault="009E286B">
            <w:r>
              <w:t>7</w:t>
            </w:r>
          </w:p>
        </w:tc>
        <w:tc>
          <w:tcPr>
            <w:tcW w:w="1952" w:type="dxa"/>
            <w:tcMar>
              <w:top w:w="60" w:type="dxa"/>
              <w:left w:w="70" w:type="dxa"/>
              <w:bottom w:w="60" w:type="dxa"/>
              <w:right w:w="70" w:type="dxa"/>
            </w:tcMar>
            <w:vAlign w:val="center"/>
          </w:tcPr>
          <w:p w14:paraId="2B109902" w14:textId="77777777" w:rsidR="009E286B" w:rsidRDefault="009E286B">
            <w:r>
              <w:rPr>
                <w:sz w:val="17"/>
              </w:rPr>
              <w:t>Metāla skapis Papildus pastiprināta konstrukcija</w:t>
            </w:r>
          </w:p>
        </w:tc>
        <w:tc>
          <w:tcPr>
            <w:tcW w:w="5244" w:type="dxa"/>
            <w:tcMar>
              <w:top w:w="60" w:type="dxa"/>
              <w:left w:w="70" w:type="dxa"/>
              <w:bottom w:w="60" w:type="dxa"/>
              <w:right w:w="70" w:type="dxa"/>
            </w:tcMar>
            <w:vAlign w:val="center"/>
          </w:tcPr>
          <w:p w14:paraId="2B109903" w14:textId="77777777" w:rsidR="009E286B" w:rsidRDefault="009E286B" w:rsidP="001621AD">
            <w:pPr>
              <w:jc w:val="both"/>
            </w:pPr>
            <w:r>
              <w:rPr>
                <w:sz w:val="17"/>
              </w:rPr>
              <w:t>Metāla skapis Papildus pastiprināta konstrukcija. Bagātīgs komplekts: ar āķiem un spogulīti. Ekskluzīvs atvēršanas rokturis – ērtai lietošanai. Unikāla, uzlabota ventilācijas sistēma. Ļoti ātra un vienkārša montāža. Izturīga pret mitrumu un koroziju. Izmērs 1800 x 300 x 500. Slēdzenes tips – cilindriskā. Konstrukcijas īpatnības - Ilgmūžīga, izturīga, sertificēta. Izgatavota, izmantojot modernākās konstrukciju profilu…</w:t>
            </w:r>
          </w:p>
        </w:tc>
        <w:tc>
          <w:tcPr>
            <w:tcW w:w="1134" w:type="dxa"/>
          </w:tcPr>
          <w:p w14:paraId="44E9DCCA" w14:textId="77777777" w:rsidR="009E286B" w:rsidRDefault="009E286B">
            <w:pPr>
              <w:rPr>
                <w:sz w:val="17"/>
              </w:rPr>
            </w:pPr>
          </w:p>
        </w:tc>
        <w:tc>
          <w:tcPr>
            <w:tcW w:w="2410" w:type="dxa"/>
            <w:tcMar>
              <w:top w:w="60" w:type="dxa"/>
              <w:left w:w="70" w:type="dxa"/>
              <w:bottom w:w="60" w:type="dxa"/>
              <w:right w:w="70" w:type="dxa"/>
            </w:tcMar>
            <w:vAlign w:val="center"/>
          </w:tcPr>
          <w:p w14:paraId="2B109904" w14:textId="3566D443" w:rsidR="009E286B" w:rsidRDefault="009E286B">
            <w:r>
              <w:rPr>
                <w:sz w:val="17"/>
              </w:rPr>
              <w:t xml:space="preserve">Sociālais dienests — </w:t>
            </w:r>
            <w:r w:rsidRPr="009E286B">
              <w:rPr>
                <w:b/>
                <w:sz w:val="17"/>
              </w:rPr>
              <w:t>1 gab.</w:t>
            </w:r>
          </w:p>
        </w:tc>
        <w:tc>
          <w:tcPr>
            <w:tcW w:w="1418" w:type="dxa"/>
          </w:tcPr>
          <w:p w14:paraId="7FCABFB9" w14:textId="77777777" w:rsidR="009E286B" w:rsidRDefault="009E286B">
            <w:pPr>
              <w:rPr>
                <w:sz w:val="17"/>
              </w:rPr>
            </w:pPr>
          </w:p>
        </w:tc>
      </w:tr>
      <w:tr w:rsidR="009E286B" w14:paraId="2B10990A" w14:textId="202A234E" w:rsidTr="009E286B">
        <w:trPr>
          <w:jc w:val="center"/>
        </w:trPr>
        <w:tc>
          <w:tcPr>
            <w:tcW w:w="737" w:type="dxa"/>
            <w:tcMar>
              <w:top w:w="60" w:type="dxa"/>
              <w:left w:w="70" w:type="dxa"/>
              <w:bottom w:w="60" w:type="dxa"/>
              <w:right w:w="70" w:type="dxa"/>
            </w:tcMar>
            <w:vAlign w:val="center"/>
          </w:tcPr>
          <w:p w14:paraId="2B109906" w14:textId="77777777" w:rsidR="009E286B" w:rsidRDefault="009E286B">
            <w:r>
              <w:t>8</w:t>
            </w:r>
          </w:p>
        </w:tc>
        <w:tc>
          <w:tcPr>
            <w:tcW w:w="1952" w:type="dxa"/>
            <w:tcMar>
              <w:top w:w="60" w:type="dxa"/>
              <w:left w:w="70" w:type="dxa"/>
              <w:bottom w:w="60" w:type="dxa"/>
              <w:right w:w="70" w:type="dxa"/>
            </w:tcMar>
            <w:vAlign w:val="center"/>
          </w:tcPr>
          <w:p w14:paraId="2B109907" w14:textId="77777777" w:rsidR="009E286B" w:rsidRDefault="009E286B">
            <w:r>
              <w:rPr>
                <w:sz w:val="17"/>
              </w:rPr>
              <w:t>Metāla skapis CLICK, nesamontēts 1800x916x422.</w:t>
            </w:r>
          </w:p>
        </w:tc>
        <w:tc>
          <w:tcPr>
            <w:tcW w:w="5244" w:type="dxa"/>
            <w:tcMar>
              <w:top w:w="60" w:type="dxa"/>
              <w:left w:w="70" w:type="dxa"/>
              <w:bottom w:w="60" w:type="dxa"/>
              <w:right w:w="70" w:type="dxa"/>
            </w:tcMar>
            <w:vAlign w:val="center"/>
          </w:tcPr>
          <w:p w14:paraId="2B109908" w14:textId="77777777" w:rsidR="009E286B" w:rsidRDefault="009E286B" w:rsidP="001621AD">
            <w:pPr>
              <w:jc w:val="both"/>
            </w:pPr>
            <w:r>
              <w:rPr>
                <w:sz w:val="17"/>
              </w:rPr>
              <w:t>Metāla skapis CLICK, nesamontēts 1800x916x422.</w:t>
            </w:r>
          </w:p>
        </w:tc>
        <w:tc>
          <w:tcPr>
            <w:tcW w:w="1134" w:type="dxa"/>
          </w:tcPr>
          <w:p w14:paraId="4868EF9C" w14:textId="77777777" w:rsidR="009E286B" w:rsidRDefault="009E286B">
            <w:pPr>
              <w:rPr>
                <w:sz w:val="17"/>
              </w:rPr>
            </w:pPr>
          </w:p>
        </w:tc>
        <w:tc>
          <w:tcPr>
            <w:tcW w:w="2410" w:type="dxa"/>
            <w:tcMar>
              <w:top w:w="60" w:type="dxa"/>
              <w:left w:w="70" w:type="dxa"/>
              <w:bottom w:w="60" w:type="dxa"/>
              <w:right w:w="70" w:type="dxa"/>
            </w:tcMar>
            <w:vAlign w:val="center"/>
          </w:tcPr>
          <w:p w14:paraId="2B109909" w14:textId="5AC8120A" w:rsidR="009E286B" w:rsidRDefault="009E286B">
            <w:r>
              <w:rPr>
                <w:sz w:val="17"/>
              </w:rPr>
              <w:t xml:space="preserve">Sociālais dienests — </w:t>
            </w:r>
            <w:r w:rsidRPr="009E286B">
              <w:rPr>
                <w:b/>
                <w:sz w:val="17"/>
              </w:rPr>
              <w:t>1 gab.</w:t>
            </w:r>
          </w:p>
        </w:tc>
        <w:tc>
          <w:tcPr>
            <w:tcW w:w="1418" w:type="dxa"/>
          </w:tcPr>
          <w:p w14:paraId="0B992DFF" w14:textId="77777777" w:rsidR="009E286B" w:rsidRDefault="009E286B">
            <w:pPr>
              <w:rPr>
                <w:sz w:val="17"/>
              </w:rPr>
            </w:pPr>
          </w:p>
        </w:tc>
      </w:tr>
      <w:tr w:rsidR="009E286B" w:rsidRPr="006B7518" w14:paraId="2B10990F" w14:textId="0E864E21" w:rsidTr="009E286B">
        <w:trPr>
          <w:jc w:val="center"/>
        </w:trPr>
        <w:tc>
          <w:tcPr>
            <w:tcW w:w="737" w:type="dxa"/>
            <w:tcMar>
              <w:top w:w="60" w:type="dxa"/>
              <w:left w:w="70" w:type="dxa"/>
              <w:bottom w:w="60" w:type="dxa"/>
              <w:right w:w="70" w:type="dxa"/>
            </w:tcMar>
            <w:vAlign w:val="center"/>
          </w:tcPr>
          <w:p w14:paraId="2B10990B" w14:textId="77777777" w:rsidR="009E286B" w:rsidRDefault="009E286B">
            <w:r>
              <w:t>9</w:t>
            </w:r>
          </w:p>
        </w:tc>
        <w:tc>
          <w:tcPr>
            <w:tcW w:w="1952" w:type="dxa"/>
            <w:tcMar>
              <w:top w:w="60" w:type="dxa"/>
              <w:left w:w="70" w:type="dxa"/>
              <w:bottom w:w="60" w:type="dxa"/>
              <w:right w:w="70" w:type="dxa"/>
            </w:tcMar>
            <w:vAlign w:val="center"/>
          </w:tcPr>
          <w:p w14:paraId="2B10990C" w14:textId="77777777" w:rsidR="009E286B" w:rsidRPr="00406D1C" w:rsidRDefault="009E286B">
            <w:r w:rsidRPr="00406D1C">
              <w:rPr>
                <w:sz w:val="17"/>
              </w:rPr>
              <w:t>Virtuves iekārta (5 skapīši, galda virsma, sifons, izlietne</w:t>
            </w:r>
          </w:p>
        </w:tc>
        <w:tc>
          <w:tcPr>
            <w:tcW w:w="5244" w:type="dxa"/>
            <w:tcMar>
              <w:top w:w="60" w:type="dxa"/>
              <w:left w:w="70" w:type="dxa"/>
              <w:bottom w:w="60" w:type="dxa"/>
              <w:right w:w="70" w:type="dxa"/>
            </w:tcMar>
            <w:vAlign w:val="center"/>
          </w:tcPr>
          <w:p w14:paraId="1A67EE5F" w14:textId="5F9E6C23" w:rsidR="00D175B5" w:rsidRPr="00406D1C" w:rsidRDefault="009E286B" w:rsidP="001621AD">
            <w:pPr>
              <w:jc w:val="both"/>
              <w:rPr>
                <w:sz w:val="17"/>
              </w:rPr>
            </w:pPr>
            <w:r w:rsidRPr="00406D1C">
              <w:rPr>
                <w:sz w:val="17"/>
              </w:rPr>
              <w:t>Virtuves iekārta</w:t>
            </w:r>
            <w:r w:rsidR="0063406F" w:rsidRPr="00406D1C">
              <w:rPr>
                <w:sz w:val="17"/>
              </w:rPr>
              <w:t xml:space="preserve"> baltā krāsā</w:t>
            </w:r>
            <w:r w:rsidRPr="00406D1C">
              <w:rPr>
                <w:sz w:val="17"/>
              </w:rPr>
              <w:t xml:space="preserve"> (5 skapīši, galda virsma, sifons, izlietne, atbalsta kāja, krāns</w:t>
            </w:r>
            <w:r w:rsidR="00D175B5" w:rsidRPr="00406D1C">
              <w:rPr>
                <w:sz w:val="17"/>
              </w:rPr>
              <w:t xml:space="preserve">, </w:t>
            </w:r>
            <w:r w:rsidR="0094596C" w:rsidRPr="00406D1C">
              <w:rPr>
                <w:sz w:val="17"/>
              </w:rPr>
              <w:t xml:space="preserve">LED </w:t>
            </w:r>
            <w:r w:rsidR="00D175B5" w:rsidRPr="00406D1C">
              <w:rPr>
                <w:sz w:val="17"/>
              </w:rPr>
              <w:t>apgaismojums</w:t>
            </w:r>
            <w:r w:rsidR="00361A0B" w:rsidRPr="00406D1C">
              <w:rPr>
                <w:sz w:val="17"/>
              </w:rPr>
              <w:t xml:space="preserve"> virs darba virsmas</w:t>
            </w:r>
            <w:r w:rsidRPr="00406D1C">
              <w:rPr>
                <w:sz w:val="17"/>
              </w:rPr>
              <w:t>) IKEA komplektācija un sienas panelis virtuvei</w:t>
            </w:r>
            <w:r w:rsidR="009638D5" w:rsidRPr="00406D1C">
              <w:rPr>
                <w:sz w:val="17"/>
              </w:rPr>
              <w:t xml:space="preserve"> </w:t>
            </w:r>
          </w:p>
          <w:p w14:paraId="7F82A183" w14:textId="77777777" w:rsidR="00D175B5" w:rsidRPr="00406D1C" w:rsidRDefault="0063406F" w:rsidP="001621AD">
            <w:pPr>
              <w:jc w:val="both"/>
              <w:rPr>
                <w:sz w:val="17"/>
              </w:rPr>
            </w:pPr>
            <w:r w:rsidRPr="00406D1C">
              <w:rPr>
                <w:sz w:val="17"/>
              </w:rPr>
              <w:t xml:space="preserve">(augšējā daļa 3 skapīši ar durvīm un plauktiem – 2gab izmēri 60x37x80; 1gab.izmēri 80x37x80. </w:t>
            </w:r>
          </w:p>
          <w:p w14:paraId="7C983536" w14:textId="77777777" w:rsidR="009E286B" w:rsidRPr="00406D1C" w:rsidRDefault="0063406F" w:rsidP="001621AD">
            <w:pPr>
              <w:jc w:val="both"/>
              <w:rPr>
                <w:sz w:val="17"/>
              </w:rPr>
            </w:pPr>
            <w:r w:rsidRPr="00406D1C">
              <w:rPr>
                <w:sz w:val="17"/>
              </w:rPr>
              <w:t xml:space="preserve">Apakšējā daļa </w:t>
            </w:r>
            <w:r w:rsidR="00220565" w:rsidRPr="00406D1C">
              <w:rPr>
                <w:sz w:val="17"/>
              </w:rPr>
              <w:t>– viens grīdas skapītis ar 3 atvilknēm 60x60 ar dažādiem augstumiem – 2gab. 60x20 un 1gab.60x40, izlietnes skapītis 80x60x80 ar izlietni, krānu un durvīm 40x80, izlietnes izmēri 56x53</w:t>
            </w:r>
            <w:r w:rsidR="00D175B5" w:rsidRPr="00406D1C">
              <w:rPr>
                <w:sz w:val="17"/>
              </w:rPr>
              <w:t>.</w:t>
            </w:r>
            <w:r w:rsidR="00220565" w:rsidRPr="00406D1C">
              <w:rPr>
                <w:sz w:val="17"/>
              </w:rPr>
              <w:t xml:space="preserve"> </w:t>
            </w:r>
          </w:p>
          <w:p w14:paraId="244E6300" w14:textId="77777777" w:rsidR="00D175B5" w:rsidRPr="00406D1C" w:rsidRDefault="00D175B5" w:rsidP="001621AD">
            <w:pPr>
              <w:jc w:val="both"/>
              <w:rPr>
                <w:sz w:val="17"/>
              </w:rPr>
            </w:pPr>
            <w:r w:rsidRPr="00406D1C">
              <w:rPr>
                <w:sz w:val="17"/>
              </w:rPr>
              <w:t>Apakšējās daļas sienas nosegplāksne (ārējā mala) 62x240</w:t>
            </w:r>
          </w:p>
          <w:p w14:paraId="33E3D5C2" w14:textId="77777777" w:rsidR="00D175B5" w:rsidRPr="00406D1C" w:rsidRDefault="00D175B5" w:rsidP="001621AD">
            <w:pPr>
              <w:jc w:val="both"/>
              <w:rPr>
                <w:sz w:val="17"/>
              </w:rPr>
            </w:pPr>
            <w:r w:rsidRPr="00406D1C">
              <w:rPr>
                <w:sz w:val="17"/>
              </w:rPr>
              <w:t>Darba virsma 246x208</w:t>
            </w:r>
          </w:p>
          <w:p w14:paraId="2B10990D" w14:textId="70F3E7DA" w:rsidR="00D175B5" w:rsidRPr="00406D1C" w:rsidRDefault="00D175B5" w:rsidP="001621AD">
            <w:pPr>
              <w:jc w:val="both"/>
              <w:rPr>
                <w:color w:val="FF0000"/>
              </w:rPr>
            </w:pPr>
            <w:r w:rsidRPr="00406D1C">
              <w:rPr>
                <w:sz w:val="17"/>
              </w:rPr>
              <w:t>Sienas panelis 119,6x55</w:t>
            </w:r>
          </w:p>
        </w:tc>
        <w:tc>
          <w:tcPr>
            <w:tcW w:w="1134" w:type="dxa"/>
          </w:tcPr>
          <w:p w14:paraId="7CF57E29" w14:textId="77777777" w:rsidR="009E286B" w:rsidRPr="00406D1C" w:rsidRDefault="009E286B">
            <w:pPr>
              <w:rPr>
                <w:sz w:val="17"/>
              </w:rPr>
            </w:pPr>
          </w:p>
        </w:tc>
        <w:tc>
          <w:tcPr>
            <w:tcW w:w="2410" w:type="dxa"/>
            <w:tcMar>
              <w:top w:w="60" w:type="dxa"/>
              <w:left w:w="70" w:type="dxa"/>
              <w:bottom w:w="60" w:type="dxa"/>
              <w:right w:w="70" w:type="dxa"/>
            </w:tcMar>
            <w:vAlign w:val="center"/>
          </w:tcPr>
          <w:p w14:paraId="2B10990E" w14:textId="7CBD15AD" w:rsidR="009E286B" w:rsidRPr="00406D1C" w:rsidRDefault="009E286B">
            <w:r w:rsidRPr="00406D1C">
              <w:rPr>
                <w:sz w:val="17"/>
              </w:rPr>
              <w:t xml:space="preserve">Sociālais dienests — </w:t>
            </w:r>
            <w:r w:rsidRPr="00406D1C">
              <w:rPr>
                <w:b/>
                <w:sz w:val="17"/>
              </w:rPr>
              <w:t>1 gab.</w:t>
            </w:r>
          </w:p>
        </w:tc>
        <w:tc>
          <w:tcPr>
            <w:tcW w:w="1418" w:type="dxa"/>
          </w:tcPr>
          <w:p w14:paraId="51700E32" w14:textId="77777777" w:rsidR="009E286B" w:rsidRPr="006B7518" w:rsidRDefault="009E286B">
            <w:pPr>
              <w:rPr>
                <w:sz w:val="17"/>
                <w:highlight w:val="yellow"/>
              </w:rPr>
            </w:pPr>
          </w:p>
        </w:tc>
      </w:tr>
      <w:tr w:rsidR="009E286B" w14:paraId="2B109914" w14:textId="52DD7592" w:rsidTr="009E286B">
        <w:trPr>
          <w:jc w:val="center"/>
        </w:trPr>
        <w:tc>
          <w:tcPr>
            <w:tcW w:w="737" w:type="dxa"/>
            <w:tcMar>
              <w:top w:w="60" w:type="dxa"/>
              <w:left w:w="70" w:type="dxa"/>
              <w:bottom w:w="60" w:type="dxa"/>
              <w:right w:w="70" w:type="dxa"/>
            </w:tcMar>
            <w:vAlign w:val="center"/>
          </w:tcPr>
          <w:p w14:paraId="2B109910" w14:textId="77777777" w:rsidR="009E286B" w:rsidRDefault="009E286B">
            <w:r>
              <w:t>10</w:t>
            </w:r>
          </w:p>
        </w:tc>
        <w:tc>
          <w:tcPr>
            <w:tcW w:w="1952" w:type="dxa"/>
            <w:tcMar>
              <w:top w:w="60" w:type="dxa"/>
              <w:left w:w="70" w:type="dxa"/>
              <w:bottom w:w="60" w:type="dxa"/>
              <w:right w:w="70" w:type="dxa"/>
            </w:tcMar>
            <w:vAlign w:val="center"/>
          </w:tcPr>
          <w:p w14:paraId="2B109911" w14:textId="77777777" w:rsidR="009E286B" w:rsidRDefault="009E286B">
            <w:r>
              <w:rPr>
                <w:sz w:val="17"/>
              </w:rPr>
              <w:t>Plaukts/skapis ar durvīm</w:t>
            </w:r>
          </w:p>
        </w:tc>
        <w:tc>
          <w:tcPr>
            <w:tcW w:w="5244" w:type="dxa"/>
            <w:tcMar>
              <w:top w:w="60" w:type="dxa"/>
              <w:left w:w="70" w:type="dxa"/>
              <w:bottom w:w="60" w:type="dxa"/>
              <w:right w:w="70" w:type="dxa"/>
            </w:tcMar>
            <w:vAlign w:val="center"/>
          </w:tcPr>
          <w:p w14:paraId="2B109912" w14:textId="77777777" w:rsidR="009E286B" w:rsidRDefault="009E286B" w:rsidP="001621AD">
            <w:pPr>
              <w:jc w:val="both"/>
            </w:pPr>
            <w:r>
              <w:rPr>
                <w:sz w:val="17"/>
              </w:rPr>
              <w:t>Plaukts/skapis ar durvīm. Krāsa ozols. izmēri A1800, dziļums 350, platums 740</w:t>
            </w:r>
          </w:p>
        </w:tc>
        <w:tc>
          <w:tcPr>
            <w:tcW w:w="1134" w:type="dxa"/>
          </w:tcPr>
          <w:p w14:paraId="26E6DD35" w14:textId="77777777" w:rsidR="009E286B" w:rsidRDefault="009E286B">
            <w:pPr>
              <w:rPr>
                <w:sz w:val="17"/>
              </w:rPr>
            </w:pPr>
          </w:p>
        </w:tc>
        <w:tc>
          <w:tcPr>
            <w:tcW w:w="2410" w:type="dxa"/>
            <w:tcMar>
              <w:top w:w="60" w:type="dxa"/>
              <w:left w:w="70" w:type="dxa"/>
              <w:bottom w:w="60" w:type="dxa"/>
              <w:right w:w="70" w:type="dxa"/>
            </w:tcMar>
            <w:vAlign w:val="center"/>
          </w:tcPr>
          <w:p w14:paraId="2B109913" w14:textId="70F5F5E2" w:rsidR="009E286B" w:rsidRDefault="009E286B">
            <w:r>
              <w:rPr>
                <w:sz w:val="17"/>
              </w:rPr>
              <w:t xml:space="preserve">Sociālais dienests — </w:t>
            </w:r>
            <w:r w:rsidRPr="009E286B">
              <w:rPr>
                <w:b/>
                <w:sz w:val="17"/>
              </w:rPr>
              <w:t>3 gab.</w:t>
            </w:r>
          </w:p>
        </w:tc>
        <w:tc>
          <w:tcPr>
            <w:tcW w:w="1418" w:type="dxa"/>
          </w:tcPr>
          <w:p w14:paraId="14F440FA" w14:textId="77777777" w:rsidR="009E286B" w:rsidRDefault="009E286B">
            <w:pPr>
              <w:rPr>
                <w:sz w:val="17"/>
              </w:rPr>
            </w:pPr>
          </w:p>
        </w:tc>
      </w:tr>
      <w:tr w:rsidR="009E286B" w14:paraId="2B109919" w14:textId="796D6F9D" w:rsidTr="009E286B">
        <w:trPr>
          <w:jc w:val="center"/>
        </w:trPr>
        <w:tc>
          <w:tcPr>
            <w:tcW w:w="737" w:type="dxa"/>
            <w:tcMar>
              <w:top w:w="60" w:type="dxa"/>
              <w:left w:w="70" w:type="dxa"/>
              <w:bottom w:w="60" w:type="dxa"/>
              <w:right w:w="70" w:type="dxa"/>
            </w:tcMar>
            <w:vAlign w:val="center"/>
          </w:tcPr>
          <w:p w14:paraId="2B109915" w14:textId="77777777" w:rsidR="009E286B" w:rsidRDefault="009E286B">
            <w:r>
              <w:t>11</w:t>
            </w:r>
          </w:p>
        </w:tc>
        <w:tc>
          <w:tcPr>
            <w:tcW w:w="1952" w:type="dxa"/>
            <w:tcMar>
              <w:top w:w="60" w:type="dxa"/>
              <w:left w:w="70" w:type="dxa"/>
              <w:bottom w:w="60" w:type="dxa"/>
              <w:right w:w="70" w:type="dxa"/>
            </w:tcMar>
            <w:vAlign w:val="center"/>
          </w:tcPr>
          <w:p w14:paraId="2B109916" w14:textId="77777777" w:rsidR="009E286B" w:rsidRDefault="009E286B">
            <w:r>
              <w:rPr>
                <w:sz w:val="17"/>
              </w:rPr>
              <w:t>Medicīniskā kušete</w:t>
            </w:r>
          </w:p>
        </w:tc>
        <w:tc>
          <w:tcPr>
            <w:tcW w:w="5244" w:type="dxa"/>
            <w:tcMar>
              <w:top w:w="60" w:type="dxa"/>
              <w:left w:w="70" w:type="dxa"/>
              <w:bottom w:w="60" w:type="dxa"/>
              <w:right w:w="70" w:type="dxa"/>
            </w:tcMar>
            <w:vAlign w:val="center"/>
          </w:tcPr>
          <w:p w14:paraId="2B109917" w14:textId="7C94886C" w:rsidR="009E286B" w:rsidRDefault="009E286B" w:rsidP="001621AD">
            <w:pPr>
              <w:jc w:val="both"/>
            </w:pPr>
            <w:r>
              <w:rPr>
                <w:sz w:val="17"/>
              </w:rPr>
              <w:t xml:space="preserve">Medicīniskā </w:t>
            </w:r>
            <w:r w:rsidRPr="00406D1C">
              <w:rPr>
                <w:sz w:val="17"/>
              </w:rPr>
              <w:t>kušete</w:t>
            </w:r>
            <w:r w:rsidR="000865CF" w:rsidRPr="00406D1C">
              <w:rPr>
                <w:sz w:val="17"/>
              </w:rPr>
              <w:t xml:space="preserve"> </w:t>
            </w:r>
            <w:r w:rsidR="007A0EA8" w:rsidRPr="00406D1C">
              <w:rPr>
                <w:rFonts w:cs="Arial"/>
                <w:sz w:val="17"/>
                <w:szCs w:val="17"/>
                <w:shd w:val="clear" w:color="auto" w:fill="FFFFFF"/>
              </w:rPr>
              <w:t>ar salokamām kājām un mehāniski regulējamu galvas balstu. Viegli kopjama virsma, var izmantot dezinfekcijas līdzekļus. Rāmis no tērauda caurulēm, pārklātas ar pulverkrāsas pārklājumu, kustīgās daļas izgatavotas no nerūsējoša tērauda. Kušetes virsma izgatavota no skaidu plātnes (18 mm), kas polsterēta ar poliuretāna putām (40mm) un apvilkta ar medicīnā izmantojamu mākslīgo ādu.</w:t>
            </w:r>
            <w:r w:rsidR="0001367F" w:rsidRPr="00406D1C">
              <w:rPr>
                <w:rFonts w:cs="Arial"/>
                <w:sz w:val="17"/>
                <w:szCs w:val="17"/>
                <w:shd w:val="clear" w:color="auto" w:fill="FFFFFF"/>
              </w:rPr>
              <w:t xml:space="preserve"> Slodze 160kg</w:t>
            </w:r>
          </w:p>
        </w:tc>
        <w:tc>
          <w:tcPr>
            <w:tcW w:w="1134" w:type="dxa"/>
          </w:tcPr>
          <w:p w14:paraId="6577C20C" w14:textId="77777777" w:rsidR="009E286B" w:rsidRDefault="009E286B">
            <w:pPr>
              <w:rPr>
                <w:sz w:val="17"/>
              </w:rPr>
            </w:pPr>
          </w:p>
        </w:tc>
        <w:tc>
          <w:tcPr>
            <w:tcW w:w="2410" w:type="dxa"/>
            <w:tcMar>
              <w:top w:w="60" w:type="dxa"/>
              <w:left w:w="70" w:type="dxa"/>
              <w:bottom w:w="60" w:type="dxa"/>
              <w:right w:w="70" w:type="dxa"/>
            </w:tcMar>
            <w:vAlign w:val="center"/>
          </w:tcPr>
          <w:p w14:paraId="2B109918" w14:textId="01C108B5" w:rsidR="009E286B" w:rsidRDefault="009E286B">
            <w:r>
              <w:rPr>
                <w:sz w:val="17"/>
              </w:rPr>
              <w:t xml:space="preserve">Sociālais dienests — </w:t>
            </w:r>
            <w:r w:rsidRPr="009E286B">
              <w:rPr>
                <w:b/>
                <w:sz w:val="17"/>
              </w:rPr>
              <w:t>1 gab.</w:t>
            </w:r>
          </w:p>
        </w:tc>
        <w:tc>
          <w:tcPr>
            <w:tcW w:w="1418" w:type="dxa"/>
          </w:tcPr>
          <w:p w14:paraId="765FCE19" w14:textId="77777777" w:rsidR="009E286B" w:rsidRDefault="009E286B">
            <w:pPr>
              <w:rPr>
                <w:sz w:val="17"/>
              </w:rPr>
            </w:pPr>
          </w:p>
        </w:tc>
      </w:tr>
      <w:tr w:rsidR="009E286B" w14:paraId="2B10991E" w14:textId="54727CDB" w:rsidTr="009E286B">
        <w:trPr>
          <w:jc w:val="center"/>
        </w:trPr>
        <w:tc>
          <w:tcPr>
            <w:tcW w:w="737" w:type="dxa"/>
            <w:tcMar>
              <w:top w:w="60" w:type="dxa"/>
              <w:left w:w="70" w:type="dxa"/>
              <w:bottom w:w="60" w:type="dxa"/>
              <w:right w:w="70" w:type="dxa"/>
            </w:tcMar>
            <w:vAlign w:val="center"/>
          </w:tcPr>
          <w:p w14:paraId="2B10991A" w14:textId="77777777" w:rsidR="009E286B" w:rsidRDefault="009E286B">
            <w:r>
              <w:t>12</w:t>
            </w:r>
          </w:p>
        </w:tc>
        <w:tc>
          <w:tcPr>
            <w:tcW w:w="1952" w:type="dxa"/>
            <w:tcMar>
              <w:top w:w="60" w:type="dxa"/>
              <w:left w:w="70" w:type="dxa"/>
              <w:bottom w:w="60" w:type="dxa"/>
              <w:right w:w="70" w:type="dxa"/>
            </w:tcMar>
            <w:vAlign w:val="center"/>
          </w:tcPr>
          <w:p w14:paraId="2B10991B" w14:textId="77777777" w:rsidR="009E286B" w:rsidRDefault="009E286B">
            <w:r>
              <w:rPr>
                <w:sz w:val="17"/>
              </w:rPr>
              <w:t>Taisnstūrveida galds ar regulējamām metāla kājām</w:t>
            </w:r>
          </w:p>
        </w:tc>
        <w:tc>
          <w:tcPr>
            <w:tcW w:w="5244" w:type="dxa"/>
            <w:tcMar>
              <w:top w:w="60" w:type="dxa"/>
              <w:left w:w="70" w:type="dxa"/>
              <w:bottom w:w="60" w:type="dxa"/>
              <w:right w:w="70" w:type="dxa"/>
            </w:tcMar>
            <w:vAlign w:val="center"/>
          </w:tcPr>
          <w:p w14:paraId="2B10991C" w14:textId="77777777" w:rsidR="009E286B" w:rsidRDefault="009E286B" w:rsidP="001621AD">
            <w:pPr>
              <w:jc w:val="both"/>
            </w:pPr>
            <w:r>
              <w:rPr>
                <w:sz w:val="17"/>
              </w:rPr>
              <w:t>Taisnstūrveida galds ar regulējamām metāla kājām. Virsma no laminētas kokskaidu plātnes vai cita līdzvērtīga materiāla. Augstums 460-580 mm. Izmēri: 1200x500 mm. Galda virsmas biezums 20-25 mm, malām jābūt noklātām ar bezšuvju polipropilēna vai citu līdzvērtīga materiāla apdari. Galda krāsa: gaiši pelēka - 6 gab., gaiši zaļa - 6gab., dižskabārža - 1 gab. Galdam jābūt sertificētam EN 1729 prasībām.</w:t>
            </w:r>
          </w:p>
        </w:tc>
        <w:tc>
          <w:tcPr>
            <w:tcW w:w="1134" w:type="dxa"/>
          </w:tcPr>
          <w:p w14:paraId="711DD840" w14:textId="77777777" w:rsidR="009E286B" w:rsidRDefault="009E286B">
            <w:pPr>
              <w:rPr>
                <w:sz w:val="17"/>
              </w:rPr>
            </w:pPr>
          </w:p>
        </w:tc>
        <w:tc>
          <w:tcPr>
            <w:tcW w:w="2410" w:type="dxa"/>
            <w:tcMar>
              <w:top w:w="60" w:type="dxa"/>
              <w:left w:w="70" w:type="dxa"/>
              <w:bottom w:w="60" w:type="dxa"/>
              <w:right w:w="70" w:type="dxa"/>
            </w:tcMar>
            <w:vAlign w:val="center"/>
          </w:tcPr>
          <w:p w14:paraId="2B10991D" w14:textId="3E5C2C57" w:rsidR="009E286B" w:rsidRDefault="009E286B">
            <w:r>
              <w:rPr>
                <w:sz w:val="17"/>
              </w:rPr>
              <w:t xml:space="preserve">ATVASĪTE — </w:t>
            </w:r>
            <w:r w:rsidRPr="009E286B">
              <w:rPr>
                <w:b/>
                <w:sz w:val="17"/>
              </w:rPr>
              <w:t>13 gab.</w:t>
            </w:r>
          </w:p>
        </w:tc>
        <w:tc>
          <w:tcPr>
            <w:tcW w:w="1418" w:type="dxa"/>
          </w:tcPr>
          <w:p w14:paraId="472CCD6D" w14:textId="77777777" w:rsidR="009E286B" w:rsidRDefault="009E286B">
            <w:pPr>
              <w:rPr>
                <w:sz w:val="17"/>
              </w:rPr>
            </w:pPr>
          </w:p>
        </w:tc>
      </w:tr>
      <w:tr w:rsidR="009E286B" w14:paraId="2B109923" w14:textId="1CD1AFB5" w:rsidTr="009E286B">
        <w:trPr>
          <w:trHeight w:val="1529"/>
          <w:jc w:val="center"/>
        </w:trPr>
        <w:tc>
          <w:tcPr>
            <w:tcW w:w="737" w:type="dxa"/>
            <w:tcMar>
              <w:top w:w="60" w:type="dxa"/>
              <w:left w:w="70" w:type="dxa"/>
              <w:bottom w:w="60" w:type="dxa"/>
              <w:right w:w="70" w:type="dxa"/>
            </w:tcMar>
            <w:vAlign w:val="center"/>
          </w:tcPr>
          <w:p w14:paraId="2B10991F" w14:textId="77777777" w:rsidR="009E286B" w:rsidRDefault="009E286B">
            <w:r>
              <w:t>13</w:t>
            </w:r>
          </w:p>
        </w:tc>
        <w:tc>
          <w:tcPr>
            <w:tcW w:w="1952" w:type="dxa"/>
            <w:tcMar>
              <w:top w:w="60" w:type="dxa"/>
              <w:left w:w="70" w:type="dxa"/>
              <w:bottom w:w="60" w:type="dxa"/>
              <w:right w:w="70" w:type="dxa"/>
            </w:tcMar>
            <w:vAlign w:val="center"/>
          </w:tcPr>
          <w:p w14:paraId="2B109920" w14:textId="2B2AB966" w:rsidR="009E286B" w:rsidRDefault="009E286B">
            <w:r w:rsidRPr="00011772">
              <w:rPr>
                <w:sz w:val="17"/>
              </w:rPr>
              <w:t>Skolēnu galds vienvietīgs</w:t>
            </w:r>
          </w:p>
        </w:tc>
        <w:tc>
          <w:tcPr>
            <w:tcW w:w="5244" w:type="dxa"/>
            <w:tcMar>
              <w:top w:w="60" w:type="dxa"/>
              <w:left w:w="70" w:type="dxa"/>
              <w:bottom w:w="60" w:type="dxa"/>
              <w:right w:w="70" w:type="dxa"/>
            </w:tcMar>
            <w:vAlign w:val="center"/>
          </w:tcPr>
          <w:p w14:paraId="2B109921" w14:textId="4013AA12" w:rsidR="009E286B" w:rsidRDefault="009E286B" w:rsidP="001621AD">
            <w:pPr>
              <w:jc w:val="both"/>
            </w:pPr>
            <w:r w:rsidRPr="00011772">
              <w:rPr>
                <w:sz w:val="17"/>
              </w:rPr>
              <w:t>Taisnstūra galda virsma . Izmēri 700*500 mm, Maināms augstums H 640-790 mm (+/- 5mm). Galda virsmai jābūt izgatavotai no Laminēta kokskaidu plātnes vai cita līdzvērtīga materiāla ar minimālo biezumu 18 mm. Galda virsmas malām jābūt noklātām ar bezšuvju polipropilēna vai citu līdzvērtīga materiāla apdari: skolēna pusē galda virsmai jābūt noklātai vismaz 17 mm (+/- 2 mm) virsmas sānu apdares pārklājumu, sāniem un priekšējai daļai jābūt noklātai vismaz 5 mm (+/- 1 mm) galda virsmas sānu apdares pārklājumu. Stūriem un malām jābūt noapaļotiem un drošiem. Zem darbvirsmas jābūt uzstādītam stiepļu plauktam, kas izgatavots no stieples, kura nav plānāka par 4 mm (+/- 1 mm). Rakstāmgalda sānos jābūt vismaz vienam āķim skolēna mugursomai.  Rāmis veidots T formā. Rakstāmgalda kājām jābūt izgatavotām no ovāla cauruļveida profila, kura izmēri ir vismaz 60*30 mm (+/- 2 mm) un metāla biezums vismaz 1,4 mm. Rāmim un stiepļu plauktam jābūt krāsotiem izmantojot pulverkrāsošanas tehnoloģiju. Galda kājām jābūt ar plastmasas regulējamām pēdiņām. Izstrādājumam jābūt stabilam, un konstrukcijai jābūt uzstādītai tā, lai nodrošinātu ilgstošu, bet ērtu lietošanu. Galda krāsai jābūt gaiši pelēkai.  Galdam jābūt sertificētam EN 1729 prasībām.</w:t>
            </w:r>
          </w:p>
        </w:tc>
        <w:tc>
          <w:tcPr>
            <w:tcW w:w="1134" w:type="dxa"/>
          </w:tcPr>
          <w:p w14:paraId="49E67207" w14:textId="77777777" w:rsidR="009E286B" w:rsidRDefault="009E286B">
            <w:pPr>
              <w:rPr>
                <w:sz w:val="17"/>
              </w:rPr>
            </w:pPr>
          </w:p>
        </w:tc>
        <w:tc>
          <w:tcPr>
            <w:tcW w:w="2410" w:type="dxa"/>
            <w:tcMar>
              <w:top w:w="60" w:type="dxa"/>
              <w:left w:w="70" w:type="dxa"/>
              <w:bottom w:w="60" w:type="dxa"/>
              <w:right w:w="70" w:type="dxa"/>
            </w:tcMar>
            <w:vAlign w:val="center"/>
          </w:tcPr>
          <w:p w14:paraId="0D20E519" w14:textId="77777777" w:rsidR="009E286B" w:rsidRDefault="009E286B">
            <w:pPr>
              <w:rPr>
                <w:sz w:val="17"/>
              </w:rPr>
            </w:pPr>
            <w:r>
              <w:rPr>
                <w:sz w:val="17"/>
              </w:rPr>
              <w:t xml:space="preserve">Salaspils 1. vidusskola — </w:t>
            </w:r>
          </w:p>
          <w:p w14:paraId="2B109922" w14:textId="4201A5F5" w:rsidR="009E286B" w:rsidRDefault="009E286B">
            <w:r w:rsidRPr="009E286B">
              <w:rPr>
                <w:b/>
                <w:sz w:val="17"/>
              </w:rPr>
              <w:t>56 gab.</w:t>
            </w:r>
          </w:p>
        </w:tc>
        <w:tc>
          <w:tcPr>
            <w:tcW w:w="1418" w:type="dxa"/>
          </w:tcPr>
          <w:p w14:paraId="334E75D1" w14:textId="77777777" w:rsidR="009E286B" w:rsidRDefault="009E286B">
            <w:pPr>
              <w:rPr>
                <w:sz w:val="17"/>
              </w:rPr>
            </w:pPr>
          </w:p>
        </w:tc>
      </w:tr>
      <w:tr w:rsidR="009E286B" w14:paraId="2B109928" w14:textId="640A9C34" w:rsidTr="009E286B">
        <w:trPr>
          <w:jc w:val="center"/>
        </w:trPr>
        <w:tc>
          <w:tcPr>
            <w:tcW w:w="737" w:type="dxa"/>
            <w:tcMar>
              <w:top w:w="60" w:type="dxa"/>
              <w:left w:w="70" w:type="dxa"/>
              <w:bottom w:w="60" w:type="dxa"/>
              <w:right w:w="70" w:type="dxa"/>
            </w:tcMar>
            <w:vAlign w:val="center"/>
          </w:tcPr>
          <w:p w14:paraId="2B109924" w14:textId="77777777" w:rsidR="009E286B" w:rsidRDefault="009E286B">
            <w:r>
              <w:t>14</w:t>
            </w:r>
          </w:p>
        </w:tc>
        <w:tc>
          <w:tcPr>
            <w:tcW w:w="1952" w:type="dxa"/>
            <w:tcMar>
              <w:top w:w="60" w:type="dxa"/>
              <w:left w:w="70" w:type="dxa"/>
              <w:bottom w:w="60" w:type="dxa"/>
              <w:right w:w="70" w:type="dxa"/>
            </w:tcMar>
            <w:vAlign w:val="center"/>
          </w:tcPr>
          <w:p w14:paraId="2B109925" w14:textId="77777777" w:rsidR="009E286B" w:rsidRDefault="009E286B">
            <w:r>
              <w:rPr>
                <w:sz w:val="17"/>
              </w:rPr>
              <w:t>Divpusēja, mobila arhīva plauktu sekcija/ Izmēri: P -</w:t>
            </w:r>
          </w:p>
        </w:tc>
        <w:tc>
          <w:tcPr>
            <w:tcW w:w="5244" w:type="dxa"/>
            <w:tcMar>
              <w:top w:w="60" w:type="dxa"/>
              <w:left w:w="70" w:type="dxa"/>
              <w:bottom w:w="60" w:type="dxa"/>
              <w:right w:w="70" w:type="dxa"/>
            </w:tcMar>
            <w:vAlign w:val="center"/>
          </w:tcPr>
          <w:p w14:paraId="2B109926" w14:textId="621DC793" w:rsidR="009E286B" w:rsidRDefault="009E286B" w:rsidP="001621AD">
            <w:pPr>
              <w:jc w:val="both"/>
            </w:pPr>
            <w:r>
              <w:rPr>
                <w:sz w:val="17"/>
              </w:rPr>
              <w:t xml:space="preserve">Divpusēja, mobila arhīva plauktu sekcija/ Izmēri: P - 2000 - 2100 mm, Dz - vismaz 600 mm, A - 2000 mm/ Plauktu sekcija: aprīkota ar pretapgāšanās ierīci uz katru sliedi, ķēdes piedziņa uz katru sliedi, piedziņas mehānisms ar reduktoru. Sliedes (vadīklas) ir izgatavotas no tērauda, tiek stiprinātas pie grīdas, sliedes ar līmeņošanas iespēju, augstums no grīdas 15-20 mm/ Plaukti: 24 (kopā ar nosedzošo plauktu), viena </w:t>
            </w:r>
            <w:r w:rsidRPr="00406D1C">
              <w:rPr>
                <w:sz w:val="17"/>
              </w:rPr>
              <w:t>plaukta</w:t>
            </w:r>
            <w:r w:rsidR="00551081" w:rsidRPr="00406D1C">
              <w:rPr>
                <w:sz w:val="17"/>
              </w:rPr>
              <w:t xml:space="preserve"> kravnesība vismaz 75 kg,/ :: regulēšanas solis ne lielāks kā 30 mm, plauktu izmēri: platums - 1000 mm, dziļums - 300 mm (pielaide ± 25 mm), katra plaukta aizmugures daļa ar ierobežojošu malu, kas kalpo kā mapju atdure/ Mugursiena: nav/ Krāsa/pārklājums: cinkota/ Materiāls: karkass, plauktu sekcijas (sāni, plaukti un mugursiena) izgatavots no vismaz 0.8 mm biezām tērauda loksnēm</w:t>
            </w:r>
          </w:p>
        </w:tc>
        <w:tc>
          <w:tcPr>
            <w:tcW w:w="1134" w:type="dxa"/>
          </w:tcPr>
          <w:p w14:paraId="361AA920" w14:textId="77777777" w:rsidR="009E286B" w:rsidRDefault="009E286B">
            <w:pPr>
              <w:rPr>
                <w:sz w:val="17"/>
              </w:rPr>
            </w:pPr>
          </w:p>
        </w:tc>
        <w:tc>
          <w:tcPr>
            <w:tcW w:w="2410" w:type="dxa"/>
            <w:tcMar>
              <w:top w:w="60" w:type="dxa"/>
              <w:left w:w="70" w:type="dxa"/>
              <w:bottom w:w="60" w:type="dxa"/>
              <w:right w:w="70" w:type="dxa"/>
            </w:tcMar>
            <w:vAlign w:val="center"/>
          </w:tcPr>
          <w:p w14:paraId="52D1A7D6" w14:textId="77777777" w:rsidR="009E286B" w:rsidRDefault="009E286B">
            <w:pPr>
              <w:rPr>
                <w:sz w:val="17"/>
              </w:rPr>
            </w:pPr>
            <w:r>
              <w:rPr>
                <w:sz w:val="17"/>
              </w:rPr>
              <w:t xml:space="preserve">Salaspils 1. vidusskola — </w:t>
            </w:r>
          </w:p>
          <w:p w14:paraId="2B109927" w14:textId="502095D5" w:rsidR="009E286B" w:rsidRPr="009E286B" w:rsidRDefault="009E286B">
            <w:pPr>
              <w:rPr>
                <w:b/>
              </w:rPr>
            </w:pPr>
            <w:r w:rsidRPr="009E286B">
              <w:rPr>
                <w:b/>
                <w:sz w:val="17"/>
              </w:rPr>
              <w:t>12 gab.</w:t>
            </w:r>
          </w:p>
        </w:tc>
        <w:tc>
          <w:tcPr>
            <w:tcW w:w="1418" w:type="dxa"/>
          </w:tcPr>
          <w:p w14:paraId="06176976" w14:textId="77777777" w:rsidR="009E286B" w:rsidRDefault="009E286B">
            <w:pPr>
              <w:rPr>
                <w:sz w:val="17"/>
              </w:rPr>
            </w:pPr>
          </w:p>
        </w:tc>
      </w:tr>
      <w:tr w:rsidR="009E286B" w14:paraId="2B10992D" w14:textId="4B357CED" w:rsidTr="009E286B">
        <w:trPr>
          <w:jc w:val="center"/>
        </w:trPr>
        <w:tc>
          <w:tcPr>
            <w:tcW w:w="737" w:type="dxa"/>
            <w:tcMar>
              <w:top w:w="60" w:type="dxa"/>
              <w:left w:w="70" w:type="dxa"/>
              <w:bottom w:w="60" w:type="dxa"/>
              <w:right w:w="70" w:type="dxa"/>
            </w:tcMar>
            <w:vAlign w:val="center"/>
          </w:tcPr>
          <w:p w14:paraId="2B109929" w14:textId="77777777" w:rsidR="009E286B" w:rsidRDefault="009E286B">
            <w:r>
              <w:t>15</w:t>
            </w:r>
          </w:p>
        </w:tc>
        <w:tc>
          <w:tcPr>
            <w:tcW w:w="1952" w:type="dxa"/>
            <w:tcMar>
              <w:top w:w="60" w:type="dxa"/>
              <w:left w:w="70" w:type="dxa"/>
              <w:bottom w:w="60" w:type="dxa"/>
              <w:right w:w="70" w:type="dxa"/>
            </w:tcMar>
            <w:vAlign w:val="center"/>
          </w:tcPr>
          <w:p w14:paraId="2B10992A" w14:textId="77777777" w:rsidR="009E286B" w:rsidRDefault="009E286B">
            <w:r>
              <w:rPr>
                <w:sz w:val="17"/>
              </w:rPr>
              <w:t>BILLYGrāmatplaukts, baltā krāsā, Pamatmateriāls: Kokskaidu plātne, Papīra pārklājums</w:t>
            </w:r>
          </w:p>
        </w:tc>
        <w:tc>
          <w:tcPr>
            <w:tcW w:w="5244" w:type="dxa"/>
            <w:tcMar>
              <w:top w:w="60" w:type="dxa"/>
              <w:left w:w="70" w:type="dxa"/>
              <w:bottom w:w="60" w:type="dxa"/>
              <w:right w:w="70" w:type="dxa"/>
            </w:tcMar>
            <w:vAlign w:val="center"/>
          </w:tcPr>
          <w:p w14:paraId="2B10992B" w14:textId="77777777" w:rsidR="009E286B" w:rsidRDefault="009E286B" w:rsidP="001621AD">
            <w:pPr>
              <w:jc w:val="both"/>
            </w:pPr>
            <w:r>
              <w:rPr>
                <w:sz w:val="17"/>
              </w:rPr>
              <w:t>BILLYGrāmatplaukts, baltā krāsā, Pamatmateriāls: Kokskaidu plātne, Papīra pārklājums, Plastmasas malas Sānu panelis: Kokskaidu plātne, Papīra pārklājums, Melamīna pārklājums, Plastmasas malas Cokola priekša: Kokskaidu plātne, Papīra pārklājums Aizmugurējais panelis: Kokšķiedru plātne, Krāsa , Papīra pārklājums 160x28x202 cm</w:t>
            </w:r>
          </w:p>
        </w:tc>
        <w:tc>
          <w:tcPr>
            <w:tcW w:w="1134" w:type="dxa"/>
          </w:tcPr>
          <w:p w14:paraId="50FE1A4A" w14:textId="77777777" w:rsidR="009E286B" w:rsidRDefault="009E286B">
            <w:pPr>
              <w:rPr>
                <w:sz w:val="17"/>
              </w:rPr>
            </w:pPr>
          </w:p>
        </w:tc>
        <w:tc>
          <w:tcPr>
            <w:tcW w:w="2410" w:type="dxa"/>
            <w:tcMar>
              <w:top w:w="60" w:type="dxa"/>
              <w:left w:w="70" w:type="dxa"/>
              <w:bottom w:w="60" w:type="dxa"/>
              <w:right w:w="70" w:type="dxa"/>
            </w:tcMar>
            <w:vAlign w:val="center"/>
          </w:tcPr>
          <w:p w14:paraId="5448727B" w14:textId="77777777" w:rsidR="009E286B" w:rsidRDefault="009E286B">
            <w:pPr>
              <w:rPr>
                <w:sz w:val="17"/>
              </w:rPr>
            </w:pPr>
            <w:r>
              <w:rPr>
                <w:sz w:val="17"/>
              </w:rPr>
              <w:t xml:space="preserve">Salaspils 1. vidusskola — </w:t>
            </w:r>
          </w:p>
          <w:p w14:paraId="2B10992C" w14:textId="7A5CC7A6" w:rsidR="009E286B" w:rsidRPr="009E286B" w:rsidRDefault="009E286B">
            <w:pPr>
              <w:rPr>
                <w:b/>
              </w:rPr>
            </w:pPr>
            <w:r w:rsidRPr="009E286B">
              <w:rPr>
                <w:b/>
                <w:sz w:val="17"/>
              </w:rPr>
              <w:t>3 gab.</w:t>
            </w:r>
          </w:p>
        </w:tc>
        <w:tc>
          <w:tcPr>
            <w:tcW w:w="1418" w:type="dxa"/>
          </w:tcPr>
          <w:p w14:paraId="5E067E9E" w14:textId="77777777" w:rsidR="009E286B" w:rsidRDefault="009E286B">
            <w:pPr>
              <w:rPr>
                <w:sz w:val="17"/>
              </w:rPr>
            </w:pPr>
          </w:p>
        </w:tc>
      </w:tr>
      <w:tr w:rsidR="009E286B" w14:paraId="2B109932" w14:textId="3A344A2B" w:rsidTr="009E286B">
        <w:trPr>
          <w:jc w:val="center"/>
        </w:trPr>
        <w:tc>
          <w:tcPr>
            <w:tcW w:w="737" w:type="dxa"/>
            <w:tcMar>
              <w:top w:w="60" w:type="dxa"/>
              <w:left w:w="70" w:type="dxa"/>
              <w:bottom w:w="60" w:type="dxa"/>
              <w:right w:w="70" w:type="dxa"/>
            </w:tcMar>
            <w:vAlign w:val="center"/>
          </w:tcPr>
          <w:p w14:paraId="2B10992E" w14:textId="77777777" w:rsidR="009E286B" w:rsidRDefault="009E286B">
            <w:r>
              <w:t>16</w:t>
            </w:r>
          </w:p>
        </w:tc>
        <w:tc>
          <w:tcPr>
            <w:tcW w:w="1952" w:type="dxa"/>
            <w:tcMar>
              <w:top w:w="60" w:type="dxa"/>
              <w:left w:w="70" w:type="dxa"/>
              <w:bottom w:w="60" w:type="dxa"/>
              <w:right w:w="70" w:type="dxa"/>
            </w:tcMar>
            <w:vAlign w:val="center"/>
          </w:tcPr>
          <w:p w14:paraId="2B10992F" w14:textId="77777777" w:rsidR="009E286B" w:rsidRDefault="009E286B">
            <w:r>
              <w:rPr>
                <w:sz w:val="17"/>
              </w:rPr>
              <w:t>Plauktu kombinācija ar kastēm, baltā krāsā 46x30x145 cm</w:t>
            </w:r>
          </w:p>
        </w:tc>
        <w:tc>
          <w:tcPr>
            <w:tcW w:w="5244" w:type="dxa"/>
            <w:tcMar>
              <w:top w:w="60" w:type="dxa"/>
              <w:left w:w="70" w:type="dxa"/>
              <w:bottom w:w="60" w:type="dxa"/>
              <w:right w:w="70" w:type="dxa"/>
            </w:tcMar>
            <w:vAlign w:val="center"/>
          </w:tcPr>
          <w:p w14:paraId="2B109930" w14:textId="77777777" w:rsidR="009E286B" w:rsidRDefault="009E286B" w:rsidP="001621AD">
            <w:pPr>
              <w:jc w:val="both"/>
            </w:pPr>
            <w:r>
              <w:rPr>
                <w:sz w:val="17"/>
              </w:rPr>
              <w:t>Plauktu kombinācija ar kastēm, baltā krāsā 46x30x145 cm Pamatmateriāls: Kokskaidu plātne, Papīra pārklājums, Plastmasas malas Atvilktnes sliede: Polipropilēna plastmasa Kaste - polipropilēns (vismaz 50% pārstrādāta materiāla)</w:t>
            </w:r>
          </w:p>
        </w:tc>
        <w:tc>
          <w:tcPr>
            <w:tcW w:w="1134" w:type="dxa"/>
          </w:tcPr>
          <w:p w14:paraId="1651CED7" w14:textId="77777777" w:rsidR="009E286B" w:rsidRDefault="009E286B">
            <w:pPr>
              <w:rPr>
                <w:sz w:val="17"/>
              </w:rPr>
            </w:pPr>
          </w:p>
        </w:tc>
        <w:tc>
          <w:tcPr>
            <w:tcW w:w="2410" w:type="dxa"/>
            <w:tcMar>
              <w:top w:w="60" w:type="dxa"/>
              <w:left w:w="70" w:type="dxa"/>
              <w:bottom w:w="60" w:type="dxa"/>
              <w:right w:w="70" w:type="dxa"/>
            </w:tcMar>
            <w:vAlign w:val="center"/>
          </w:tcPr>
          <w:p w14:paraId="2B109931" w14:textId="3F435CF4" w:rsidR="009E286B" w:rsidRDefault="009E286B">
            <w:r>
              <w:rPr>
                <w:sz w:val="17"/>
              </w:rPr>
              <w:t xml:space="preserve">ATVASĪTE — </w:t>
            </w:r>
            <w:r w:rsidRPr="009E286B">
              <w:rPr>
                <w:b/>
                <w:sz w:val="17"/>
              </w:rPr>
              <w:t>1 gab.</w:t>
            </w:r>
          </w:p>
        </w:tc>
        <w:tc>
          <w:tcPr>
            <w:tcW w:w="1418" w:type="dxa"/>
          </w:tcPr>
          <w:p w14:paraId="030E1423" w14:textId="77777777" w:rsidR="009E286B" w:rsidRDefault="009E286B">
            <w:pPr>
              <w:rPr>
                <w:sz w:val="17"/>
              </w:rPr>
            </w:pPr>
          </w:p>
        </w:tc>
      </w:tr>
      <w:tr w:rsidR="009E286B" w14:paraId="2B109937" w14:textId="4E274540" w:rsidTr="009E286B">
        <w:trPr>
          <w:jc w:val="center"/>
        </w:trPr>
        <w:tc>
          <w:tcPr>
            <w:tcW w:w="737" w:type="dxa"/>
            <w:tcMar>
              <w:top w:w="60" w:type="dxa"/>
              <w:left w:w="70" w:type="dxa"/>
              <w:bottom w:w="60" w:type="dxa"/>
              <w:right w:w="70" w:type="dxa"/>
            </w:tcMar>
            <w:vAlign w:val="center"/>
          </w:tcPr>
          <w:p w14:paraId="2B109933" w14:textId="77777777" w:rsidR="009E286B" w:rsidRDefault="009E286B">
            <w:r>
              <w:t>17</w:t>
            </w:r>
          </w:p>
        </w:tc>
        <w:tc>
          <w:tcPr>
            <w:tcW w:w="1952" w:type="dxa"/>
            <w:tcMar>
              <w:top w:w="60" w:type="dxa"/>
              <w:left w:w="70" w:type="dxa"/>
              <w:bottom w:w="60" w:type="dxa"/>
              <w:right w:w="70" w:type="dxa"/>
            </w:tcMar>
            <w:vAlign w:val="center"/>
          </w:tcPr>
          <w:p w14:paraId="2B109934" w14:textId="77777777" w:rsidR="009E286B" w:rsidRDefault="009E286B">
            <w:r>
              <w:rPr>
                <w:sz w:val="17"/>
              </w:rPr>
              <w:t>Plastmasas krēsls Taurenis dzeltens/zaļš, dažādi izmēri: 21cm (sēdvietas</w:t>
            </w:r>
          </w:p>
        </w:tc>
        <w:tc>
          <w:tcPr>
            <w:tcW w:w="5244" w:type="dxa"/>
            <w:tcMar>
              <w:top w:w="60" w:type="dxa"/>
              <w:left w:w="70" w:type="dxa"/>
              <w:bottom w:w="60" w:type="dxa"/>
              <w:right w:w="70" w:type="dxa"/>
            </w:tcMar>
            <w:vAlign w:val="center"/>
          </w:tcPr>
          <w:p w14:paraId="2B109935" w14:textId="77777777" w:rsidR="009E286B" w:rsidRDefault="009E286B" w:rsidP="001621AD">
            <w:pPr>
              <w:jc w:val="both"/>
            </w:pPr>
            <w:r>
              <w:rPr>
                <w:sz w:val="17"/>
              </w:rPr>
              <w:t>Plastmasas krēsls Taurenis dzeltens/zaļš, dažādi izmēri: 21cm (sēdvietas augstums) - 26 gab., 26cm - 6 gab.</w:t>
            </w:r>
          </w:p>
        </w:tc>
        <w:tc>
          <w:tcPr>
            <w:tcW w:w="1134" w:type="dxa"/>
          </w:tcPr>
          <w:p w14:paraId="4425919A" w14:textId="77777777" w:rsidR="009E286B" w:rsidRDefault="009E286B">
            <w:pPr>
              <w:rPr>
                <w:sz w:val="17"/>
              </w:rPr>
            </w:pPr>
          </w:p>
        </w:tc>
        <w:tc>
          <w:tcPr>
            <w:tcW w:w="2410" w:type="dxa"/>
            <w:tcMar>
              <w:top w:w="60" w:type="dxa"/>
              <w:left w:w="70" w:type="dxa"/>
              <w:bottom w:w="60" w:type="dxa"/>
              <w:right w:w="70" w:type="dxa"/>
            </w:tcMar>
            <w:vAlign w:val="center"/>
          </w:tcPr>
          <w:p w14:paraId="2B109936" w14:textId="5B78CB8C" w:rsidR="009E286B" w:rsidRDefault="009E286B">
            <w:r>
              <w:rPr>
                <w:sz w:val="17"/>
              </w:rPr>
              <w:t xml:space="preserve">ATVASĪTE — </w:t>
            </w:r>
            <w:r w:rsidRPr="009E286B">
              <w:rPr>
                <w:b/>
                <w:sz w:val="17"/>
              </w:rPr>
              <w:t>30 gab.</w:t>
            </w:r>
          </w:p>
        </w:tc>
        <w:tc>
          <w:tcPr>
            <w:tcW w:w="1418" w:type="dxa"/>
          </w:tcPr>
          <w:p w14:paraId="53988D7B" w14:textId="77777777" w:rsidR="009E286B" w:rsidRDefault="009E286B">
            <w:pPr>
              <w:rPr>
                <w:sz w:val="17"/>
              </w:rPr>
            </w:pPr>
          </w:p>
        </w:tc>
      </w:tr>
      <w:tr w:rsidR="009E286B" w14:paraId="2B10993C" w14:textId="1E788160" w:rsidTr="009E286B">
        <w:trPr>
          <w:jc w:val="center"/>
        </w:trPr>
        <w:tc>
          <w:tcPr>
            <w:tcW w:w="737" w:type="dxa"/>
            <w:tcMar>
              <w:top w:w="60" w:type="dxa"/>
              <w:left w:w="70" w:type="dxa"/>
              <w:bottom w:w="60" w:type="dxa"/>
              <w:right w:w="70" w:type="dxa"/>
            </w:tcMar>
            <w:vAlign w:val="center"/>
          </w:tcPr>
          <w:p w14:paraId="2B109938" w14:textId="77777777" w:rsidR="009E286B" w:rsidRDefault="009E286B">
            <w:r>
              <w:t>18</w:t>
            </w:r>
          </w:p>
        </w:tc>
        <w:tc>
          <w:tcPr>
            <w:tcW w:w="1952" w:type="dxa"/>
            <w:tcMar>
              <w:top w:w="60" w:type="dxa"/>
              <w:left w:w="70" w:type="dxa"/>
              <w:bottom w:w="60" w:type="dxa"/>
              <w:right w:w="70" w:type="dxa"/>
            </w:tcMar>
            <w:vAlign w:val="center"/>
          </w:tcPr>
          <w:p w14:paraId="2B109939" w14:textId="77777777" w:rsidR="009E286B" w:rsidRDefault="009E286B">
            <w:r>
              <w:rPr>
                <w:sz w:val="17"/>
              </w:rPr>
              <w:t>Grāmatplaukts ar durvīm, sekli un regulējami plaukti, kurus</w:t>
            </w:r>
          </w:p>
        </w:tc>
        <w:tc>
          <w:tcPr>
            <w:tcW w:w="5244" w:type="dxa"/>
            <w:tcMar>
              <w:top w:w="60" w:type="dxa"/>
              <w:left w:w="70" w:type="dxa"/>
              <w:bottom w:w="60" w:type="dxa"/>
              <w:right w:w="70" w:type="dxa"/>
            </w:tcMar>
            <w:vAlign w:val="center"/>
          </w:tcPr>
          <w:p w14:paraId="2B10993A" w14:textId="77777777" w:rsidR="009E286B" w:rsidRDefault="009E286B" w:rsidP="001621AD">
            <w:pPr>
              <w:jc w:val="both"/>
            </w:pPr>
            <w:r>
              <w:rPr>
                <w:sz w:val="17"/>
              </w:rPr>
              <w:t>Grāmatplaukts ar durvīm, sekli un regulējami plaukti, kurus var pielāgot ikdienas lietām, priekšmetiem. Horizontāli un vertikāli regulējamas durvju eņģes.Platums: 80 cm Dziļums: 30 cm Augstums: 202 cm Maks. slodze/plaukts: 30 kg</w:t>
            </w:r>
          </w:p>
        </w:tc>
        <w:tc>
          <w:tcPr>
            <w:tcW w:w="1134" w:type="dxa"/>
          </w:tcPr>
          <w:p w14:paraId="373A167B" w14:textId="77777777" w:rsidR="009E286B" w:rsidRDefault="009E286B">
            <w:pPr>
              <w:rPr>
                <w:sz w:val="17"/>
              </w:rPr>
            </w:pPr>
          </w:p>
        </w:tc>
        <w:tc>
          <w:tcPr>
            <w:tcW w:w="2410" w:type="dxa"/>
            <w:tcMar>
              <w:top w:w="60" w:type="dxa"/>
              <w:left w:w="70" w:type="dxa"/>
              <w:bottom w:w="60" w:type="dxa"/>
              <w:right w:w="70" w:type="dxa"/>
            </w:tcMar>
            <w:vAlign w:val="center"/>
          </w:tcPr>
          <w:p w14:paraId="2B10993B" w14:textId="704F8F51" w:rsidR="009E286B" w:rsidRDefault="009E286B">
            <w:r>
              <w:rPr>
                <w:sz w:val="17"/>
              </w:rPr>
              <w:t xml:space="preserve">ATVASĪTE — </w:t>
            </w:r>
            <w:r w:rsidRPr="009E286B">
              <w:rPr>
                <w:b/>
                <w:sz w:val="17"/>
              </w:rPr>
              <w:t>1 gab</w:t>
            </w:r>
            <w:r>
              <w:rPr>
                <w:sz w:val="17"/>
              </w:rPr>
              <w:t>.</w:t>
            </w:r>
          </w:p>
        </w:tc>
        <w:tc>
          <w:tcPr>
            <w:tcW w:w="1418" w:type="dxa"/>
          </w:tcPr>
          <w:p w14:paraId="1008039D" w14:textId="77777777" w:rsidR="009E286B" w:rsidRDefault="009E286B">
            <w:pPr>
              <w:rPr>
                <w:sz w:val="17"/>
              </w:rPr>
            </w:pPr>
          </w:p>
        </w:tc>
      </w:tr>
      <w:tr w:rsidR="009E286B" w14:paraId="2B109941" w14:textId="1E7F594E" w:rsidTr="009E286B">
        <w:trPr>
          <w:jc w:val="center"/>
        </w:trPr>
        <w:tc>
          <w:tcPr>
            <w:tcW w:w="737" w:type="dxa"/>
            <w:tcMar>
              <w:top w:w="60" w:type="dxa"/>
              <w:left w:w="70" w:type="dxa"/>
              <w:bottom w:w="60" w:type="dxa"/>
              <w:right w:w="70" w:type="dxa"/>
            </w:tcMar>
            <w:vAlign w:val="center"/>
          </w:tcPr>
          <w:p w14:paraId="2B10993D" w14:textId="77777777" w:rsidR="009E286B" w:rsidRPr="00106EAC" w:rsidRDefault="009E286B">
            <w:r w:rsidRPr="00106EAC">
              <w:t>19</w:t>
            </w:r>
          </w:p>
        </w:tc>
        <w:tc>
          <w:tcPr>
            <w:tcW w:w="1952" w:type="dxa"/>
            <w:tcMar>
              <w:top w:w="60" w:type="dxa"/>
              <w:left w:w="70" w:type="dxa"/>
              <w:bottom w:w="60" w:type="dxa"/>
              <w:right w:w="70" w:type="dxa"/>
            </w:tcMar>
            <w:vAlign w:val="center"/>
          </w:tcPr>
          <w:p w14:paraId="2B10993E" w14:textId="77777777" w:rsidR="009E286B" w:rsidRDefault="009E286B">
            <w:r>
              <w:rPr>
                <w:sz w:val="17"/>
              </w:rPr>
              <w:t>Metāla skapis / antresols</w:t>
            </w:r>
          </w:p>
        </w:tc>
        <w:tc>
          <w:tcPr>
            <w:tcW w:w="5244" w:type="dxa"/>
            <w:tcMar>
              <w:top w:w="60" w:type="dxa"/>
              <w:left w:w="70" w:type="dxa"/>
              <w:bottom w:w="60" w:type="dxa"/>
              <w:right w:w="70" w:type="dxa"/>
            </w:tcMar>
            <w:vAlign w:val="center"/>
          </w:tcPr>
          <w:p w14:paraId="0BEEAD7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Metāla skapis / antresols. 465 (A) x 800 (P) x 435 (DZ) mm</w:t>
            </w:r>
          </w:p>
          <w:p w14:paraId="5E80F835"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Dokumentu skapja tehniskie parametri:</w:t>
            </w:r>
          </w:p>
          <w:p w14:paraId="14BEE485"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Skapja korpuss, plaukti un durvis izgatavotas no 0,5 mm biezas tērauda loksnes;</w:t>
            </w:r>
          </w:p>
          <w:p w14:paraId="7A517EEE"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1 regulējams plaukts, plaukta kravnesība 50 kg;</w:t>
            </w:r>
          </w:p>
          <w:p w14:paraId="237F6EA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Divviru durvis ar 3 punktu slēdzeni un iekļautām 2 atslēgām.</w:t>
            </w:r>
          </w:p>
          <w:p w14:paraId="6AC45EEB"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Krāsa: pelēka, RAL 7035, pārklāts ar pulverkrāsu.</w:t>
            </w:r>
          </w:p>
          <w:p w14:paraId="2B10993F" w14:textId="0A7A594E" w:rsidR="009E286B" w:rsidRPr="00406D1C" w:rsidRDefault="006C6D89" w:rsidP="006C6D89">
            <w:pPr>
              <w:jc w:val="both"/>
            </w:pPr>
            <w:r w:rsidRPr="00406D1C">
              <w:rPr>
                <w:rFonts w:cs="Arial"/>
                <w:sz w:val="17"/>
                <w:szCs w:val="17"/>
                <w:lang w:val="en" w:eastAsia="lv-LV"/>
              </w:rPr>
              <w:t>Stabili, slēdzami metāla skapji 465 mm augstumā, izmantošanai visdažādākajās vidēs no birojiem līdz darbnīcām un rūpnīcām. Standartā aprīkoti ar vienu plauktu un divām atslēgām. Metināts ar punktu metināšanas tehnoloģiju, plauktu augstuma regulēšanas iespēja.</w:t>
            </w:r>
          </w:p>
        </w:tc>
        <w:tc>
          <w:tcPr>
            <w:tcW w:w="1134" w:type="dxa"/>
          </w:tcPr>
          <w:p w14:paraId="3FBA3A60" w14:textId="77777777" w:rsidR="009E286B" w:rsidRDefault="009E286B">
            <w:pPr>
              <w:rPr>
                <w:sz w:val="17"/>
              </w:rPr>
            </w:pPr>
          </w:p>
        </w:tc>
        <w:tc>
          <w:tcPr>
            <w:tcW w:w="2410" w:type="dxa"/>
            <w:tcMar>
              <w:top w:w="60" w:type="dxa"/>
              <w:left w:w="70" w:type="dxa"/>
              <w:bottom w:w="60" w:type="dxa"/>
              <w:right w:w="70" w:type="dxa"/>
            </w:tcMar>
            <w:vAlign w:val="center"/>
          </w:tcPr>
          <w:p w14:paraId="2B109940" w14:textId="4A7D307E" w:rsidR="009E286B" w:rsidRDefault="009E286B">
            <w:r>
              <w:rPr>
                <w:sz w:val="17"/>
              </w:rPr>
              <w:t xml:space="preserve">Daugavas muzejs — </w:t>
            </w:r>
            <w:r w:rsidRPr="009E286B">
              <w:rPr>
                <w:b/>
                <w:sz w:val="17"/>
              </w:rPr>
              <w:t>1 gab.</w:t>
            </w:r>
          </w:p>
        </w:tc>
        <w:tc>
          <w:tcPr>
            <w:tcW w:w="1418" w:type="dxa"/>
          </w:tcPr>
          <w:p w14:paraId="1691D2D1" w14:textId="77777777" w:rsidR="009E286B" w:rsidRDefault="009E286B">
            <w:pPr>
              <w:rPr>
                <w:sz w:val="17"/>
              </w:rPr>
            </w:pPr>
          </w:p>
        </w:tc>
      </w:tr>
      <w:tr w:rsidR="009E286B" w14:paraId="2B109946" w14:textId="7351485B" w:rsidTr="009E286B">
        <w:trPr>
          <w:jc w:val="center"/>
        </w:trPr>
        <w:tc>
          <w:tcPr>
            <w:tcW w:w="737" w:type="dxa"/>
            <w:tcMar>
              <w:top w:w="60" w:type="dxa"/>
              <w:left w:w="70" w:type="dxa"/>
              <w:bottom w:w="60" w:type="dxa"/>
              <w:right w:w="70" w:type="dxa"/>
            </w:tcMar>
            <w:vAlign w:val="center"/>
          </w:tcPr>
          <w:p w14:paraId="2B109942" w14:textId="77777777" w:rsidR="009E286B" w:rsidRPr="00106EAC" w:rsidRDefault="009E286B">
            <w:r w:rsidRPr="00106EAC">
              <w:t>20</w:t>
            </w:r>
          </w:p>
        </w:tc>
        <w:tc>
          <w:tcPr>
            <w:tcW w:w="1952" w:type="dxa"/>
            <w:tcMar>
              <w:top w:w="60" w:type="dxa"/>
              <w:left w:w="70" w:type="dxa"/>
              <w:bottom w:w="60" w:type="dxa"/>
              <w:right w:w="70" w:type="dxa"/>
            </w:tcMar>
            <w:vAlign w:val="center"/>
          </w:tcPr>
          <w:p w14:paraId="2B109943" w14:textId="77777777" w:rsidR="009E286B" w:rsidRDefault="009E286B">
            <w:r>
              <w:rPr>
                <w:sz w:val="17"/>
              </w:rPr>
              <w:t>Metāla skapis</w:t>
            </w:r>
          </w:p>
        </w:tc>
        <w:tc>
          <w:tcPr>
            <w:tcW w:w="5244" w:type="dxa"/>
            <w:tcMar>
              <w:top w:w="60" w:type="dxa"/>
              <w:left w:w="70" w:type="dxa"/>
              <w:bottom w:w="60" w:type="dxa"/>
              <w:right w:w="70" w:type="dxa"/>
            </w:tcMar>
            <w:vAlign w:val="center"/>
          </w:tcPr>
          <w:p w14:paraId="2B2F24B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 xml:space="preserve">Metāla skapis. 1990 (A) x 800 (P) x 435 (DZ) mm </w:t>
            </w:r>
          </w:p>
          <w:p w14:paraId="4A9FCE6E"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Dokumentu skapja tehniskie parametri:</w:t>
            </w:r>
          </w:p>
          <w:p w14:paraId="6FBF2D4C"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Skapja korpuss, plaukti un durvis izgatavotas no 0,5 mm biezas tērauda loksnes;</w:t>
            </w:r>
          </w:p>
          <w:p w14:paraId="1439A690"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4 regulējami plaukti, katra plaukta kravnesība 50 kg;</w:t>
            </w:r>
          </w:p>
          <w:p w14:paraId="02B78FCC"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Plauktu regulēšanas solis 25 mm;</w:t>
            </w:r>
          </w:p>
          <w:p w14:paraId="57144266"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Divviru durvis ar 3 punktu slēdzeni un iekļautām 2 atslēgām.</w:t>
            </w:r>
          </w:p>
          <w:p w14:paraId="3F44333A"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Krāsa: pelēka, RAL 7035, pārklāts ar pulverkrāsu.</w:t>
            </w:r>
          </w:p>
          <w:p w14:paraId="2B109944" w14:textId="366DFF54" w:rsidR="009E286B" w:rsidRPr="00406D1C" w:rsidRDefault="006C6D89" w:rsidP="006C6D89">
            <w:pPr>
              <w:jc w:val="both"/>
            </w:pPr>
            <w:r w:rsidRPr="00406D1C">
              <w:rPr>
                <w:rFonts w:cs="Arial"/>
                <w:sz w:val="17"/>
                <w:szCs w:val="17"/>
                <w:lang w:val="en" w:eastAsia="lv-LV"/>
              </w:rPr>
              <w:t>Stabili, slēdzami metāla skapji 1990 mm augstumā, izmantošanai visdažādākajās vidēs no birojiem līdz darbnīcām un rūpnīcām. Standartā aprīkoti ar četriem plauktiem un divām atslēgām. Metināts ar punktu metināšanas tehnoloģiju, plauktu augstuma regulēšanas iespēja.</w:t>
            </w:r>
          </w:p>
        </w:tc>
        <w:tc>
          <w:tcPr>
            <w:tcW w:w="1134" w:type="dxa"/>
          </w:tcPr>
          <w:p w14:paraId="4886309B" w14:textId="77777777" w:rsidR="009E286B" w:rsidRDefault="009E286B">
            <w:pPr>
              <w:rPr>
                <w:sz w:val="17"/>
              </w:rPr>
            </w:pPr>
          </w:p>
        </w:tc>
        <w:tc>
          <w:tcPr>
            <w:tcW w:w="2410" w:type="dxa"/>
            <w:tcMar>
              <w:top w:w="60" w:type="dxa"/>
              <w:left w:w="70" w:type="dxa"/>
              <w:bottom w:w="60" w:type="dxa"/>
              <w:right w:w="70" w:type="dxa"/>
            </w:tcMar>
            <w:vAlign w:val="center"/>
          </w:tcPr>
          <w:p w14:paraId="2B109945" w14:textId="665E3E3A" w:rsidR="009E286B" w:rsidRDefault="009E286B">
            <w:r>
              <w:rPr>
                <w:sz w:val="17"/>
              </w:rPr>
              <w:t xml:space="preserve">Daugavas muzejs — </w:t>
            </w:r>
            <w:r w:rsidRPr="009E286B">
              <w:rPr>
                <w:b/>
                <w:sz w:val="17"/>
              </w:rPr>
              <w:t>2 gab.</w:t>
            </w:r>
          </w:p>
        </w:tc>
        <w:tc>
          <w:tcPr>
            <w:tcW w:w="1418" w:type="dxa"/>
          </w:tcPr>
          <w:p w14:paraId="1051C040" w14:textId="77777777" w:rsidR="009E286B" w:rsidRDefault="009E286B">
            <w:pPr>
              <w:rPr>
                <w:sz w:val="17"/>
              </w:rPr>
            </w:pPr>
          </w:p>
        </w:tc>
      </w:tr>
      <w:tr w:rsidR="009E286B" w14:paraId="2B10994B" w14:textId="2B490E06" w:rsidTr="009E286B">
        <w:trPr>
          <w:jc w:val="center"/>
        </w:trPr>
        <w:tc>
          <w:tcPr>
            <w:tcW w:w="737" w:type="dxa"/>
            <w:tcMar>
              <w:top w:w="60" w:type="dxa"/>
              <w:left w:w="70" w:type="dxa"/>
              <w:bottom w:w="60" w:type="dxa"/>
              <w:right w:w="70" w:type="dxa"/>
            </w:tcMar>
            <w:vAlign w:val="center"/>
          </w:tcPr>
          <w:p w14:paraId="2B109947" w14:textId="77777777" w:rsidR="009E286B" w:rsidRDefault="009E286B">
            <w:r>
              <w:t>21</w:t>
            </w:r>
          </w:p>
        </w:tc>
        <w:tc>
          <w:tcPr>
            <w:tcW w:w="1952" w:type="dxa"/>
            <w:tcMar>
              <w:top w:w="60" w:type="dxa"/>
              <w:left w:w="70" w:type="dxa"/>
              <w:bottom w:w="60" w:type="dxa"/>
              <w:right w:w="70" w:type="dxa"/>
            </w:tcMar>
            <w:vAlign w:val="center"/>
          </w:tcPr>
          <w:p w14:paraId="2B109948" w14:textId="77777777" w:rsidR="009E286B" w:rsidRDefault="009E286B">
            <w:r>
              <w:rPr>
                <w:sz w:val="17"/>
              </w:rPr>
              <w:t>Garderobes skapis ar durvīm/ Izmēri: P - vismaz</w:t>
            </w:r>
          </w:p>
        </w:tc>
        <w:tc>
          <w:tcPr>
            <w:tcW w:w="5244" w:type="dxa"/>
            <w:tcMar>
              <w:top w:w="60" w:type="dxa"/>
              <w:left w:w="70" w:type="dxa"/>
              <w:bottom w:w="60" w:type="dxa"/>
              <w:right w:w="70" w:type="dxa"/>
            </w:tcMar>
            <w:vAlign w:val="center"/>
          </w:tcPr>
          <w:p w14:paraId="2B109949" w14:textId="77777777" w:rsidR="009E286B" w:rsidRDefault="009E286B" w:rsidP="001621AD">
            <w:pPr>
              <w:jc w:val="both"/>
            </w:pPr>
            <w:r>
              <w:rPr>
                <w:sz w:val="17"/>
              </w:rPr>
              <w:t>Garderobes skapis ar durvīm/ Izmēri: P - vismaz 1100 mm, Dz - vismaz 490 mm, A - vismaz 1850 mm/ Drēbju nodalījumi: 4/ :: katrs nodalījums aprīkots ar plauktu cepurēm un cauruļveida (diametrs vismaz 18 mm) drēbju stangu ar āķiem/ Durvis: 4 (durvis aprīkotas ar slēdzeni komplektā vismaz 2 atslēgas, ar vismaz 2 ventilācijas atverēm)/ Krāsa/pārklājums: gaiši pelēka (RAL 7035)/ Skapja pamatne: ir, cokols vai 4 regulējamas kājas,…</w:t>
            </w:r>
          </w:p>
        </w:tc>
        <w:tc>
          <w:tcPr>
            <w:tcW w:w="1134" w:type="dxa"/>
          </w:tcPr>
          <w:p w14:paraId="22C3D091" w14:textId="77777777" w:rsidR="009E286B" w:rsidRDefault="009E286B">
            <w:pPr>
              <w:rPr>
                <w:sz w:val="17"/>
              </w:rPr>
            </w:pPr>
          </w:p>
        </w:tc>
        <w:tc>
          <w:tcPr>
            <w:tcW w:w="2410" w:type="dxa"/>
            <w:tcMar>
              <w:top w:w="60" w:type="dxa"/>
              <w:left w:w="70" w:type="dxa"/>
              <w:bottom w:w="60" w:type="dxa"/>
              <w:right w:w="70" w:type="dxa"/>
            </w:tcMar>
            <w:vAlign w:val="center"/>
          </w:tcPr>
          <w:p w14:paraId="54642BE1" w14:textId="77777777" w:rsidR="009E286B" w:rsidRDefault="009E286B">
            <w:pPr>
              <w:rPr>
                <w:sz w:val="17"/>
              </w:rPr>
            </w:pPr>
            <w:r>
              <w:rPr>
                <w:sz w:val="17"/>
              </w:rPr>
              <w:t xml:space="preserve">Salaspils 1. vidusskola — </w:t>
            </w:r>
          </w:p>
          <w:p w14:paraId="2B10994A" w14:textId="21F44B41" w:rsidR="009E286B" w:rsidRPr="009E286B" w:rsidRDefault="009E286B">
            <w:pPr>
              <w:rPr>
                <w:b/>
              </w:rPr>
            </w:pPr>
            <w:r w:rsidRPr="009E286B">
              <w:rPr>
                <w:b/>
                <w:sz w:val="17"/>
              </w:rPr>
              <w:t>8 gab.</w:t>
            </w:r>
          </w:p>
        </w:tc>
        <w:tc>
          <w:tcPr>
            <w:tcW w:w="1418" w:type="dxa"/>
          </w:tcPr>
          <w:p w14:paraId="2CABCD8E" w14:textId="77777777" w:rsidR="009E286B" w:rsidRDefault="009E286B">
            <w:pPr>
              <w:rPr>
                <w:sz w:val="17"/>
              </w:rPr>
            </w:pPr>
          </w:p>
        </w:tc>
      </w:tr>
      <w:tr w:rsidR="009E286B" w14:paraId="2B109950" w14:textId="55F97E1A" w:rsidTr="009E286B">
        <w:trPr>
          <w:jc w:val="center"/>
        </w:trPr>
        <w:tc>
          <w:tcPr>
            <w:tcW w:w="737" w:type="dxa"/>
            <w:tcMar>
              <w:top w:w="60" w:type="dxa"/>
              <w:left w:w="70" w:type="dxa"/>
              <w:bottom w:w="60" w:type="dxa"/>
              <w:right w:w="70" w:type="dxa"/>
            </w:tcMar>
            <w:vAlign w:val="center"/>
          </w:tcPr>
          <w:p w14:paraId="2B10994C" w14:textId="77777777" w:rsidR="009E286B" w:rsidRDefault="009E286B">
            <w:r>
              <w:t>22</w:t>
            </w:r>
          </w:p>
        </w:tc>
        <w:tc>
          <w:tcPr>
            <w:tcW w:w="1952" w:type="dxa"/>
            <w:tcMar>
              <w:top w:w="60" w:type="dxa"/>
              <w:left w:w="70" w:type="dxa"/>
              <w:bottom w:w="60" w:type="dxa"/>
              <w:right w:w="70" w:type="dxa"/>
            </w:tcMar>
            <w:vAlign w:val="center"/>
          </w:tcPr>
          <w:p w14:paraId="2B10994D" w14:textId="77777777" w:rsidR="009E286B" w:rsidRDefault="009E286B">
            <w:r>
              <w:rPr>
                <w:sz w:val="17"/>
              </w:rPr>
              <w:t>Plaukts, balti beicēta ozolkoka imitācija, 77x147 cm., 8 šūnas</w:t>
            </w:r>
          </w:p>
        </w:tc>
        <w:tc>
          <w:tcPr>
            <w:tcW w:w="5244" w:type="dxa"/>
            <w:tcMar>
              <w:top w:w="60" w:type="dxa"/>
              <w:left w:w="70" w:type="dxa"/>
              <w:bottom w:w="60" w:type="dxa"/>
              <w:right w:w="70" w:type="dxa"/>
            </w:tcMar>
            <w:vAlign w:val="center"/>
          </w:tcPr>
          <w:p w14:paraId="2B10994E" w14:textId="77777777" w:rsidR="009E286B" w:rsidRDefault="009E286B" w:rsidP="001621AD">
            <w:pPr>
              <w:jc w:val="both"/>
            </w:pPr>
            <w:r>
              <w:rPr>
                <w:sz w:val="17"/>
              </w:rPr>
              <w:t>Plaukts, balti beicēta ozolkoka imitācija, 77x147 cm., 8 šūnas. Materiāls kokskaidu un kokšķiedru plātne ar šūnveida papīra pildījumu (100 % pārstrādāts papīrs), papīra pārklājums, akrila krāsa un apdruka, plastmasas malas.</w:t>
            </w:r>
          </w:p>
        </w:tc>
        <w:tc>
          <w:tcPr>
            <w:tcW w:w="1134" w:type="dxa"/>
          </w:tcPr>
          <w:p w14:paraId="23F9B902" w14:textId="77777777" w:rsidR="009E286B" w:rsidRDefault="009E286B">
            <w:pPr>
              <w:rPr>
                <w:sz w:val="17"/>
              </w:rPr>
            </w:pPr>
          </w:p>
        </w:tc>
        <w:tc>
          <w:tcPr>
            <w:tcW w:w="2410" w:type="dxa"/>
            <w:tcMar>
              <w:top w:w="60" w:type="dxa"/>
              <w:left w:w="70" w:type="dxa"/>
              <w:bottom w:w="60" w:type="dxa"/>
              <w:right w:w="70" w:type="dxa"/>
            </w:tcMar>
            <w:vAlign w:val="center"/>
          </w:tcPr>
          <w:p w14:paraId="2B10994F" w14:textId="4D251DEC" w:rsidR="009E286B" w:rsidRDefault="009E286B">
            <w:r>
              <w:rPr>
                <w:sz w:val="17"/>
              </w:rPr>
              <w:t xml:space="preserve">ATVASĪTE — </w:t>
            </w:r>
            <w:r w:rsidRPr="009E286B">
              <w:rPr>
                <w:b/>
                <w:sz w:val="17"/>
              </w:rPr>
              <w:t>1 gab.</w:t>
            </w:r>
          </w:p>
        </w:tc>
        <w:tc>
          <w:tcPr>
            <w:tcW w:w="1418" w:type="dxa"/>
          </w:tcPr>
          <w:p w14:paraId="5F678A27" w14:textId="77777777" w:rsidR="009E286B" w:rsidRDefault="009E286B">
            <w:pPr>
              <w:rPr>
                <w:sz w:val="17"/>
              </w:rPr>
            </w:pPr>
          </w:p>
        </w:tc>
      </w:tr>
      <w:tr w:rsidR="009E286B" w14:paraId="2B109955" w14:textId="222BEACA" w:rsidTr="009E286B">
        <w:trPr>
          <w:jc w:val="center"/>
        </w:trPr>
        <w:tc>
          <w:tcPr>
            <w:tcW w:w="737" w:type="dxa"/>
            <w:tcMar>
              <w:top w:w="60" w:type="dxa"/>
              <w:left w:w="70" w:type="dxa"/>
              <w:bottom w:w="60" w:type="dxa"/>
              <w:right w:w="70" w:type="dxa"/>
            </w:tcMar>
            <w:vAlign w:val="center"/>
          </w:tcPr>
          <w:p w14:paraId="2B109951" w14:textId="77777777" w:rsidR="009E286B" w:rsidRDefault="009E286B">
            <w:r>
              <w:t>23</w:t>
            </w:r>
          </w:p>
        </w:tc>
        <w:tc>
          <w:tcPr>
            <w:tcW w:w="1952" w:type="dxa"/>
            <w:tcMar>
              <w:top w:w="60" w:type="dxa"/>
              <w:left w:w="70" w:type="dxa"/>
              <w:bottom w:w="60" w:type="dxa"/>
              <w:right w:w="70" w:type="dxa"/>
            </w:tcMar>
            <w:vAlign w:val="center"/>
          </w:tcPr>
          <w:p w14:paraId="2B109952" w14:textId="77777777" w:rsidR="009E286B" w:rsidRDefault="009E286B">
            <w:r>
              <w:rPr>
                <w:sz w:val="17"/>
              </w:rPr>
              <w:t>Plaukts naktspodiņiem, Izmēri: dziļums 350 mm, platums 1296</w:t>
            </w:r>
          </w:p>
        </w:tc>
        <w:tc>
          <w:tcPr>
            <w:tcW w:w="5244" w:type="dxa"/>
            <w:tcMar>
              <w:top w:w="60" w:type="dxa"/>
              <w:left w:w="70" w:type="dxa"/>
              <w:bottom w:w="60" w:type="dxa"/>
              <w:right w:w="70" w:type="dxa"/>
            </w:tcMar>
            <w:vAlign w:val="center"/>
          </w:tcPr>
          <w:p w14:paraId="2B109953" w14:textId="77777777" w:rsidR="009E286B" w:rsidRDefault="009E286B" w:rsidP="001621AD">
            <w:pPr>
              <w:jc w:val="both"/>
            </w:pPr>
            <w:r>
              <w:rPr>
                <w:sz w:val="17"/>
              </w:rPr>
              <w:t>Plaukts naktspodiņiem, Izmēri: dziļums 350 mm, platums 1296 mm, augstums 1040 mm, 12 šūnas.Materiāls laminēta kokskaidu plate.</w:t>
            </w:r>
          </w:p>
        </w:tc>
        <w:tc>
          <w:tcPr>
            <w:tcW w:w="1134" w:type="dxa"/>
          </w:tcPr>
          <w:p w14:paraId="02FE8057" w14:textId="77777777" w:rsidR="009E286B" w:rsidRDefault="009E286B">
            <w:pPr>
              <w:rPr>
                <w:sz w:val="17"/>
              </w:rPr>
            </w:pPr>
          </w:p>
        </w:tc>
        <w:tc>
          <w:tcPr>
            <w:tcW w:w="2410" w:type="dxa"/>
            <w:tcMar>
              <w:top w:w="60" w:type="dxa"/>
              <w:left w:w="70" w:type="dxa"/>
              <w:bottom w:w="60" w:type="dxa"/>
              <w:right w:w="70" w:type="dxa"/>
            </w:tcMar>
            <w:vAlign w:val="center"/>
          </w:tcPr>
          <w:p w14:paraId="2B109954" w14:textId="3E3B4623" w:rsidR="009E286B" w:rsidRDefault="009E286B">
            <w:r>
              <w:rPr>
                <w:sz w:val="17"/>
              </w:rPr>
              <w:t xml:space="preserve">ATVASĪTE — </w:t>
            </w:r>
            <w:r w:rsidRPr="009E286B">
              <w:rPr>
                <w:b/>
                <w:sz w:val="17"/>
              </w:rPr>
              <w:t>1 gab.</w:t>
            </w:r>
          </w:p>
        </w:tc>
        <w:tc>
          <w:tcPr>
            <w:tcW w:w="1418" w:type="dxa"/>
          </w:tcPr>
          <w:p w14:paraId="09DAFB16" w14:textId="77777777" w:rsidR="009E286B" w:rsidRDefault="009E286B">
            <w:pPr>
              <w:rPr>
                <w:sz w:val="17"/>
              </w:rPr>
            </w:pPr>
          </w:p>
        </w:tc>
      </w:tr>
      <w:tr w:rsidR="009E286B" w14:paraId="2B10995A" w14:textId="30DF3B35" w:rsidTr="009E286B">
        <w:trPr>
          <w:jc w:val="center"/>
        </w:trPr>
        <w:tc>
          <w:tcPr>
            <w:tcW w:w="737" w:type="dxa"/>
            <w:tcMar>
              <w:top w:w="60" w:type="dxa"/>
              <w:left w:w="70" w:type="dxa"/>
              <w:bottom w:w="60" w:type="dxa"/>
              <w:right w:w="70" w:type="dxa"/>
            </w:tcMar>
            <w:vAlign w:val="center"/>
          </w:tcPr>
          <w:p w14:paraId="2B109956" w14:textId="77777777" w:rsidR="009E286B" w:rsidRDefault="009E286B">
            <w:r>
              <w:t>24</w:t>
            </w:r>
          </w:p>
        </w:tc>
        <w:tc>
          <w:tcPr>
            <w:tcW w:w="1952" w:type="dxa"/>
            <w:tcMar>
              <w:top w:w="60" w:type="dxa"/>
              <w:left w:w="70" w:type="dxa"/>
              <w:bottom w:w="60" w:type="dxa"/>
              <w:right w:w="70" w:type="dxa"/>
            </w:tcMar>
            <w:vAlign w:val="center"/>
          </w:tcPr>
          <w:p w14:paraId="2B109957" w14:textId="77777777" w:rsidR="009E286B" w:rsidRDefault="009E286B">
            <w:r>
              <w:rPr>
                <w:sz w:val="17"/>
              </w:rPr>
              <w:t>Stūra mīkstais dīvāns K3 (NS1529S), eko āda, izmērs 110x110x45 cm</w:t>
            </w:r>
          </w:p>
        </w:tc>
        <w:tc>
          <w:tcPr>
            <w:tcW w:w="5244" w:type="dxa"/>
            <w:tcMar>
              <w:top w:w="60" w:type="dxa"/>
              <w:left w:w="70" w:type="dxa"/>
              <w:bottom w:w="60" w:type="dxa"/>
              <w:right w:w="70" w:type="dxa"/>
            </w:tcMar>
            <w:vAlign w:val="center"/>
          </w:tcPr>
          <w:p w14:paraId="2B109958" w14:textId="77777777" w:rsidR="009E286B" w:rsidRDefault="009E286B" w:rsidP="001621AD">
            <w:pPr>
              <w:jc w:val="both"/>
            </w:pPr>
            <w:r>
              <w:rPr>
                <w:sz w:val="17"/>
              </w:rPr>
              <w:t>Stūra mīkstais dīvāns K3 (NS1529S), eko āda, izmērs 110x110x45 cm. Krāsa dzeltena.</w:t>
            </w:r>
          </w:p>
        </w:tc>
        <w:tc>
          <w:tcPr>
            <w:tcW w:w="1134" w:type="dxa"/>
          </w:tcPr>
          <w:p w14:paraId="0220B373" w14:textId="77777777" w:rsidR="009E286B" w:rsidRDefault="009E286B">
            <w:pPr>
              <w:rPr>
                <w:sz w:val="17"/>
              </w:rPr>
            </w:pPr>
          </w:p>
        </w:tc>
        <w:tc>
          <w:tcPr>
            <w:tcW w:w="2410" w:type="dxa"/>
            <w:tcMar>
              <w:top w:w="60" w:type="dxa"/>
              <w:left w:w="70" w:type="dxa"/>
              <w:bottom w:w="60" w:type="dxa"/>
              <w:right w:w="70" w:type="dxa"/>
            </w:tcMar>
            <w:vAlign w:val="center"/>
          </w:tcPr>
          <w:p w14:paraId="2B109959" w14:textId="788E31FD" w:rsidR="009E286B" w:rsidRDefault="009E286B">
            <w:r>
              <w:rPr>
                <w:sz w:val="17"/>
              </w:rPr>
              <w:t xml:space="preserve">ATVASĪTE — </w:t>
            </w:r>
            <w:r w:rsidRPr="009E286B">
              <w:rPr>
                <w:b/>
                <w:sz w:val="17"/>
              </w:rPr>
              <w:t>1 gab.</w:t>
            </w:r>
          </w:p>
        </w:tc>
        <w:tc>
          <w:tcPr>
            <w:tcW w:w="1418" w:type="dxa"/>
          </w:tcPr>
          <w:p w14:paraId="7EEF2D47" w14:textId="77777777" w:rsidR="009E286B" w:rsidRDefault="009E286B">
            <w:pPr>
              <w:rPr>
                <w:sz w:val="17"/>
              </w:rPr>
            </w:pPr>
          </w:p>
        </w:tc>
      </w:tr>
      <w:tr w:rsidR="009E286B" w14:paraId="2B10995F" w14:textId="38A8F282" w:rsidTr="009E286B">
        <w:trPr>
          <w:jc w:val="center"/>
        </w:trPr>
        <w:tc>
          <w:tcPr>
            <w:tcW w:w="737" w:type="dxa"/>
            <w:tcMar>
              <w:top w:w="60" w:type="dxa"/>
              <w:left w:w="70" w:type="dxa"/>
              <w:bottom w:w="60" w:type="dxa"/>
              <w:right w:w="70" w:type="dxa"/>
            </w:tcMar>
            <w:vAlign w:val="center"/>
          </w:tcPr>
          <w:p w14:paraId="2B10995B" w14:textId="77777777" w:rsidR="009E286B" w:rsidRDefault="009E286B">
            <w:r>
              <w:t>25</w:t>
            </w:r>
          </w:p>
        </w:tc>
        <w:tc>
          <w:tcPr>
            <w:tcW w:w="1952" w:type="dxa"/>
            <w:tcMar>
              <w:top w:w="60" w:type="dxa"/>
              <w:left w:w="70" w:type="dxa"/>
              <w:bottom w:w="60" w:type="dxa"/>
              <w:right w:w="70" w:type="dxa"/>
            </w:tcMar>
            <w:vAlign w:val="center"/>
          </w:tcPr>
          <w:p w14:paraId="2B10995C" w14:textId="77777777" w:rsidR="009E286B" w:rsidRDefault="009E286B">
            <w:r>
              <w:rPr>
                <w:sz w:val="17"/>
              </w:rPr>
              <w:t>Atvilktņu bloks rakstāmgaldam ar 3 atvilknēm, izmēri 600x400x600mm, dižskabārža lamināts</w:t>
            </w:r>
          </w:p>
        </w:tc>
        <w:tc>
          <w:tcPr>
            <w:tcW w:w="5244" w:type="dxa"/>
            <w:tcMar>
              <w:top w:w="60" w:type="dxa"/>
              <w:left w:w="70" w:type="dxa"/>
              <w:bottom w:w="60" w:type="dxa"/>
              <w:right w:w="70" w:type="dxa"/>
            </w:tcMar>
            <w:vAlign w:val="center"/>
          </w:tcPr>
          <w:p w14:paraId="2B10995D" w14:textId="77777777" w:rsidR="009E286B" w:rsidRDefault="009E286B" w:rsidP="001621AD">
            <w:pPr>
              <w:jc w:val="both"/>
            </w:pPr>
            <w:r>
              <w:rPr>
                <w:sz w:val="17"/>
              </w:rPr>
              <w:t>Atvilktņu bloks rakstāmgaldam ar 3 atvilknēm, izmēri 600x400x600mm, dižskabārža lamināts. Ir centrālā slēdzene un grozāmi ritenīši.</w:t>
            </w:r>
          </w:p>
        </w:tc>
        <w:tc>
          <w:tcPr>
            <w:tcW w:w="1134" w:type="dxa"/>
          </w:tcPr>
          <w:p w14:paraId="4052CF2C" w14:textId="77777777" w:rsidR="009E286B" w:rsidRDefault="009E286B">
            <w:pPr>
              <w:rPr>
                <w:sz w:val="17"/>
              </w:rPr>
            </w:pPr>
          </w:p>
        </w:tc>
        <w:tc>
          <w:tcPr>
            <w:tcW w:w="2410" w:type="dxa"/>
            <w:tcMar>
              <w:top w:w="60" w:type="dxa"/>
              <w:left w:w="70" w:type="dxa"/>
              <w:bottom w:w="60" w:type="dxa"/>
              <w:right w:w="70" w:type="dxa"/>
            </w:tcMar>
            <w:vAlign w:val="center"/>
          </w:tcPr>
          <w:p w14:paraId="2B10995E" w14:textId="3B90E29F" w:rsidR="009E286B" w:rsidRDefault="009E286B">
            <w:r>
              <w:rPr>
                <w:sz w:val="17"/>
              </w:rPr>
              <w:t xml:space="preserve">ATVASĪTE — </w:t>
            </w:r>
            <w:r w:rsidRPr="009E286B">
              <w:rPr>
                <w:b/>
                <w:sz w:val="17"/>
              </w:rPr>
              <w:t>1 gab.</w:t>
            </w:r>
          </w:p>
        </w:tc>
        <w:tc>
          <w:tcPr>
            <w:tcW w:w="1418" w:type="dxa"/>
          </w:tcPr>
          <w:p w14:paraId="446C267D" w14:textId="77777777" w:rsidR="009E286B" w:rsidRDefault="009E286B">
            <w:pPr>
              <w:rPr>
                <w:sz w:val="17"/>
              </w:rPr>
            </w:pPr>
          </w:p>
        </w:tc>
      </w:tr>
      <w:tr w:rsidR="009E286B" w14:paraId="2B109964" w14:textId="040D6B45" w:rsidTr="009E286B">
        <w:trPr>
          <w:jc w:val="center"/>
        </w:trPr>
        <w:tc>
          <w:tcPr>
            <w:tcW w:w="737" w:type="dxa"/>
            <w:tcMar>
              <w:top w:w="60" w:type="dxa"/>
              <w:left w:w="70" w:type="dxa"/>
              <w:bottom w:w="60" w:type="dxa"/>
              <w:right w:w="70" w:type="dxa"/>
            </w:tcMar>
            <w:vAlign w:val="center"/>
          </w:tcPr>
          <w:p w14:paraId="2B109960" w14:textId="77777777" w:rsidR="009E286B" w:rsidRDefault="009E286B">
            <w:r>
              <w:t>26</w:t>
            </w:r>
          </w:p>
        </w:tc>
        <w:tc>
          <w:tcPr>
            <w:tcW w:w="1952" w:type="dxa"/>
            <w:tcMar>
              <w:top w:w="60" w:type="dxa"/>
              <w:left w:w="70" w:type="dxa"/>
              <w:bottom w:w="60" w:type="dxa"/>
              <w:right w:w="70" w:type="dxa"/>
            </w:tcMar>
            <w:vAlign w:val="center"/>
          </w:tcPr>
          <w:p w14:paraId="2B109961" w14:textId="77777777" w:rsidR="009E286B" w:rsidRDefault="009E286B">
            <w:r>
              <w:rPr>
                <w:sz w:val="17"/>
              </w:rPr>
              <w:t>KALLAX Ieliktnis ar 2 atvilktnēm, baltā krāsā, 33x33 cm</w:t>
            </w:r>
          </w:p>
        </w:tc>
        <w:tc>
          <w:tcPr>
            <w:tcW w:w="5244" w:type="dxa"/>
            <w:tcMar>
              <w:top w:w="60" w:type="dxa"/>
              <w:left w:w="70" w:type="dxa"/>
              <w:bottom w:w="60" w:type="dxa"/>
              <w:right w:w="70" w:type="dxa"/>
            </w:tcMar>
            <w:vAlign w:val="center"/>
          </w:tcPr>
          <w:p w14:paraId="2B109962" w14:textId="77777777" w:rsidR="009E286B" w:rsidRDefault="009E286B" w:rsidP="001621AD">
            <w:pPr>
              <w:jc w:val="both"/>
            </w:pPr>
            <w:r>
              <w:rPr>
                <w:sz w:val="17"/>
              </w:rPr>
              <w:t>KALLAX Ieliktnis ar 2 atvilktnēm, baltā krāsā, 33x33 cm. Pamatmateriāls: kokšķiedru plātne, plēves pārklājums. Atvilktnes apakša: kokšķiedru plātne, akrila krāsa. Atvilktnes priekšpuse: kokskaidu plātne, plastmasas malas, melamīna pārklājums. Atvilktnes sāni/ Atvilktnes aizmugure: kokskaidu plātne, plēves pārklājums.</w:t>
            </w:r>
          </w:p>
        </w:tc>
        <w:tc>
          <w:tcPr>
            <w:tcW w:w="1134" w:type="dxa"/>
          </w:tcPr>
          <w:p w14:paraId="6750360A" w14:textId="77777777" w:rsidR="009E286B" w:rsidRDefault="009E286B">
            <w:pPr>
              <w:rPr>
                <w:sz w:val="17"/>
              </w:rPr>
            </w:pPr>
          </w:p>
        </w:tc>
        <w:tc>
          <w:tcPr>
            <w:tcW w:w="2410" w:type="dxa"/>
            <w:tcMar>
              <w:top w:w="60" w:type="dxa"/>
              <w:left w:w="70" w:type="dxa"/>
              <w:bottom w:w="60" w:type="dxa"/>
              <w:right w:w="70" w:type="dxa"/>
            </w:tcMar>
            <w:vAlign w:val="center"/>
          </w:tcPr>
          <w:p w14:paraId="2B109963" w14:textId="43E29A8F" w:rsidR="009E286B" w:rsidRDefault="009E286B">
            <w:r>
              <w:rPr>
                <w:sz w:val="17"/>
              </w:rPr>
              <w:t xml:space="preserve">ATVASĪTE — </w:t>
            </w:r>
            <w:r w:rsidRPr="009E286B">
              <w:rPr>
                <w:b/>
                <w:sz w:val="17"/>
              </w:rPr>
              <w:t>1 gab.</w:t>
            </w:r>
          </w:p>
        </w:tc>
        <w:tc>
          <w:tcPr>
            <w:tcW w:w="1418" w:type="dxa"/>
          </w:tcPr>
          <w:p w14:paraId="11D8F216" w14:textId="77777777" w:rsidR="009E286B" w:rsidRDefault="009E286B">
            <w:pPr>
              <w:rPr>
                <w:sz w:val="17"/>
              </w:rPr>
            </w:pPr>
          </w:p>
        </w:tc>
      </w:tr>
      <w:tr w:rsidR="009E286B" w14:paraId="2B109969" w14:textId="4ACBFC6D" w:rsidTr="009E286B">
        <w:trPr>
          <w:jc w:val="center"/>
        </w:trPr>
        <w:tc>
          <w:tcPr>
            <w:tcW w:w="737" w:type="dxa"/>
            <w:tcMar>
              <w:top w:w="60" w:type="dxa"/>
              <w:left w:w="70" w:type="dxa"/>
              <w:bottom w:w="60" w:type="dxa"/>
              <w:right w:w="70" w:type="dxa"/>
            </w:tcMar>
            <w:vAlign w:val="center"/>
          </w:tcPr>
          <w:p w14:paraId="2B109965" w14:textId="77777777" w:rsidR="009E286B" w:rsidRDefault="009E286B">
            <w:r>
              <w:t>27</w:t>
            </w:r>
          </w:p>
        </w:tc>
        <w:tc>
          <w:tcPr>
            <w:tcW w:w="1952" w:type="dxa"/>
            <w:tcMar>
              <w:top w:w="60" w:type="dxa"/>
              <w:left w:w="70" w:type="dxa"/>
              <w:bottom w:w="60" w:type="dxa"/>
              <w:right w:w="70" w:type="dxa"/>
            </w:tcMar>
            <w:vAlign w:val="center"/>
          </w:tcPr>
          <w:p w14:paraId="2B109966" w14:textId="77777777" w:rsidR="009E286B" w:rsidRDefault="009E286B">
            <w:r>
              <w:rPr>
                <w:sz w:val="17"/>
              </w:rPr>
              <w:t>KALLAX ieliktnis ar 4 plauktiem, baltā krāsā, 33x33 cm</w:t>
            </w:r>
          </w:p>
        </w:tc>
        <w:tc>
          <w:tcPr>
            <w:tcW w:w="5244" w:type="dxa"/>
            <w:tcMar>
              <w:top w:w="60" w:type="dxa"/>
              <w:left w:w="70" w:type="dxa"/>
              <w:bottom w:w="60" w:type="dxa"/>
              <w:right w:w="70" w:type="dxa"/>
            </w:tcMar>
            <w:vAlign w:val="center"/>
          </w:tcPr>
          <w:p w14:paraId="2B109967" w14:textId="77777777" w:rsidR="009E286B" w:rsidRDefault="009E286B" w:rsidP="001621AD">
            <w:pPr>
              <w:jc w:val="both"/>
            </w:pPr>
            <w:r>
              <w:rPr>
                <w:sz w:val="17"/>
              </w:rPr>
              <w:t>KALLAX ieliktnis ar 4 plauktiem, baltā krāsā, 33x33 cm. Pamatmateriāls: kokšķiedru plātne, plēves pārklājums.</w:t>
            </w:r>
          </w:p>
        </w:tc>
        <w:tc>
          <w:tcPr>
            <w:tcW w:w="1134" w:type="dxa"/>
          </w:tcPr>
          <w:p w14:paraId="34715FF1" w14:textId="77777777" w:rsidR="009E286B" w:rsidRDefault="009E286B">
            <w:pPr>
              <w:rPr>
                <w:sz w:val="17"/>
              </w:rPr>
            </w:pPr>
          </w:p>
        </w:tc>
        <w:tc>
          <w:tcPr>
            <w:tcW w:w="2410" w:type="dxa"/>
            <w:tcMar>
              <w:top w:w="60" w:type="dxa"/>
              <w:left w:w="70" w:type="dxa"/>
              <w:bottom w:w="60" w:type="dxa"/>
              <w:right w:w="70" w:type="dxa"/>
            </w:tcMar>
            <w:vAlign w:val="center"/>
          </w:tcPr>
          <w:p w14:paraId="2B109968" w14:textId="0B361286" w:rsidR="009E286B" w:rsidRDefault="009E286B">
            <w:r>
              <w:rPr>
                <w:sz w:val="17"/>
              </w:rPr>
              <w:t xml:space="preserve">ATVASĪTE — </w:t>
            </w:r>
            <w:r w:rsidRPr="009E286B">
              <w:rPr>
                <w:b/>
                <w:sz w:val="17"/>
              </w:rPr>
              <w:t>1 gab.</w:t>
            </w:r>
          </w:p>
        </w:tc>
        <w:tc>
          <w:tcPr>
            <w:tcW w:w="1418" w:type="dxa"/>
          </w:tcPr>
          <w:p w14:paraId="0E9FB18D" w14:textId="77777777" w:rsidR="009E286B" w:rsidRDefault="009E286B">
            <w:pPr>
              <w:rPr>
                <w:sz w:val="17"/>
              </w:rPr>
            </w:pPr>
          </w:p>
        </w:tc>
      </w:tr>
      <w:tr w:rsidR="009E286B" w14:paraId="2B10996E" w14:textId="1F6B1A6F" w:rsidTr="009E286B">
        <w:trPr>
          <w:jc w:val="center"/>
        </w:trPr>
        <w:tc>
          <w:tcPr>
            <w:tcW w:w="737" w:type="dxa"/>
            <w:tcMar>
              <w:top w:w="60" w:type="dxa"/>
              <w:left w:w="70" w:type="dxa"/>
              <w:bottom w:w="60" w:type="dxa"/>
              <w:right w:w="70" w:type="dxa"/>
            </w:tcMar>
            <w:vAlign w:val="center"/>
          </w:tcPr>
          <w:p w14:paraId="2B10996A" w14:textId="77777777" w:rsidR="009E286B" w:rsidRDefault="009E286B">
            <w:r>
              <w:t>28</w:t>
            </w:r>
          </w:p>
        </w:tc>
        <w:tc>
          <w:tcPr>
            <w:tcW w:w="1952" w:type="dxa"/>
            <w:tcMar>
              <w:top w:w="60" w:type="dxa"/>
              <w:left w:w="70" w:type="dxa"/>
              <w:bottom w:w="60" w:type="dxa"/>
              <w:right w:w="70" w:type="dxa"/>
            </w:tcMar>
            <w:vAlign w:val="center"/>
          </w:tcPr>
          <w:p w14:paraId="2B10996B" w14:textId="77777777" w:rsidR="009E286B" w:rsidRDefault="009E286B">
            <w:r>
              <w:rPr>
                <w:sz w:val="17"/>
              </w:rPr>
              <w:t>KALLAX ieliktnis ar durvīm, baltā krāsā, 33x33 cm</w:t>
            </w:r>
          </w:p>
        </w:tc>
        <w:tc>
          <w:tcPr>
            <w:tcW w:w="5244" w:type="dxa"/>
            <w:tcMar>
              <w:top w:w="60" w:type="dxa"/>
              <w:left w:w="70" w:type="dxa"/>
              <w:bottom w:w="60" w:type="dxa"/>
              <w:right w:w="70" w:type="dxa"/>
            </w:tcMar>
            <w:vAlign w:val="center"/>
          </w:tcPr>
          <w:p w14:paraId="2B10996C" w14:textId="77777777" w:rsidR="009E286B" w:rsidRDefault="009E286B" w:rsidP="001621AD">
            <w:pPr>
              <w:jc w:val="both"/>
            </w:pPr>
            <w:r>
              <w:rPr>
                <w:sz w:val="17"/>
              </w:rPr>
              <w:t>KALLAX ieliktnis ar durvīm, baltā krāsā, 33x33 cm. Pamatmateriāls - kokšķiedru plātne, plēves pārklājums.</w:t>
            </w:r>
          </w:p>
        </w:tc>
        <w:tc>
          <w:tcPr>
            <w:tcW w:w="1134" w:type="dxa"/>
          </w:tcPr>
          <w:p w14:paraId="02E9B22B" w14:textId="77777777" w:rsidR="009E286B" w:rsidRDefault="009E286B">
            <w:pPr>
              <w:rPr>
                <w:sz w:val="17"/>
              </w:rPr>
            </w:pPr>
          </w:p>
        </w:tc>
        <w:tc>
          <w:tcPr>
            <w:tcW w:w="2410" w:type="dxa"/>
            <w:tcMar>
              <w:top w:w="60" w:type="dxa"/>
              <w:left w:w="70" w:type="dxa"/>
              <w:bottom w:w="60" w:type="dxa"/>
              <w:right w:w="70" w:type="dxa"/>
            </w:tcMar>
            <w:vAlign w:val="center"/>
          </w:tcPr>
          <w:p w14:paraId="2B10996D" w14:textId="7C7A8267" w:rsidR="009E286B" w:rsidRDefault="009E286B">
            <w:r>
              <w:rPr>
                <w:sz w:val="17"/>
              </w:rPr>
              <w:t xml:space="preserve">ATVASĪTE — </w:t>
            </w:r>
            <w:r w:rsidRPr="009E286B">
              <w:rPr>
                <w:b/>
                <w:sz w:val="17"/>
              </w:rPr>
              <w:t>1 gab.</w:t>
            </w:r>
          </w:p>
        </w:tc>
        <w:tc>
          <w:tcPr>
            <w:tcW w:w="1418" w:type="dxa"/>
          </w:tcPr>
          <w:p w14:paraId="6AE1CE3E" w14:textId="77777777" w:rsidR="009E286B" w:rsidRDefault="009E286B">
            <w:pPr>
              <w:rPr>
                <w:sz w:val="17"/>
              </w:rPr>
            </w:pPr>
          </w:p>
        </w:tc>
      </w:tr>
      <w:tr w:rsidR="009E286B" w14:paraId="2B109973" w14:textId="73B20A05" w:rsidTr="009E286B">
        <w:trPr>
          <w:jc w:val="center"/>
        </w:trPr>
        <w:tc>
          <w:tcPr>
            <w:tcW w:w="737" w:type="dxa"/>
            <w:tcMar>
              <w:top w:w="60" w:type="dxa"/>
              <w:left w:w="70" w:type="dxa"/>
              <w:bottom w:w="60" w:type="dxa"/>
              <w:right w:w="70" w:type="dxa"/>
            </w:tcMar>
            <w:vAlign w:val="center"/>
          </w:tcPr>
          <w:p w14:paraId="2B10996F" w14:textId="77777777" w:rsidR="009E286B" w:rsidRDefault="009E286B">
            <w:r>
              <w:t>29</w:t>
            </w:r>
          </w:p>
        </w:tc>
        <w:tc>
          <w:tcPr>
            <w:tcW w:w="1952" w:type="dxa"/>
            <w:tcMar>
              <w:top w:w="60" w:type="dxa"/>
              <w:left w:w="70" w:type="dxa"/>
              <w:bottom w:w="60" w:type="dxa"/>
              <w:right w:w="70" w:type="dxa"/>
            </w:tcMar>
            <w:vAlign w:val="center"/>
          </w:tcPr>
          <w:p w14:paraId="2B109970" w14:textId="77777777" w:rsidR="009E286B" w:rsidRDefault="009E286B">
            <w:r>
              <w:rPr>
                <w:sz w:val="17"/>
              </w:rPr>
              <w:t>KALLAX Plaukts ar apakšrāmi, balti beicēta ozolkoka imitācija/baltā</w:t>
            </w:r>
          </w:p>
        </w:tc>
        <w:tc>
          <w:tcPr>
            <w:tcW w:w="5244" w:type="dxa"/>
            <w:tcMar>
              <w:top w:w="60" w:type="dxa"/>
              <w:left w:w="70" w:type="dxa"/>
              <w:bottom w:w="60" w:type="dxa"/>
              <w:right w:w="70" w:type="dxa"/>
            </w:tcMar>
            <w:vAlign w:val="center"/>
          </w:tcPr>
          <w:p w14:paraId="2B109971" w14:textId="77777777" w:rsidR="009E286B" w:rsidRDefault="009E286B" w:rsidP="001621AD">
            <w:pPr>
              <w:jc w:val="both"/>
            </w:pPr>
            <w:r>
              <w:rPr>
                <w:sz w:val="17"/>
              </w:rPr>
              <w:t>KALLAX Plaukts ar apakšrāmi, balti beicēta ozolkoka imitācija/baltā krāsā, 147x94 cm, 8 šūnas.</w:t>
            </w:r>
          </w:p>
        </w:tc>
        <w:tc>
          <w:tcPr>
            <w:tcW w:w="1134" w:type="dxa"/>
          </w:tcPr>
          <w:p w14:paraId="6584251F" w14:textId="77777777" w:rsidR="009E286B" w:rsidRDefault="009E286B">
            <w:pPr>
              <w:rPr>
                <w:sz w:val="17"/>
              </w:rPr>
            </w:pPr>
          </w:p>
        </w:tc>
        <w:tc>
          <w:tcPr>
            <w:tcW w:w="2410" w:type="dxa"/>
            <w:tcMar>
              <w:top w:w="60" w:type="dxa"/>
              <w:left w:w="70" w:type="dxa"/>
              <w:bottom w:w="60" w:type="dxa"/>
              <w:right w:w="70" w:type="dxa"/>
            </w:tcMar>
            <w:vAlign w:val="center"/>
          </w:tcPr>
          <w:p w14:paraId="2B109972" w14:textId="5A64BBC4" w:rsidR="009E286B" w:rsidRDefault="009E286B">
            <w:r>
              <w:rPr>
                <w:sz w:val="17"/>
              </w:rPr>
              <w:t xml:space="preserve">ATVASĪTE — </w:t>
            </w:r>
            <w:r w:rsidRPr="009E286B">
              <w:rPr>
                <w:b/>
                <w:sz w:val="17"/>
              </w:rPr>
              <w:t>1 gab.</w:t>
            </w:r>
          </w:p>
        </w:tc>
        <w:tc>
          <w:tcPr>
            <w:tcW w:w="1418" w:type="dxa"/>
          </w:tcPr>
          <w:p w14:paraId="1037586E" w14:textId="77777777" w:rsidR="009E286B" w:rsidRDefault="009E286B">
            <w:pPr>
              <w:rPr>
                <w:sz w:val="17"/>
              </w:rPr>
            </w:pPr>
          </w:p>
        </w:tc>
      </w:tr>
      <w:tr w:rsidR="009E286B" w14:paraId="2B109978" w14:textId="36483C1E" w:rsidTr="009E286B">
        <w:trPr>
          <w:jc w:val="center"/>
        </w:trPr>
        <w:tc>
          <w:tcPr>
            <w:tcW w:w="737" w:type="dxa"/>
            <w:tcMar>
              <w:top w:w="60" w:type="dxa"/>
              <w:left w:w="70" w:type="dxa"/>
              <w:bottom w:w="60" w:type="dxa"/>
              <w:right w:w="70" w:type="dxa"/>
            </w:tcMar>
            <w:vAlign w:val="center"/>
          </w:tcPr>
          <w:p w14:paraId="2B109974" w14:textId="77777777" w:rsidR="009E286B" w:rsidRDefault="009E286B">
            <w:r>
              <w:t>30</w:t>
            </w:r>
          </w:p>
        </w:tc>
        <w:tc>
          <w:tcPr>
            <w:tcW w:w="1952" w:type="dxa"/>
            <w:tcMar>
              <w:top w:w="60" w:type="dxa"/>
              <w:left w:w="70" w:type="dxa"/>
              <w:bottom w:w="60" w:type="dxa"/>
              <w:right w:w="70" w:type="dxa"/>
            </w:tcMar>
            <w:vAlign w:val="center"/>
          </w:tcPr>
          <w:p w14:paraId="2B109975" w14:textId="77777777" w:rsidR="009E286B" w:rsidRDefault="009E286B">
            <w:r>
              <w:rPr>
                <w:sz w:val="17"/>
              </w:rPr>
              <w:t>DOMSTENTaburete, oranžā krāsā/priežkoks Augstums: 45 cm Sēdvietas diametrs</w:t>
            </w:r>
          </w:p>
        </w:tc>
        <w:tc>
          <w:tcPr>
            <w:tcW w:w="5244" w:type="dxa"/>
            <w:tcMar>
              <w:top w:w="60" w:type="dxa"/>
              <w:left w:w="70" w:type="dxa"/>
              <w:bottom w:w="60" w:type="dxa"/>
              <w:right w:w="70" w:type="dxa"/>
            </w:tcMar>
            <w:vAlign w:val="center"/>
          </w:tcPr>
          <w:p w14:paraId="2B109976" w14:textId="77777777" w:rsidR="009E286B" w:rsidRDefault="009E286B" w:rsidP="001621AD">
            <w:pPr>
              <w:jc w:val="both"/>
            </w:pPr>
            <w:r>
              <w:rPr>
                <w:sz w:val="17"/>
              </w:rPr>
              <w:t>DOMSTENTaburete, oranžā krāsā/priežkoks Augstums: 45 cm Sēdvietas diametrs: 34 cm Testēts uz: 100 kg Sēdvieta: Priedes masīvkoks, Caurspīdīga akrila laka Kāja: Tērauds, Epoksīda/poliestera pulvera pārklājums Kāja: Polietilēna plastmasa, Polipropilēna plastmasa</w:t>
            </w:r>
          </w:p>
        </w:tc>
        <w:tc>
          <w:tcPr>
            <w:tcW w:w="1134" w:type="dxa"/>
          </w:tcPr>
          <w:p w14:paraId="6A157312" w14:textId="77777777" w:rsidR="009E286B" w:rsidRDefault="009E286B">
            <w:pPr>
              <w:rPr>
                <w:sz w:val="17"/>
              </w:rPr>
            </w:pPr>
          </w:p>
        </w:tc>
        <w:tc>
          <w:tcPr>
            <w:tcW w:w="2410" w:type="dxa"/>
            <w:tcMar>
              <w:top w:w="60" w:type="dxa"/>
              <w:left w:w="70" w:type="dxa"/>
              <w:bottom w:w="60" w:type="dxa"/>
              <w:right w:w="70" w:type="dxa"/>
            </w:tcMar>
            <w:vAlign w:val="center"/>
          </w:tcPr>
          <w:p w14:paraId="33F7C166" w14:textId="77777777" w:rsidR="009E286B" w:rsidRDefault="009E286B">
            <w:pPr>
              <w:rPr>
                <w:sz w:val="17"/>
              </w:rPr>
            </w:pPr>
            <w:r>
              <w:rPr>
                <w:sz w:val="17"/>
              </w:rPr>
              <w:t xml:space="preserve">Salaspils 1. vidusskola — </w:t>
            </w:r>
          </w:p>
          <w:p w14:paraId="2B109977" w14:textId="42C33627" w:rsidR="009E286B" w:rsidRPr="009E286B" w:rsidRDefault="009E286B">
            <w:pPr>
              <w:rPr>
                <w:b/>
              </w:rPr>
            </w:pPr>
            <w:r w:rsidRPr="009E286B">
              <w:rPr>
                <w:b/>
                <w:sz w:val="17"/>
              </w:rPr>
              <w:t>30 gab.</w:t>
            </w:r>
          </w:p>
        </w:tc>
        <w:tc>
          <w:tcPr>
            <w:tcW w:w="1418" w:type="dxa"/>
          </w:tcPr>
          <w:p w14:paraId="0C3721AB" w14:textId="77777777" w:rsidR="009E286B" w:rsidRDefault="009E286B">
            <w:pPr>
              <w:rPr>
                <w:sz w:val="17"/>
              </w:rPr>
            </w:pPr>
          </w:p>
        </w:tc>
      </w:tr>
      <w:tr w:rsidR="009E286B" w14:paraId="2B10997D" w14:textId="3A135DA3" w:rsidTr="009E286B">
        <w:trPr>
          <w:jc w:val="center"/>
        </w:trPr>
        <w:tc>
          <w:tcPr>
            <w:tcW w:w="737" w:type="dxa"/>
            <w:tcMar>
              <w:top w:w="60" w:type="dxa"/>
              <w:left w:w="70" w:type="dxa"/>
              <w:bottom w:w="60" w:type="dxa"/>
              <w:right w:w="70" w:type="dxa"/>
            </w:tcMar>
            <w:vAlign w:val="center"/>
          </w:tcPr>
          <w:p w14:paraId="2B109979" w14:textId="77777777" w:rsidR="009E286B" w:rsidRDefault="009E286B">
            <w:r>
              <w:t>31</w:t>
            </w:r>
          </w:p>
        </w:tc>
        <w:tc>
          <w:tcPr>
            <w:tcW w:w="1952" w:type="dxa"/>
            <w:tcMar>
              <w:top w:w="60" w:type="dxa"/>
              <w:left w:w="70" w:type="dxa"/>
              <w:bottom w:w="60" w:type="dxa"/>
              <w:right w:w="70" w:type="dxa"/>
            </w:tcMar>
            <w:vAlign w:val="center"/>
          </w:tcPr>
          <w:p w14:paraId="2B10997A" w14:textId="77777777" w:rsidR="009E286B" w:rsidRDefault="009E286B">
            <w:r>
              <w:rPr>
                <w:sz w:val="17"/>
              </w:rPr>
              <w:t>Darba krēsls SENSE7 Moyo, 57 x 72.5 x 112 - 121.8 cm, melna krās.</w:t>
            </w:r>
          </w:p>
        </w:tc>
        <w:tc>
          <w:tcPr>
            <w:tcW w:w="5244" w:type="dxa"/>
            <w:tcMar>
              <w:top w:w="60" w:type="dxa"/>
              <w:left w:w="70" w:type="dxa"/>
              <w:bottom w:w="60" w:type="dxa"/>
              <w:right w:w="70" w:type="dxa"/>
            </w:tcMar>
            <w:vAlign w:val="center"/>
          </w:tcPr>
          <w:p w14:paraId="2B10997B" w14:textId="77777777" w:rsidR="009E286B" w:rsidRDefault="009E286B" w:rsidP="001621AD">
            <w:pPr>
              <w:jc w:val="both"/>
            </w:pPr>
            <w:r>
              <w:rPr>
                <w:sz w:val="17"/>
              </w:rPr>
              <w:t>Darba krēsls SENSE7 Moyo, 57 x 72.5 x 112 - 121.8 cm, melna krās.</w:t>
            </w:r>
          </w:p>
        </w:tc>
        <w:tc>
          <w:tcPr>
            <w:tcW w:w="1134" w:type="dxa"/>
          </w:tcPr>
          <w:p w14:paraId="2E38CB8A" w14:textId="77777777" w:rsidR="009E286B" w:rsidRDefault="009E286B">
            <w:pPr>
              <w:rPr>
                <w:sz w:val="17"/>
              </w:rPr>
            </w:pPr>
          </w:p>
        </w:tc>
        <w:tc>
          <w:tcPr>
            <w:tcW w:w="2410" w:type="dxa"/>
            <w:tcMar>
              <w:top w:w="60" w:type="dxa"/>
              <w:left w:w="70" w:type="dxa"/>
              <w:bottom w:w="60" w:type="dxa"/>
              <w:right w:w="70" w:type="dxa"/>
            </w:tcMar>
            <w:vAlign w:val="center"/>
          </w:tcPr>
          <w:p w14:paraId="560156AD" w14:textId="77777777" w:rsidR="009E286B" w:rsidRDefault="009E286B">
            <w:pPr>
              <w:rPr>
                <w:sz w:val="17"/>
              </w:rPr>
            </w:pPr>
            <w:r>
              <w:rPr>
                <w:sz w:val="17"/>
              </w:rPr>
              <w:t xml:space="preserve">Salaspils sporta skola — </w:t>
            </w:r>
          </w:p>
          <w:p w14:paraId="2B10997C" w14:textId="0C6702E4" w:rsidR="009E286B" w:rsidRPr="009E286B" w:rsidRDefault="009E286B">
            <w:pPr>
              <w:rPr>
                <w:b/>
              </w:rPr>
            </w:pPr>
            <w:r w:rsidRPr="009E286B">
              <w:rPr>
                <w:b/>
                <w:sz w:val="17"/>
              </w:rPr>
              <w:t>1 gab.</w:t>
            </w:r>
          </w:p>
        </w:tc>
        <w:tc>
          <w:tcPr>
            <w:tcW w:w="1418" w:type="dxa"/>
          </w:tcPr>
          <w:p w14:paraId="13FBF8C1" w14:textId="77777777" w:rsidR="009E286B" w:rsidRDefault="009E286B">
            <w:pPr>
              <w:rPr>
                <w:sz w:val="17"/>
              </w:rPr>
            </w:pPr>
          </w:p>
        </w:tc>
      </w:tr>
      <w:tr w:rsidR="009E286B" w14:paraId="2B109982" w14:textId="4482C2FA" w:rsidTr="009E286B">
        <w:trPr>
          <w:jc w:val="center"/>
        </w:trPr>
        <w:tc>
          <w:tcPr>
            <w:tcW w:w="737" w:type="dxa"/>
            <w:tcMar>
              <w:top w:w="60" w:type="dxa"/>
              <w:left w:w="70" w:type="dxa"/>
              <w:bottom w:w="60" w:type="dxa"/>
              <w:right w:w="70" w:type="dxa"/>
            </w:tcMar>
            <w:vAlign w:val="center"/>
          </w:tcPr>
          <w:p w14:paraId="2B10997E" w14:textId="77777777" w:rsidR="009E286B" w:rsidRDefault="009E286B">
            <w:r>
              <w:t>32</w:t>
            </w:r>
          </w:p>
        </w:tc>
        <w:tc>
          <w:tcPr>
            <w:tcW w:w="1952" w:type="dxa"/>
            <w:tcMar>
              <w:top w:w="60" w:type="dxa"/>
              <w:left w:w="70" w:type="dxa"/>
              <w:bottom w:w="60" w:type="dxa"/>
              <w:right w:w="70" w:type="dxa"/>
            </w:tcMar>
            <w:vAlign w:val="center"/>
          </w:tcPr>
          <w:p w14:paraId="2B10997F" w14:textId="77777777" w:rsidR="009E286B" w:rsidRDefault="009E286B">
            <w:r>
              <w:rPr>
                <w:sz w:val="17"/>
              </w:rPr>
              <w:t>Plaukts Amata 4, 2 ailes ar bīdāmām durvīm, 2 ailes ar veramām durvīm</w:t>
            </w:r>
          </w:p>
        </w:tc>
        <w:tc>
          <w:tcPr>
            <w:tcW w:w="5244" w:type="dxa"/>
            <w:tcMar>
              <w:top w:w="60" w:type="dxa"/>
              <w:left w:w="70" w:type="dxa"/>
              <w:bottom w:w="60" w:type="dxa"/>
              <w:right w:w="70" w:type="dxa"/>
            </w:tcMar>
            <w:vAlign w:val="center"/>
          </w:tcPr>
          <w:p w14:paraId="2B109980" w14:textId="77777777" w:rsidR="009E286B" w:rsidRDefault="009E286B" w:rsidP="001621AD">
            <w:pPr>
              <w:jc w:val="both"/>
            </w:pPr>
            <w:r>
              <w:rPr>
                <w:sz w:val="17"/>
              </w:rPr>
              <w:t>Plaukts Amata 4, 2 ailes ar bīdāmām durvīm, 2 ailes ar veramām durvīm. Krāsa-ozols.Izgatavots no biezas laminētas kokskaidu plātnes. Platums 80cm, augstums 148,2 cm, dziļums 40 cm</w:t>
            </w:r>
          </w:p>
        </w:tc>
        <w:tc>
          <w:tcPr>
            <w:tcW w:w="1134" w:type="dxa"/>
          </w:tcPr>
          <w:p w14:paraId="1A73D793" w14:textId="77777777" w:rsidR="009E286B" w:rsidRDefault="009E286B">
            <w:pPr>
              <w:rPr>
                <w:sz w:val="17"/>
              </w:rPr>
            </w:pPr>
          </w:p>
        </w:tc>
        <w:tc>
          <w:tcPr>
            <w:tcW w:w="2410" w:type="dxa"/>
            <w:tcMar>
              <w:top w:w="60" w:type="dxa"/>
              <w:left w:w="70" w:type="dxa"/>
              <w:bottom w:w="60" w:type="dxa"/>
              <w:right w:w="70" w:type="dxa"/>
            </w:tcMar>
            <w:vAlign w:val="center"/>
          </w:tcPr>
          <w:p w14:paraId="2B109981" w14:textId="53E5301E" w:rsidR="009E286B" w:rsidRDefault="009E286B">
            <w:r>
              <w:rPr>
                <w:sz w:val="17"/>
              </w:rPr>
              <w:t xml:space="preserve">PII Daugaviņa — </w:t>
            </w:r>
            <w:r w:rsidRPr="009E286B">
              <w:rPr>
                <w:b/>
                <w:sz w:val="17"/>
              </w:rPr>
              <w:t>1 gab.</w:t>
            </w:r>
          </w:p>
        </w:tc>
        <w:tc>
          <w:tcPr>
            <w:tcW w:w="1418" w:type="dxa"/>
          </w:tcPr>
          <w:p w14:paraId="677ED9DE" w14:textId="77777777" w:rsidR="009E286B" w:rsidRDefault="009E286B">
            <w:pPr>
              <w:rPr>
                <w:sz w:val="17"/>
              </w:rPr>
            </w:pPr>
          </w:p>
        </w:tc>
      </w:tr>
      <w:tr w:rsidR="009E286B" w14:paraId="2B109987" w14:textId="08790CD1" w:rsidTr="009E286B">
        <w:trPr>
          <w:jc w:val="center"/>
        </w:trPr>
        <w:tc>
          <w:tcPr>
            <w:tcW w:w="737" w:type="dxa"/>
            <w:tcMar>
              <w:top w:w="60" w:type="dxa"/>
              <w:left w:w="70" w:type="dxa"/>
              <w:bottom w:w="60" w:type="dxa"/>
              <w:right w:w="70" w:type="dxa"/>
            </w:tcMar>
            <w:vAlign w:val="center"/>
          </w:tcPr>
          <w:p w14:paraId="2B109983" w14:textId="77777777" w:rsidR="009E286B" w:rsidRDefault="009E286B">
            <w:r>
              <w:t>33</w:t>
            </w:r>
          </w:p>
        </w:tc>
        <w:tc>
          <w:tcPr>
            <w:tcW w:w="1952" w:type="dxa"/>
            <w:tcMar>
              <w:top w:w="60" w:type="dxa"/>
              <w:left w:w="70" w:type="dxa"/>
              <w:bottom w:w="60" w:type="dxa"/>
              <w:right w:w="70" w:type="dxa"/>
            </w:tcMar>
            <w:vAlign w:val="center"/>
          </w:tcPr>
          <w:p w14:paraId="2B109984" w14:textId="7564588A" w:rsidR="009E286B" w:rsidRDefault="00BE7A86">
            <w:r>
              <w:rPr>
                <w:sz w:val="17"/>
              </w:rPr>
              <w:t>Š</w:t>
            </w:r>
            <w:bookmarkStart w:id="0" w:name="_GoBack"/>
            <w:bookmarkEnd w:id="0"/>
            <w:r w:rsidR="009E286B">
              <w:rPr>
                <w:sz w:val="17"/>
              </w:rPr>
              <w:t>ūnu plaukts KALLAX</w:t>
            </w:r>
          </w:p>
        </w:tc>
        <w:tc>
          <w:tcPr>
            <w:tcW w:w="5244" w:type="dxa"/>
            <w:tcMar>
              <w:top w:w="60" w:type="dxa"/>
              <w:left w:w="70" w:type="dxa"/>
              <w:bottom w:w="60" w:type="dxa"/>
              <w:right w:w="70" w:type="dxa"/>
            </w:tcMar>
            <w:vAlign w:val="center"/>
          </w:tcPr>
          <w:p w14:paraId="1B9EB2A2" w14:textId="77777777" w:rsidR="001E2D11" w:rsidRPr="001E2D11" w:rsidRDefault="001E2D11" w:rsidP="001E2D11">
            <w:pPr>
              <w:jc w:val="both"/>
              <w:rPr>
                <w:color w:val="000000" w:themeColor="text1"/>
              </w:rPr>
            </w:pPr>
            <w:r w:rsidRPr="001E2D11">
              <w:rPr>
                <w:color w:val="000000" w:themeColor="text1"/>
              </w:rPr>
              <w:t>Šūnu KALLAX plaukts, baltā krāsā, 77x147 cm. Materiāls:</w:t>
            </w:r>
          </w:p>
          <w:p w14:paraId="2B109985" w14:textId="3237B32A" w:rsidR="009E286B" w:rsidRPr="00406D1C" w:rsidRDefault="001E2D11" w:rsidP="001E2D11">
            <w:pPr>
              <w:jc w:val="both"/>
              <w:rPr>
                <w:color w:val="FF0000"/>
              </w:rPr>
            </w:pPr>
            <w:r w:rsidRPr="001E2D11">
              <w:rPr>
                <w:color w:val="000000" w:themeColor="text1"/>
              </w:rPr>
              <w:t>kokskaidu plātne, kokšķiedru plātne, akrila krāsa, plastmasas malas</w:t>
            </w:r>
          </w:p>
        </w:tc>
        <w:tc>
          <w:tcPr>
            <w:tcW w:w="1134" w:type="dxa"/>
          </w:tcPr>
          <w:p w14:paraId="5669989E"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86" w14:textId="6921F2B9" w:rsidR="009E286B" w:rsidRPr="00106EAC" w:rsidRDefault="009E286B">
            <w:r w:rsidRPr="00106EAC">
              <w:rPr>
                <w:sz w:val="17"/>
              </w:rPr>
              <w:t xml:space="preserve">Saime — </w:t>
            </w:r>
            <w:r w:rsidRPr="009E286B">
              <w:rPr>
                <w:b/>
                <w:sz w:val="17"/>
              </w:rPr>
              <w:t>4 gab.</w:t>
            </w:r>
          </w:p>
        </w:tc>
        <w:tc>
          <w:tcPr>
            <w:tcW w:w="1418" w:type="dxa"/>
          </w:tcPr>
          <w:p w14:paraId="26ED685F" w14:textId="77777777" w:rsidR="009E286B" w:rsidRPr="00106EAC" w:rsidRDefault="009E286B">
            <w:pPr>
              <w:rPr>
                <w:sz w:val="17"/>
              </w:rPr>
            </w:pPr>
          </w:p>
        </w:tc>
      </w:tr>
      <w:tr w:rsidR="009E286B" w14:paraId="2B10998C" w14:textId="7CC9D20F" w:rsidTr="009E286B">
        <w:trPr>
          <w:jc w:val="center"/>
        </w:trPr>
        <w:tc>
          <w:tcPr>
            <w:tcW w:w="737" w:type="dxa"/>
            <w:tcMar>
              <w:top w:w="60" w:type="dxa"/>
              <w:left w:w="70" w:type="dxa"/>
              <w:bottom w:w="60" w:type="dxa"/>
              <w:right w:w="70" w:type="dxa"/>
            </w:tcMar>
            <w:vAlign w:val="center"/>
          </w:tcPr>
          <w:p w14:paraId="2B109988" w14:textId="77777777" w:rsidR="009E286B" w:rsidRDefault="009E286B">
            <w:r>
              <w:t>34</w:t>
            </w:r>
          </w:p>
        </w:tc>
        <w:tc>
          <w:tcPr>
            <w:tcW w:w="1952" w:type="dxa"/>
            <w:tcMar>
              <w:top w:w="60" w:type="dxa"/>
              <w:left w:w="70" w:type="dxa"/>
              <w:bottom w:w="60" w:type="dxa"/>
              <w:right w:w="70" w:type="dxa"/>
            </w:tcMar>
            <w:vAlign w:val="center"/>
          </w:tcPr>
          <w:p w14:paraId="2B109989" w14:textId="77777777" w:rsidR="009E286B" w:rsidRDefault="009E286B">
            <w:r>
              <w:rPr>
                <w:sz w:val="17"/>
              </w:rPr>
              <w:t>Galds LACK</w:t>
            </w:r>
          </w:p>
        </w:tc>
        <w:tc>
          <w:tcPr>
            <w:tcW w:w="5244" w:type="dxa"/>
            <w:tcMar>
              <w:top w:w="60" w:type="dxa"/>
              <w:left w:w="70" w:type="dxa"/>
              <w:bottom w:w="60" w:type="dxa"/>
              <w:right w:w="70" w:type="dxa"/>
            </w:tcMar>
            <w:vAlign w:val="center"/>
          </w:tcPr>
          <w:p w14:paraId="2B10998A" w14:textId="37C5D657" w:rsidR="009E286B" w:rsidRPr="00406D1C" w:rsidRDefault="001E2D11" w:rsidP="001621AD">
            <w:pPr>
              <w:jc w:val="both"/>
            </w:pPr>
            <w:r w:rsidRPr="001E2D11">
              <w:rPr>
                <w:color w:val="000000" w:themeColor="text1"/>
                <w:sz w:val="17"/>
              </w:rPr>
              <w:t>Galds LACK, baltā krāsā, 55x55 cm.</w:t>
            </w:r>
            <w:r w:rsidRPr="001E2D11">
              <w:rPr>
                <w:color w:val="000000" w:themeColor="text1"/>
              </w:rPr>
              <w:t xml:space="preserve"> Materiāls: k</w:t>
            </w:r>
            <w:r w:rsidRPr="001E2D11">
              <w:rPr>
                <w:color w:val="000000" w:themeColor="text1"/>
                <w:sz w:val="17"/>
              </w:rPr>
              <w:t>okskaidu plātne, šūnveida papīra pildījums, akrila krāsa, plastmasas malas</w:t>
            </w:r>
          </w:p>
        </w:tc>
        <w:tc>
          <w:tcPr>
            <w:tcW w:w="1134" w:type="dxa"/>
          </w:tcPr>
          <w:p w14:paraId="1D25CF10"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8B" w14:textId="2C10D771" w:rsidR="009E286B" w:rsidRPr="00106EAC" w:rsidRDefault="009E286B">
            <w:r w:rsidRPr="00106EAC">
              <w:rPr>
                <w:sz w:val="17"/>
              </w:rPr>
              <w:t xml:space="preserve">Saime — </w:t>
            </w:r>
            <w:r w:rsidRPr="009E286B">
              <w:rPr>
                <w:b/>
                <w:sz w:val="17"/>
              </w:rPr>
              <w:t>2 gab.</w:t>
            </w:r>
          </w:p>
        </w:tc>
        <w:tc>
          <w:tcPr>
            <w:tcW w:w="1418" w:type="dxa"/>
          </w:tcPr>
          <w:p w14:paraId="658C8993" w14:textId="77777777" w:rsidR="009E286B" w:rsidRPr="00106EAC" w:rsidRDefault="009E286B">
            <w:pPr>
              <w:rPr>
                <w:sz w:val="17"/>
              </w:rPr>
            </w:pPr>
          </w:p>
        </w:tc>
      </w:tr>
      <w:tr w:rsidR="009E286B" w14:paraId="2B109991" w14:textId="5B86BD9E" w:rsidTr="009E286B">
        <w:trPr>
          <w:jc w:val="center"/>
        </w:trPr>
        <w:tc>
          <w:tcPr>
            <w:tcW w:w="737" w:type="dxa"/>
            <w:tcMar>
              <w:top w:w="60" w:type="dxa"/>
              <w:left w:w="70" w:type="dxa"/>
              <w:bottom w:w="60" w:type="dxa"/>
              <w:right w:w="70" w:type="dxa"/>
            </w:tcMar>
            <w:vAlign w:val="center"/>
          </w:tcPr>
          <w:p w14:paraId="2B10998D" w14:textId="77777777" w:rsidR="009E286B" w:rsidRDefault="009E286B">
            <w:r>
              <w:t>35</w:t>
            </w:r>
          </w:p>
        </w:tc>
        <w:tc>
          <w:tcPr>
            <w:tcW w:w="1952" w:type="dxa"/>
            <w:tcMar>
              <w:top w:w="60" w:type="dxa"/>
              <w:left w:w="70" w:type="dxa"/>
              <w:bottom w:w="60" w:type="dxa"/>
              <w:right w:w="70" w:type="dxa"/>
            </w:tcMar>
            <w:vAlign w:val="center"/>
          </w:tcPr>
          <w:p w14:paraId="2B10998E" w14:textId="2171B3AD" w:rsidR="009E286B" w:rsidRDefault="009E286B" w:rsidP="001E2D11">
            <w:r>
              <w:rPr>
                <w:sz w:val="17"/>
              </w:rPr>
              <w:t>Paklājs 2X3m</w:t>
            </w:r>
          </w:p>
        </w:tc>
        <w:tc>
          <w:tcPr>
            <w:tcW w:w="5244" w:type="dxa"/>
            <w:tcMar>
              <w:top w:w="60" w:type="dxa"/>
              <w:left w:w="70" w:type="dxa"/>
              <w:bottom w:w="60" w:type="dxa"/>
              <w:right w:w="70" w:type="dxa"/>
            </w:tcMar>
            <w:vAlign w:val="center"/>
          </w:tcPr>
          <w:p w14:paraId="2B10998F" w14:textId="1ABDB93A" w:rsidR="009E286B" w:rsidRPr="00406D1C" w:rsidRDefault="001E2D11" w:rsidP="001E2D11">
            <w:pPr>
              <w:jc w:val="both"/>
            </w:pPr>
            <w:r w:rsidRPr="001E2D11">
              <w:rPr>
                <w:sz w:val="17"/>
              </w:rPr>
              <w:t>Paklājs 2X3 m. Materiāls: poliesters, polipropilēns,</w:t>
            </w:r>
            <w:r w:rsidRPr="001E2D11">
              <w:t xml:space="preserve"> </w:t>
            </w:r>
            <w:r w:rsidRPr="001E2D11">
              <w:rPr>
                <w:sz w:val="17"/>
              </w:rPr>
              <w:t>biezums 11 mm. Krāsa: pelēka</w:t>
            </w:r>
          </w:p>
        </w:tc>
        <w:tc>
          <w:tcPr>
            <w:tcW w:w="1134" w:type="dxa"/>
          </w:tcPr>
          <w:p w14:paraId="6C78D148"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90" w14:textId="4E855774" w:rsidR="009E286B" w:rsidRPr="00106EAC" w:rsidRDefault="009E286B">
            <w:r w:rsidRPr="00106EAC">
              <w:rPr>
                <w:sz w:val="17"/>
              </w:rPr>
              <w:t xml:space="preserve">Saime — </w:t>
            </w:r>
            <w:r w:rsidRPr="009E286B">
              <w:rPr>
                <w:b/>
                <w:sz w:val="17"/>
              </w:rPr>
              <w:t>1 gab.</w:t>
            </w:r>
          </w:p>
        </w:tc>
        <w:tc>
          <w:tcPr>
            <w:tcW w:w="1418" w:type="dxa"/>
          </w:tcPr>
          <w:p w14:paraId="5B2541D8" w14:textId="77777777" w:rsidR="009E286B" w:rsidRPr="00106EAC" w:rsidRDefault="009E286B">
            <w:pPr>
              <w:rPr>
                <w:sz w:val="17"/>
              </w:rPr>
            </w:pPr>
          </w:p>
        </w:tc>
      </w:tr>
      <w:tr w:rsidR="009E286B" w14:paraId="2B109996" w14:textId="3F5BE771" w:rsidTr="009E286B">
        <w:trPr>
          <w:jc w:val="center"/>
        </w:trPr>
        <w:tc>
          <w:tcPr>
            <w:tcW w:w="737" w:type="dxa"/>
            <w:tcMar>
              <w:top w:w="60" w:type="dxa"/>
              <w:left w:w="70" w:type="dxa"/>
              <w:bottom w:w="60" w:type="dxa"/>
              <w:right w:w="70" w:type="dxa"/>
            </w:tcMar>
            <w:vAlign w:val="center"/>
          </w:tcPr>
          <w:p w14:paraId="2B109992" w14:textId="77777777" w:rsidR="009E286B" w:rsidRDefault="009E286B">
            <w:r>
              <w:t>36</w:t>
            </w:r>
          </w:p>
        </w:tc>
        <w:tc>
          <w:tcPr>
            <w:tcW w:w="1952" w:type="dxa"/>
            <w:tcMar>
              <w:top w:w="60" w:type="dxa"/>
              <w:left w:w="70" w:type="dxa"/>
              <w:bottom w:w="60" w:type="dxa"/>
              <w:right w:w="70" w:type="dxa"/>
            </w:tcMar>
            <w:vAlign w:val="center"/>
          </w:tcPr>
          <w:p w14:paraId="2B109993" w14:textId="639A5E22" w:rsidR="009E286B" w:rsidRDefault="009E286B">
            <w:r>
              <w:rPr>
                <w:sz w:val="17"/>
              </w:rPr>
              <w:t>Salokāms plastmasas krēsls PAISLEY vai analogs, melns</w:t>
            </w:r>
          </w:p>
        </w:tc>
        <w:tc>
          <w:tcPr>
            <w:tcW w:w="5244" w:type="dxa"/>
            <w:tcMar>
              <w:top w:w="60" w:type="dxa"/>
              <w:left w:w="70" w:type="dxa"/>
              <w:bottom w:w="60" w:type="dxa"/>
              <w:right w:w="70" w:type="dxa"/>
            </w:tcMar>
            <w:vAlign w:val="center"/>
          </w:tcPr>
          <w:p w14:paraId="2B109994" w14:textId="605F87CA" w:rsidR="009E286B" w:rsidRDefault="009E286B" w:rsidP="001621AD">
            <w:pPr>
              <w:jc w:val="both"/>
            </w:pPr>
            <w:r>
              <w:rPr>
                <w:sz w:val="17"/>
              </w:rPr>
              <w:t xml:space="preserve"> Salokāms plastmasas krēsls PAISLEY vai analogs, melns. Sēdekļa augstums: 450 mm Sēdekļa dziļums: 430 mm Sēdekļa platums: 490 mm Kopējais augstums: 850 mm... Ratiņi krēsliem, 28 krēsliem, galvanizēta Ratiņi krēsliem, 28 krēsliem, galvanizēta Garums: 900 mm Augstums: 1760 mm Platums: 485 mm Kravas platība (gxp): 830x480 mm. Galvanizēta tērauda ratiņi krēsliem ar 28 melniem krēsliem 1760x485x900 mm.</w:t>
            </w:r>
          </w:p>
        </w:tc>
        <w:tc>
          <w:tcPr>
            <w:tcW w:w="1134" w:type="dxa"/>
          </w:tcPr>
          <w:p w14:paraId="46CA3768" w14:textId="77777777" w:rsidR="009E286B" w:rsidRDefault="009E286B">
            <w:pPr>
              <w:rPr>
                <w:sz w:val="17"/>
              </w:rPr>
            </w:pPr>
          </w:p>
        </w:tc>
        <w:tc>
          <w:tcPr>
            <w:tcW w:w="2410" w:type="dxa"/>
            <w:tcMar>
              <w:top w:w="60" w:type="dxa"/>
              <w:left w:w="70" w:type="dxa"/>
              <w:bottom w:w="60" w:type="dxa"/>
              <w:right w:w="70" w:type="dxa"/>
            </w:tcMar>
            <w:vAlign w:val="center"/>
          </w:tcPr>
          <w:p w14:paraId="52B62443" w14:textId="77777777" w:rsidR="009E286B" w:rsidRDefault="009E286B">
            <w:pPr>
              <w:rPr>
                <w:sz w:val="17"/>
              </w:rPr>
            </w:pPr>
            <w:r>
              <w:rPr>
                <w:sz w:val="17"/>
              </w:rPr>
              <w:t xml:space="preserve">Salaspils sporta nams — </w:t>
            </w:r>
          </w:p>
          <w:p w14:paraId="2B109995" w14:textId="3099EFA3" w:rsidR="009E286B" w:rsidRPr="009E286B" w:rsidRDefault="009E286B">
            <w:pPr>
              <w:rPr>
                <w:b/>
              </w:rPr>
            </w:pPr>
            <w:r w:rsidRPr="009E286B">
              <w:rPr>
                <w:b/>
                <w:sz w:val="17"/>
              </w:rPr>
              <w:t>1 gab.</w:t>
            </w:r>
          </w:p>
        </w:tc>
        <w:tc>
          <w:tcPr>
            <w:tcW w:w="1418" w:type="dxa"/>
          </w:tcPr>
          <w:p w14:paraId="43CAAA13" w14:textId="77777777" w:rsidR="009E286B" w:rsidRDefault="009E286B">
            <w:pPr>
              <w:rPr>
                <w:sz w:val="17"/>
              </w:rPr>
            </w:pPr>
          </w:p>
        </w:tc>
      </w:tr>
      <w:tr w:rsidR="009E286B" w14:paraId="2B10999B" w14:textId="50EB7471" w:rsidTr="009E286B">
        <w:trPr>
          <w:jc w:val="center"/>
        </w:trPr>
        <w:tc>
          <w:tcPr>
            <w:tcW w:w="737" w:type="dxa"/>
            <w:tcMar>
              <w:top w:w="60" w:type="dxa"/>
              <w:left w:w="70" w:type="dxa"/>
              <w:bottom w:w="60" w:type="dxa"/>
              <w:right w:w="70" w:type="dxa"/>
            </w:tcMar>
            <w:vAlign w:val="center"/>
          </w:tcPr>
          <w:p w14:paraId="2B109997" w14:textId="77777777" w:rsidR="009E286B" w:rsidRDefault="009E286B">
            <w:r>
              <w:t>37</w:t>
            </w:r>
          </w:p>
        </w:tc>
        <w:tc>
          <w:tcPr>
            <w:tcW w:w="1952" w:type="dxa"/>
            <w:tcMar>
              <w:top w:w="60" w:type="dxa"/>
              <w:left w:w="70" w:type="dxa"/>
              <w:bottom w:w="60" w:type="dxa"/>
              <w:right w:w="70" w:type="dxa"/>
            </w:tcMar>
            <w:vAlign w:val="center"/>
          </w:tcPr>
          <w:p w14:paraId="2B109998" w14:textId="77777777" w:rsidR="009E286B" w:rsidRDefault="009E286B">
            <w:r>
              <w:rPr>
                <w:sz w:val="17"/>
              </w:rPr>
              <w:t>Galdu komplekts 8 galdi, 1830x760 mm, pelēka, ratiņi</w:t>
            </w:r>
          </w:p>
        </w:tc>
        <w:tc>
          <w:tcPr>
            <w:tcW w:w="5244" w:type="dxa"/>
            <w:tcMar>
              <w:top w:w="60" w:type="dxa"/>
              <w:left w:w="70" w:type="dxa"/>
              <w:bottom w:w="60" w:type="dxa"/>
              <w:right w:w="70" w:type="dxa"/>
            </w:tcMar>
            <w:vAlign w:val="center"/>
          </w:tcPr>
          <w:p w14:paraId="2B109999" w14:textId="77777777" w:rsidR="009E286B" w:rsidRDefault="009E286B" w:rsidP="001621AD">
            <w:pPr>
              <w:jc w:val="both"/>
            </w:pPr>
            <w:r>
              <w:rPr>
                <w:sz w:val="17"/>
              </w:rPr>
              <w:t>Galdu komplekts 8 galdi, 1830x760 mm, pelēka, ratiņi. Šajā komplektā ietilpst Saliekams plastmasas galds KLARA vai analogs, 1830x760x745 mm, balts, 1830x760x745 mm, balts Garums: 1830 mm Augstums: 745 mm Platums: 760 mm Augstums saliktā veidā: 45 mm... Ratiņi galdu pārvietošanai, 10 galdi Ratiņi galdu pārvietošanai, 10 galdi Garums: 735 mm Augstums: 1270 mm Platums: 685 mm Kravas platība (gxp): 673x625 mm.</w:t>
            </w:r>
          </w:p>
        </w:tc>
        <w:tc>
          <w:tcPr>
            <w:tcW w:w="1134" w:type="dxa"/>
          </w:tcPr>
          <w:p w14:paraId="172A923A" w14:textId="77777777" w:rsidR="009E286B" w:rsidRDefault="009E286B">
            <w:pPr>
              <w:rPr>
                <w:sz w:val="17"/>
              </w:rPr>
            </w:pPr>
          </w:p>
        </w:tc>
        <w:tc>
          <w:tcPr>
            <w:tcW w:w="2410" w:type="dxa"/>
            <w:tcMar>
              <w:top w:w="60" w:type="dxa"/>
              <w:left w:w="70" w:type="dxa"/>
              <w:bottom w:w="60" w:type="dxa"/>
              <w:right w:w="70" w:type="dxa"/>
            </w:tcMar>
            <w:vAlign w:val="center"/>
          </w:tcPr>
          <w:p w14:paraId="1C8B1D21" w14:textId="77777777" w:rsidR="009E286B" w:rsidRDefault="009E286B">
            <w:pPr>
              <w:rPr>
                <w:sz w:val="17"/>
              </w:rPr>
            </w:pPr>
            <w:r>
              <w:rPr>
                <w:sz w:val="17"/>
              </w:rPr>
              <w:t xml:space="preserve">Salaspils sporta nams — </w:t>
            </w:r>
          </w:p>
          <w:p w14:paraId="2B10999A" w14:textId="1FE93775" w:rsidR="009E286B" w:rsidRPr="009E286B" w:rsidRDefault="009E286B">
            <w:pPr>
              <w:rPr>
                <w:b/>
              </w:rPr>
            </w:pPr>
            <w:r w:rsidRPr="009E286B">
              <w:rPr>
                <w:b/>
                <w:sz w:val="17"/>
              </w:rPr>
              <w:t>1 gab.</w:t>
            </w:r>
          </w:p>
        </w:tc>
        <w:tc>
          <w:tcPr>
            <w:tcW w:w="1418" w:type="dxa"/>
          </w:tcPr>
          <w:p w14:paraId="73DEEF36" w14:textId="77777777" w:rsidR="009E286B" w:rsidRDefault="009E286B">
            <w:pPr>
              <w:rPr>
                <w:sz w:val="17"/>
              </w:rPr>
            </w:pPr>
          </w:p>
        </w:tc>
      </w:tr>
      <w:tr w:rsidR="009E286B" w14:paraId="2B1099A0" w14:textId="4A8BD47E" w:rsidTr="009E286B">
        <w:trPr>
          <w:jc w:val="center"/>
        </w:trPr>
        <w:tc>
          <w:tcPr>
            <w:tcW w:w="737" w:type="dxa"/>
            <w:tcMar>
              <w:top w:w="60" w:type="dxa"/>
              <w:left w:w="70" w:type="dxa"/>
              <w:bottom w:w="60" w:type="dxa"/>
              <w:right w:w="70" w:type="dxa"/>
            </w:tcMar>
            <w:vAlign w:val="center"/>
          </w:tcPr>
          <w:p w14:paraId="2B10999C" w14:textId="77777777" w:rsidR="009E286B" w:rsidRDefault="009E286B">
            <w:r>
              <w:t>38</w:t>
            </w:r>
          </w:p>
        </w:tc>
        <w:tc>
          <w:tcPr>
            <w:tcW w:w="1952" w:type="dxa"/>
            <w:tcMar>
              <w:top w:w="60" w:type="dxa"/>
              <w:left w:w="70" w:type="dxa"/>
              <w:bottom w:w="60" w:type="dxa"/>
              <w:right w:w="70" w:type="dxa"/>
            </w:tcMar>
            <w:vAlign w:val="center"/>
          </w:tcPr>
          <w:p w14:paraId="2B10999D" w14:textId="77777777" w:rsidR="009E286B" w:rsidRDefault="009E286B">
            <w:r>
              <w:rPr>
                <w:sz w:val="17"/>
              </w:rPr>
              <w:t>Saliekams plastmasas galds KLARA vai analogs 1220x610x745 mm, balts</w:t>
            </w:r>
          </w:p>
        </w:tc>
        <w:tc>
          <w:tcPr>
            <w:tcW w:w="5244" w:type="dxa"/>
            <w:tcMar>
              <w:top w:w="60" w:type="dxa"/>
              <w:left w:w="70" w:type="dxa"/>
              <w:bottom w:w="60" w:type="dxa"/>
              <w:right w:w="70" w:type="dxa"/>
            </w:tcMar>
            <w:vAlign w:val="center"/>
          </w:tcPr>
          <w:p w14:paraId="2B10999E" w14:textId="77777777" w:rsidR="009E286B" w:rsidRDefault="009E286B" w:rsidP="001621AD">
            <w:pPr>
              <w:jc w:val="both"/>
            </w:pPr>
            <w:r>
              <w:rPr>
                <w:sz w:val="17"/>
              </w:rPr>
              <w:t>Saliekams plastmasas galds KLARA vai analogs 1220x610x745 mm, balts. Produkta parametri Garums: 1220 mm Augstums: 745 mm Platums: 610 mm Augstums saliktā veidā: 45 mm Galda virsma: Taisnstūra Statīvs: Salokāms Galda virsmai krāsa: Balta Galda virsmas materiāls: HD polietilēns Statīva krāsa: Melna Statīva materiāls: Tērauda Svara izturība: 100 kg Montāžai nepieciešamais personu skaits: 1 Paredzamais montāžas laiks: 5 Min…</w:t>
            </w:r>
          </w:p>
        </w:tc>
        <w:tc>
          <w:tcPr>
            <w:tcW w:w="1134" w:type="dxa"/>
          </w:tcPr>
          <w:p w14:paraId="2D17E9F6" w14:textId="77777777" w:rsidR="009E286B" w:rsidRDefault="009E286B">
            <w:pPr>
              <w:rPr>
                <w:sz w:val="17"/>
              </w:rPr>
            </w:pPr>
          </w:p>
        </w:tc>
        <w:tc>
          <w:tcPr>
            <w:tcW w:w="2410" w:type="dxa"/>
            <w:tcMar>
              <w:top w:w="60" w:type="dxa"/>
              <w:left w:w="70" w:type="dxa"/>
              <w:bottom w:w="60" w:type="dxa"/>
              <w:right w:w="70" w:type="dxa"/>
            </w:tcMar>
            <w:vAlign w:val="center"/>
          </w:tcPr>
          <w:p w14:paraId="51014D62" w14:textId="77777777" w:rsidR="009E286B" w:rsidRDefault="009E286B">
            <w:pPr>
              <w:rPr>
                <w:sz w:val="17"/>
              </w:rPr>
            </w:pPr>
            <w:r>
              <w:rPr>
                <w:sz w:val="17"/>
              </w:rPr>
              <w:t xml:space="preserve">Salaspils sporta nams — </w:t>
            </w:r>
          </w:p>
          <w:p w14:paraId="2B10999F" w14:textId="3A028630" w:rsidR="009E286B" w:rsidRPr="009E286B" w:rsidRDefault="009E286B">
            <w:pPr>
              <w:rPr>
                <w:b/>
              </w:rPr>
            </w:pPr>
            <w:r w:rsidRPr="009E286B">
              <w:rPr>
                <w:b/>
                <w:sz w:val="17"/>
              </w:rPr>
              <w:t>10 gab.</w:t>
            </w:r>
          </w:p>
        </w:tc>
        <w:tc>
          <w:tcPr>
            <w:tcW w:w="1418" w:type="dxa"/>
          </w:tcPr>
          <w:p w14:paraId="7163B292" w14:textId="77777777" w:rsidR="009E286B" w:rsidRDefault="009E286B">
            <w:pPr>
              <w:rPr>
                <w:sz w:val="17"/>
              </w:rPr>
            </w:pPr>
          </w:p>
        </w:tc>
      </w:tr>
      <w:tr w:rsidR="009E286B" w14:paraId="2B1099A5" w14:textId="18C69236" w:rsidTr="009E286B">
        <w:trPr>
          <w:jc w:val="center"/>
        </w:trPr>
        <w:tc>
          <w:tcPr>
            <w:tcW w:w="737" w:type="dxa"/>
            <w:tcMar>
              <w:top w:w="60" w:type="dxa"/>
              <w:left w:w="70" w:type="dxa"/>
              <w:bottom w:w="60" w:type="dxa"/>
              <w:right w:w="70" w:type="dxa"/>
            </w:tcMar>
            <w:vAlign w:val="center"/>
          </w:tcPr>
          <w:p w14:paraId="2B1099A1" w14:textId="77777777" w:rsidR="009E286B" w:rsidRDefault="009E286B">
            <w:r>
              <w:t>39</w:t>
            </w:r>
          </w:p>
        </w:tc>
        <w:tc>
          <w:tcPr>
            <w:tcW w:w="1952" w:type="dxa"/>
            <w:tcMar>
              <w:top w:w="60" w:type="dxa"/>
              <w:left w:w="70" w:type="dxa"/>
              <w:bottom w:w="60" w:type="dxa"/>
              <w:right w:w="70" w:type="dxa"/>
            </w:tcMar>
            <w:vAlign w:val="center"/>
          </w:tcPr>
          <w:p w14:paraId="2B1099A2" w14:textId="77777777" w:rsidR="009E286B" w:rsidRDefault="009E286B">
            <w:r>
              <w:t>Bērnu krēsls – regulējams</w:t>
            </w:r>
          </w:p>
        </w:tc>
        <w:tc>
          <w:tcPr>
            <w:tcW w:w="5244" w:type="dxa"/>
            <w:tcMar>
              <w:top w:w="60" w:type="dxa"/>
              <w:left w:w="70" w:type="dxa"/>
              <w:bottom w:w="60" w:type="dxa"/>
              <w:right w:w="70" w:type="dxa"/>
            </w:tcMar>
            <w:vAlign w:val="center"/>
          </w:tcPr>
          <w:p w14:paraId="2B1099A3" w14:textId="77777777" w:rsidR="009E286B" w:rsidRDefault="009E286B" w:rsidP="001621AD">
            <w:pPr>
              <w:jc w:val="both"/>
            </w:pPr>
            <w:r>
              <w:t>Bērnu krēsls- regulējams.Platums-32cm, dziļums-32cm, Krēsla augstums- 25,5cm 29,5cm 33,5cm Krāsa-apse.</w:t>
            </w:r>
          </w:p>
        </w:tc>
        <w:tc>
          <w:tcPr>
            <w:tcW w:w="1134" w:type="dxa"/>
          </w:tcPr>
          <w:p w14:paraId="40AC4ADC" w14:textId="77777777" w:rsidR="009E286B" w:rsidRDefault="009E286B"/>
        </w:tc>
        <w:tc>
          <w:tcPr>
            <w:tcW w:w="2410" w:type="dxa"/>
            <w:tcMar>
              <w:top w:w="60" w:type="dxa"/>
              <w:left w:w="70" w:type="dxa"/>
              <w:bottom w:w="60" w:type="dxa"/>
              <w:right w:w="70" w:type="dxa"/>
            </w:tcMar>
            <w:vAlign w:val="center"/>
          </w:tcPr>
          <w:p w14:paraId="2B1099A4" w14:textId="09774C06" w:rsidR="009E286B" w:rsidRDefault="009E286B">
            <w:r>
              <w:t xml:space="preserve">Salaspils 2. Pirmsskola "Ritenītis" — </w:t>
            </w:r>
            <w:r w:rsidRPr="009E286B">
              <w:rPr>
                <w:b/>
              </w:rPr>
              <w:t>48 gab.</w:t>
            </w:r>
          </w:p>
        </w:tc>
        <w:tc>
          <w:tcPr>
            <w:tcW w:w="1418" w:type="dxa"/>
          </w:tcPr>
          <w:p w14:paraId="14E3EF2C" w14:textId="77777777" w:rsidR="009E286B" w:rsidRDefault="009E286B"/>
        </w:tc>
      </w:tr>
      <w:tr w:rsidR="009E286B" w14:paraId="2B1099AA" w14:textId="075B1E64" w:rsidTr="009E286B">
        <w:trPr>
          <w:jc w:val="center"/>
        </w:trPr>
        <w:tc>
          <w:tcPr>
            <w:tcW w:w="737" w:type="dxa"/>
            <w:tcMar>
              <w:top w:w="60" w:type="dxa"/>
              <w:left w:w="70" w:type="dxa"/>
              <w:bottom w:w="60" w:type="dxa"/>
              <w:right w:w="70" w:type="dxa"/>
            </w:tcMar>
            <w:vAlign w:val="center"/>
          </w:tcPr>
          <w:p w14:paraId="2B1099A6" w14:textId="77777777" w:rsidR="009E286B" w:rsidRDefault="009E286B">
            <w:r>
              <w:t>40</w:t>
            </w:r>
          </w:p>
        </w:tc>
        <w:tc>
          <w:tcPr>
            <w:tcW w:w="1952" w:type="dxa"/>
            <w:tcMar>
              <w:top w:w="60" w:type="dxa"/>
              <w:left w:w="70" w:type="dxa"/>
              <w:bottom w:w="60" w:type="dxa"/>
              <w:right w:w="70" w:type="dxa"/>
            </w:tcMar>
            <w:vAlign w:val="center"/>
          </w:tcPr>
          <w:p w14:paraId="2B1099A7" w14:textId="77777777" w:rsidR="009E286B" w:rsidRDefault="009E286B">
            <w:r>
              <w:t>Drēbju skapis</w:t>
            </w:r>
          </w:p>
        </w:tc>
        <w:tc>
          <w:tcPr>
            <w:tcW w:w="5244" w:type="dxa"/>
            <w:tcMar>
              <w:top w:w="60" w:type="dxa"/>
              <w:left w:w="70" w:type="dxa"/>
              <w:bottom w:w="60" w:type="dxa"/>
              <w:right w:w="70" w:type="dxa"/>
            </w:tcMar>
            <w:vAlign w:val="center"/>
          </w:tcPr>
          <w:p w14:paraId="2B1099A8" w14:textId="77777777" w:rsidR="009E286B" w:rsidRDefault="009E286B" w:rsidP="001621AD">
            <w:pPr>
              <w:jc w:val="both"/>
            </w:pPr>
            <w:r>
              <w:t>Drēbju skapis.Drēbju skapis, ar iestrādātiem sānu plauktiem. Skapis izgatavots no 18mm biezas laminētas kokskaidu plātnes. Krāsa - buks. Izmēri: Platums 802 mmDziļums 519 mmAugstums 1816 mm</w:t>
            </w:r>
          </w:p>
        </w:tc>
        <w:tc>
          <w:tcPr>
            <w:tcW w:w="1134" w:type="dxa"/>
          </w:tcPr>
          <w:p w14:paraId="78D6C4D6" w14:textId="77777777" w:rsidR="009E286B" w:rsidRDefault="009E286B"/>
        </w:tc>
        <w:tc>
          <w:tcPr>
            <w:tcW w:w="2410" w:type="dxa"/>
            <w:tcMar>
              <w:top w:w="60" w:type="dxa"/>
              <w:left w:w="70" w:type="dxa"/>
              <w:bottom w:w="60" w:type="dxa"/>
              <w:right w:w="70" w:type="dxa"/>
            </w:tcMar>
            <w:vAlign w:val="center"/>
          </w:tcPr>
          <w:p w14:paraId="2B1099A9" w14:textId="2CC0BB1B" w:rsidR="009E286B" w:rsidRDefault="009E286B">
            <w:r>
              <w:t xml:space="preserve">Salaspils 2. Pirmsskola "Ritenītis" — </w:t>
            </w:r>
            <w:r w:rsidRPr="009E286B">
              <w:rPr>
                <w:b/>
              </w:rPr>
              <w:t>2 gab.</w:t>
            </w:r>
          </w:p>
        </w:tc>
        <w:tc>
          <w:tcPr>
            <w:tcW w:w="1418" w:type="dxa"/>
          </w:tcPr>
          <w:p w14:paraId="4DA986AB" w14:textId="77777777" w:rsidR="009E286B" w:rsidRDefault="009E286B"/>
        </w:tc>
      </w:tr>
      <w:tr w:rsidR="009E286B" w14:paraId="2B1099AF" w14:textId="7BA02BA1" w:rsidTr="009E286B">
        <w:trPr>
          <w:jc w:val="center"/>
        </w:trPr>
        <w:tc>
          <w:tcPr>
            <w:tcW w:w="737" w:type="dxa"/>
            <w:tcMar>
              <w:top w:w="60" w:type="dxa"/>
              <w:left w:w="70" w:type="dxa"/>
              <w:bottom w:w="60" w:type="dxa"/>
              <w:right w:w="70" w:type="dxa"/>
            </w:tcMar>
            <w:vAlign w:val="center"/>
          </w:tcPr>
          <w:p w14:paraId="2B1099AB" w14:textId="77777777" w:rsidR="009E286B" w:rsidRDefault="009E286B">
            <w:r>
              <w:t>41</w:t>
            </w:r>
          </w:p>
        </w:tc>
        <w:tc>
          <w:tcPr>
            <w:tcW w:w="1952" w:type="dxa"/>
            <w:tcMar>
              <w:top w:w="60" w:type="dxa"/>
              <w:left w:w="70" w:type="dxa"/>
              <w:bottom w:w="60" w:type="dxa"/>
              <w:right w:w="70" w:type="dxa"/>
            </w:tcMar>
            <w:vAlign w:val="center"/>
          </w:tcPr>
          <w:p w14:paraId="2B1099AC" w14:textId="77777777" w:rsidR="009E286B" w:rsidRDefault="009E286B">
            <w:r>
              <w:t>Skapis ar plauktiem</w:t>
            </w:r>
          </w:p>
        </w:tc>
        <w:tc>
          <w:tcPr>
            <w:tcW w:w="5244" w:type="dxa"/>
            <w:tcMar>
              <w:top w:w="60" w:type="dxa"/>
              <w:left w:w="70" w:type="dxa"/>
              <w:bottom w:w="60" w:type="dxa"/>
              <w:right w:w="70" w:type="dxa"/>
            </w:tcMar>
            <w:vAlign w:val="center"/>
          </w:tcPr>
          <w:p w14:paraId="2B1099AD" w14:textId="77777777" w:rsidR="009E286B" w:rsidRDefault="009E286B" w:rsidP="001621AD">
            <w:r>
              <w:t>3.Skapis ar plauktiem. "Izmēri:</w:t>
            </w:r>
            <w:r>
              <w:br/>
              <w:t xml:space="preserve"> Platums 802 mm</w:t>
            </w:r>
            <w:r>
              <w:br/>
              <w:t xml:space="preserve"> Dziļums 403 mm</w:t>
            </w:r>
            <w:r>
              <w:br/>
              <w:t xml:space="preserve"> Augstums 1816 mm</w:t>
            </w:r>
            <w:r>
              <w:br/>
              <w:t xml:space="preserve"> Laminēta skaidu plātne</w:t>
            </w:r>
            <w:r>
              <w:br/>
              <w:t xml:space="preserve"> Krāsa:buks.</w:t>
            </w:r>
          </w:p>
        </w:tc>
        <w:tc>
          <w:tcPr>
            <w:tcW w:w="1134" w:type="dxa"/>
          </w:tcPr>
          <w:p w14:paraId="5350CA5B" w14:textId="77777777" w:rsidR="009E286B" w:rsidRDefault="009E286B"/>
        </w:tc>
        <w:tc>
          <w:tcPr>
            <w:tcW w:w="2410" w:type="dxa"/>
            <w:tcMar>
              <w:top w:w="60" w:type="dxa"/>
              <w:left w:w="70" w:type="dxa"/>
              <w:bottom w:w="60" w:type="dxa"/>
              <w:right w:w="70" w:type="dxa"/>
            </w:tcMar>
            <w:vAlign w:val="center"/>
          </w:tcPr>
          <w:p w14:paraId="2B1099AE" w14:textId="624A3143" w:rsidR="009E286B" w:rsidRDefault="009E286B">
            <w:r>
              <w:t xml:space="preserve">Salaspils 2. Pirmsskola "Ritenītis" — </w:t>
            </w:r>
            <w:r w:rsidRPr="009E286B">
              <w:rPr>
                <w:b/>
              </w:rPr>
              <w:t>1 gab.</w:t>
            </w:r>
          </w:p>
        </w:tc>
        <w:tc>
          <w:tcPr>
            <w:tcW w:w="1418" w:type="dxa"/>
          </w:tcPr>
          <w:p w14:paraId="4AB6B3B4" w14:textId="77777777" w:rsidR="009E286B" w:rsidRDefault="009E286B"/>
        </w:tc>
      </w:tr>
      <w:tr w:rsidR="009E286B" w14:paraId="2B1099B4" w14:textId="5E18CFBD" w:rsidTr="009E286B">
        <w:trPr>
          <w:jc w:val="center"/>
        </w:trPr>
        <w:tc>
          <w:tcPr>
            <w:tcW w:w="737" w:type="dxa"/>
            <w:tcMar>
              <w:top w:w="60" w:type="dxa"/>
              <w:left w:w="70" w:type="dxa"/>
              <w:bottom w:w="60" w:type="dxa"/>
              <w:right w:w="70" w:type="dxa"/>
            </w:tcMar>
            <w:vAlign w:val="center"/>
          </w:tcPr>
          <w:p w14:paraId="2B1099B0" w14:textId="77777777" w:rsidR="009E286B" w:rsidRDefault="009E286B">
            <w:r>
              <w:t>42</w:t>
            </w:r>
          </w:p>
        </w:tc>
        <w:tc>
          <w:tcPr>
            <w:tcW w:w="1952" w:type="dxa"/>
            <w:tcMar>
              <w:top w:w="60" w:type="dxa"/>
              <w:left w:w="70" w:type="dxa"/>
              <w:bottom w:w="60" w:type="dxa"/>
              <w:right w:w="70" w:type="dxa"/>
            </w:tcMar>
            <w:vAlign w:val="center"/>
          </w:tcPr>
          <w:p w14:paraId="2B1099B1" w14:textId="77777777" w:rsidR="009E286B" w:rsidRDefault="009E286B">
            <w:r>
              <w:t>Bērnu galds</w:t>
            </w:r>
          </w:p>
        </w:tc>
        <w:tc>
          <w:tcPr>
            <w:tcW w:w="5244" w:type="dxa"/>
            <w:tcMar>
              <w:top w:w="60" w:type="dxa"/>
              <w:left w:w="70" w:type="dxa"/>
              <w:bottom w:w="60" w:type="dxa"/>
              <w:right w:w="70" w:type="dxa"/>
            </w:tcMar>
            <w:vAlign w:val="center"/>
          </w:tcPr>
          <w:p w14:paraId="2B1099B2" w14:textId="77777777" w:rsidR="009E286B" w:rsidRDefault="009E286B" w:rsidP="001621AD">
            <w:pPr>
              <w:jc w:val="both"/>
            </w:pPr>
            <w:r>
              <w:t>Bērnu galds. Regulējama augstuma kvadrātveida galds.Izmēri 80x80cm, kājas regulējamas 45-60cm. Krāsa- buks.</w:t>
            </w:r>
          </w:p>
        </w:tc>
        <w:tc>
          <w:tcPr>
            <w:tcW w:w="1134" w:type="dxa"/>
          </w:tcPr>
          <w:p w14:paraId="26BB9B41" w14:textId="77777777" w:rsidR="009E286B" w:rsidRDefault="009E286B"/>
        </w:tc>
        <w:tc>
          <w:tcPr>
            <w:tcW w:w="2410" w:type="dxa"/>
            <w:tcMar>
              <w:top w:w="60" w:type="dxa"/>
              <w:left w:w="70" w:type="dxa"/>
              <w:bottom w:w="60" w:type="dxa"/>
              <w:right w:w="70" w:type="dxa"/>
            </w:tcMar>
            <w:vAlign w:val="center"/>
          </w:tcPr>
          <w:p w14:paraId="2B1099B3" w14:textId="5D6FD7EE" w:rsidR="009E286B" w:rsidRDefault="009E286B">
            <w:r>
              <w:t xml:space="preserve">Salaspils 2. Pirmsskola "Ritenītis" — </w:t>
            </w:r>
            <w:r w:rsidRPr="009E286B">
              <w:rPr>
                <w:b/>
              </w:rPr>
              <w:t>1 gab.</w:t>
            </w:r>
          </w:p>
        </w:tc>
        <w:tc>
          <w:tcPr>
            <w:tcW w:w="1418" w:type="dxa"/>
          </w:tcPr>
          <w:p w14:paraId="78E66D35" w14:textId="77777777" w:rsidR="009E286B" w:rsidRDefault="009E286B"/>
        </w:tc>
      </w:tr>
      <w:tr w:rsidR="009E286B" w14:paraId="2B1099B9" w14:textId="3AF88B81" w:rsidTr="009E286B">
        <w:trPr>
          <w:jc w:val="center"/>
        </w:trPr>
        <w:tc>
          <w:tcPr>
            <w:tcW w:w="737" w:type="dxa"/>
            <w:tcMar>
              <w:top w:w="60" w:type="dxa"/>
              <w:left w:w="70" w:type="dxa"/>
              <w:bottom w:w="60" w:type="dxa"/>
              <w:right w:w="70" w:type="dxa"/>
            </w:tcMar>
            <w:vAlign w:val="center"/>
          </w:tcPr>
          <w:p w14:paraId="2B1099B5" w14:textId="77777777" w:rsidR="009E286B" w:rsidRDefault="009E286B">
            <w:r>
              <w:t>43</w:t>
            </w:r>
          </w:p>
        </w:tc>
        <w:tc>
          <w:tcPr>
            <w:tcW w:w="1952" w:type="dxa"/>
            <w:tcMar>
              <w:top w:w="60" w:type="dxa"/>
              <w:left w:w="70" w:type="dxa"/>
              <w:bottom w:w="60" w:type="dxa"/>
              <w:right w:w="70" w:type="dxa"/>
            </w:tcMar>
            <w:vAlign w:val="center"/>
          </w:tcPr>
          <w:p w14:paraId="2B1099B6" w14:textId="77777777" w:rsidR="009E286B" w:rsidRDefault="009E286B">
            <w:r>
              <w:t>Skolotāja galds</w:t>
            </w:r>
          </w:p>
        </w:tc>
        <w:tc>
          <w:tcPr>
            <w:tcW w:w="5244" w:type="dxa"/>
            <w:tcMar>
              <w:top w:w="60" w:type="dxa"/>
              <w:left w:w="70" w:type="dxa"/>
              <w:bottom w:w="60" w:type="dxa"/>
              <w:right w:w="70" w:type="dxa"/>
            </w:tcMar>
            <w:vAlign w:val="center"/>
          </w:tcPr>
          <w:p w14:paraId="2B1099B7" w14:textId="77777777" w:rsidR="009E286B" w:rsidRDefault="009E286B" w:rsidP="001621AD">
            <w:pPr>
              <w:jc w:val="both"/>
            </w:pPr>
            <w:r>
              <w:t>Skolotāja galds. Laminēta skaidu plātne 24mm bieza. Galda virsma aplīmēta 2mm ABS maliņu Korpuss aplīmēts ar 0,4mm ABS maliņu Izmērs: platums-120cm, dziļums-60cm, augstums-73,5cm Krāsa: buks.</w:t>
            </w:r>
          </w:p>
        </w:tc>
        <w:tc>
          <w:tcPr>
            <w:tcW w:w="1134" w:type="dxa"/>
          </w:tcPr>
          <w:p w14:paraId="5C59233C" w14:textId="77777777" w:rsidR="009E286B" w:rsidRDefault="009E286B"/>
        </w:tc>
        <w:tc>
          <w:tcPr>
            <w:tcW w:w="2410" w:type="dxa"/>
            <w:tcMar>
              <w:top w:w="60" w:type="dxa"/>
              <w:left w:w="70" w:type="dxa"/>
              <w:bottom w:w="60" w:type="dxa"/>
              <w:right w:w="70" w:type="dxa"/>
            </w:tcMar>
            <w:vAlign w:val="center"/>
          </w:tcPr>
          <w:p w14:paraId="2B1099B8" w14:textId="063FE5A2" w:rsidR="009E286B" w:rsidRDefault="009E286B">
            <w:r>
              <w:t xml:space="preserve">Salaspils 2. Pirmsskola "Ritenītis" — </w:t>
            </w:r>
            <w:r w:rsidRPr="009E286B">
              <w:rPr>
                <w:b/>
              </w:rPr>
              <w:t>1 gab.</w:t>
            </w:r>
          </w:p>
        </w:tc>
        <w:tc>
          <w:tcPr>
            <w:tcW w:w="1418" w:type="dxa"/>
          </w:tcPr>
          <w:p w14:paraId="6C0CBA70" w14:textId="77777777" w:rsidR="009E286B" w:rsidRDefault="009E286B"/>
        </w:tc>
      </w:tr>
      <w:tr w:rsidR="009E286B" w14:paraId="2B1099BE" w14:textId="3F594E14" w:rsidTr="009E286B">
        <w:trPr>
          <w:jc w:val="center"/>
        </w:trPr>
        <w:tc>
          <w:tcPr>
            <w:tcW w:w="737" w:type="dxa"/>
            <w:tcMar>
              <w:top w:w="60" w:type="dxa"/>
              <w:left w:w="70" w:type="dxa"/>
              <w:bottom w:w="60" w:type="dxa"/>
              <w:right w:w="70" w:type="dxa"/>
            </w:tcMar>
            <w:vAlign w:val="center"/>
          </w:tcPr>
          <w:p w14:paraId="2B1099BA" w14:textId="77777777" w:rsidR="009E286B" w:rsidRDefault="009E286B">
            <w:r>
              <w:t>44</w:t>
            </w:r>
          </w:p>
        </w:tc>
        <w:tc>
          <w:tcPr>
            <w:tcW w:w="1952" w:type="dxa"/>
            <w:tcMar>
              <w:top w:w="60" w:type="dxa"/>
              <w:left w:w="70" w:type="dxa"/>
              <w:bottom w:w="60" w:type="dxa"/>
              <w:right w:w="70" w:type="dxa"/>
            </w:tcMar>
            <w:vAlign w:val="center"/>
          </w:tcPr>
          <w:p w14:paraId="2B1099BB" w14:textId="77777777" w:rsidR="009E286B" w:rsidRDefault="009E286B">
            <w:r>
              <w:t>Plaukts</w:t>
            </w:r>
          </w:p>
        </w:tc>
        <w:tc>
          <w:tcPr>
            <w:tcW w:w="5244" w:type="dxa"/>
            <w:tcMar>
              <w:top w:w="60" w:type="dxa"/>
              <w:left w:w="70" w:type="dxa"/>
              <w:bottom w:w="60" w:type="dxa"/>
              <w:right w:w="70" w:type="dxa"/>
            </w:tcMar>
            <w:vAlign w:val="center"/>
          </w:tcPr>
          <w:p w14:paraId="2B1099BC" w14:textId="77777777" w:rsidR="009E286B" w:rsidRDefault="009E286B" w:rsidP="001621AD">
            <w:r>
              <w:t>Plaukts. "Izmēri: Platums 700 mm Dziļums 370 mm Augstums 1970 mm</w:t>
            </w:r>
            <w:r>
              <w:br/>
              <w:t xml:space="preserve"> Laminēta skaidu plātne</w:t>
            </w:r>
            <w:r>
              <w:br/>
              <w:t xml:space="preserve"> Krāsa: buks.</w:t>
            </w:r>
          </w:p>
        </w:tc>
        <w:tc>
          <w:tcPr>
            <w:tcW w:w="1134" w:type="dxa"/>
          </w:tcPr>
          <w:p w14:paraId="1ECBE9A3" w14:textId="77777777" w:rsidR="009E286B" w:rsidRDefault="009E286B"/>
        </w:tc>
        <w:tc>
          <w:tcPr>
            <w:tcW w:w="2410" w:type="dxa"/>
            <w:tcMar>
              <w:top w:w="60" w:type="dxa"/>
              <w:left w:w="70" w:type="dxa"/>
              <w:bottom w:w="60" w:type="dxa"/>
              <w:right w:w="70" w:type="dxa"/>
            </w:tcMar>
            <w:vAlign w:val="center"/>
          </w:tcPr>
          <w:p w14:paraId="2B1099BD" w14:textId="62A99527" w:rsidR="009E286B" w:rsidRDefault="009E286B">
            <w:r>
              <w:t xml:space="preserve">Salaspils 2. Pirmsskola "Ritenītis" — </w:t>
            </w:r>
            <w:r w:rsidRPr="009E286B">
              <w:rPr>
                <w:b/>
              </w:rPr>
              <w:t>2 gab.</w:t>
            </w:r>
          </w:p>
        </w:tc>
        <w:tc>
          <w:tcPr>
            <w:tcW w:w="1418" w:type="dxa"/>
          </w:tcPr>
          <w:p w14:paraId="6015249D" w14:textId="77777777" w:rsidR="009E286B" w:rsidRDefault="009E286B"/>
        </w:tc>
      </w:tr>
      <w:tr w:rsidR="009E286B" w14:paraId="2B1099C3" w14:textId="262A8297" w:rsidTr="009E286B">
        <w:trPr>
          <w:jc w:val="center"/>
        </w:trPr>
        <w:tc>
          <w:tcPr>
            <w:tcW w:w="737" w:type="dxa"/>
            <w:tcMar>
              <w:top w:w="60" w:type="dxa"/>
              <w:left w:w="70" w:type="dxa"/>
              <w:bottom w:w="60" w:type="dxa"/>
              <w:right w:w="70" w:type="dxa"/>
            </w:tcMar>
            <w:vAlign w:val="center"/>
          </w:tcPr>
          <w:p w14:paraId="2B1099BF" w14:textId="77777777" w:rsidR="009E286B" w:rsidRDefault="009E286B">
            <w:r>
              <w:t>45</w:t>
            </w:r>
          </w:p>
        </w:tc>
        <w:tc>
          <w:tcPr>
            <w:tcW w:w="1952" w:type="dxa"/>
            <w:tcMar>
              <w:top w:w="60" w:type="dxa"/>
              <w:left w:w="70" w:type="dxa"/>
              <w:bottom w:w="60" w:type="dxa"/>
              <w:right w:w="70" w:type="dxa"/>
            </w:tcMar>
            <w:vAlign w:val="center"/>
          </w:tcPr>
          <w:p w14:paraId="2B1099C0" w14:textId="77777777" w:rsidR="009E286B" w:rsidRDefault="009E286B">
            <w:r>
              <w:t>Atvilkņu bloks</w:t>
            </w:r>
          </w:p>
        </w:tc>
        <w:tc>
          <w:tcPr>
            <w:tcW w:w="5244" w:type="dxa"/>
            <w:tcMar>
              <w:top w:w="60" w:type="dxa"/>
              <w:left w:w="70" w:type="dxa"/>
              <w:bottom w:w="60" w:type="dxa"/>
              <w:right w:w="70" w:type="dxa"/>
            </w:tcMar>
            <w:vAlign w:val="center"/>
          </w:tcPr>
          <w:p w14:paraId="2B1099C1" w14:textId="77777777" w:rsidR="009E286B" w:rsidRDefault="009E286B" w:rsidP="001621AD">
            <w:r>
              <w:t>Atvilkņu bloks. Materiāls: lamināts</w:t>
            </w:r>
            <w:r>
              <w:br/>
              <w:t xml:space="preserve"> Krāsa: buks. </w:t>
            </w:r>
            <w:r>
              <w:br/>
              <w:t xml:space="preserve"> Izmēri:</w:t>
            </w:r>
            <w:r>
              <w:br/>
              <w:t xml:space="preserve"> Augstums: 62 cm</w:t>
            </w:r>
            <w:r>
              <w:br/>
              <w:t xml:space="preserve"> Platums: 43 cm</w:t>
            </w:r>
            <w:r>
              <w:br/>
              <w:t xml:space="preserve"> Dziļums: 55 cm</w:t>
            </w:r>
          </w:p>
        </w:tc>
        <w:tc>
          <w:tcPr>
            <w:tcW w:w="1134" w:type="dxa"/>
          </w:tcPr>
          <w:p w14:paraId="0E349E6E" w14:textId="77777777" w:rsidR="009E286B" w:rsidRDefault="009E286B"/>
        </w:tc>
        <w:tc>
          <w:tcPr>
            <w:tcW w:w="2410" w:type="dxa"/>
            <w:tcMar>
              <w:top w:w="60" w:type="dxa"/>
              <w:left w:w="70" w:type="dxa"/>
              <w:bottom w:w="60" w:type="dxa"/>
              <w:right w:w="70" w:type="dxa"/>
            </w:tcMar>
            <w:vAlign w:val="center"/>
          </w:tcPr>
          <w:p w14:paraId="2B1099C2" w14:textId="0FCEDE58" w:rsidR="009E286B" w:rsidRDefault="009E286B">
            <w:r>
              <w:t xml:space="preserve">Salaspils 2. Pirmsskola "Ritenītis" — </w:t>
            </w:r>
            <w:r w:rsidRPr="009E286B">
              <w:rPr>
                <w:b/>
              </w:rPr>
              <w:t>1 gab.</w:t>
            </w:r>
          </w:p>
        </w:tc>
        <w:tc>
          <w:tcPr>
            <w:tcW w:w="1418" w:type="dxa"/>
          </w:tcPr>
          <w:p w14:paraId="47E08F61" w14:textId="77777777" w:rsidR="009E286B" w:rsidRDefault="009E286B"/>
        </w:tc>
      </w:tr>
      <w:tr w:rsidR="009E286B" w14:paraId="2B1099C8" w14:textId="0CE962BE" w:rsidTr="009E286B">
        <w:trPr>
          <w:jc w:val="center"/>
        </w:trPr>
        <w:tc>
          <w:tcPr>
            <w:tcW w:w="737" w:type="dxa"/>
            <w:tcMar>
              <w:top w:w="60" w:type="dxa"/>
              <w:left w:w="70" w:type="dxa"/>
              <w:bottom w:w="60" w:type="dxa"/>
              <w:right w:w="70" w:type="dxa"/>
            </w:tcMar>
            <w:vAlign w:val="center"/>
          </w:tcPr>
          <w:p w14:paraId="2B1099C4" w14:textId="77777777" w:rsidR="009E286B" w:rsidRDefault="009E286B">
            <w:r>
              <w:t>46</w:t>
            </w:r>
          </w:p>
        </w:tc>
        <w:tc>
          <w:tcPr>
            <w:tcW w:w="1952" w:type="dxa"/>
            <w:tcMar>
              <w:top w:w="60" w:type="dxa"/>
              <w:left w:w="70" w:type="dxa"/>
              <w:bottom w:w="60" w:type="dxa"/>
              <w:right w:w="70" w:type="dxa"/>
            </w:tcMar>
            <w:vAlign w:val="center"/>
          </w:tcPr>
          <w:p w14:paraId="2B1099C5" w14:textId="77777777" w:rsidR="009E286B" w:rsidRDefault="009E286B">
            <w:r>
              <w:t>Kempinga galdi</w:t>
            </w:r>
          </w:p>
        </w:tc>
        <w:tc>
          <w:tcPr>
            <w:tcW w:w="5244" w:type="dxa"/>
            <w:tcMar>
              <w:top w:w="60" w:type="dxa"/>
              <w:left w:w="70" w:type="dxa"/>
              <w:bottom w:w="60" w:type="dxa"/>
              <w:right w:w="70" w:type="dxa"/>
            </w:tcMar>
            <w:vAlign w:val="center"/>
          </w:tcPr>
          <w:p w14:paraId="2FACBF91" w14:textId="77777777" w:rsidR="006C6D89" w:rsidRPr="00406D1C" w:rsidRDefault="006C6D89" w:rsidP="006C6D89">
            <w:pPr>
              <w:jc w:val="both"/>
            </w:pPr>
            <w:r w:rsidRPr="00406D1C">
              <w:t xml:space="preserve">Kempinga galdi. Portatīvais saliekamais galds čemodāns ar 4 krēsliem kempingam. Krāsa- jebkāda. </w:t>
            </w:r>
          </w:p>
          <w:p w14:paraId="2B1099C6" w14:textId="13E61624" w:rsidR="009E286B" w:rsidRPr="00406D1C" w:rsidRDefault="0030757C" w:rsidP="006C6D89">
            <w:pPr>
              <w:jc w:val="both"/>
            </w:pPr>
            <w:r w:rsidRPr="00406D1C">
              <w:t>Galda</w:t>
            </w:r>
            <w:r w:rsidR="006C6D89" w:rsidRPr="00406D1C">
              <w:t xml:space="preserve"> virsma (atvērtā veidā) 120X60cm. Aizvērtā veidā 60X60. Kājas regulējamās no 54 cm – 70cm.</w:t>
            </w:r>
          </w:p>
        </w:tc>
        <w:tc>
          <w:tcPr>
            <w:tcW w:w="1134" w:type="dxa"/>
          </w:tcPr>
          <w:p w14:paraId="299F72C5" w14:textId="77777777" w:rsidR="009E286B" w:rsidRDefault="009E286B"/>
        </w:tc>
        <w:tc>
          <w:tcPr>
            <w:tcW w:w="2410" w:type="dxa"/>
            <w:tcMar>
              <w:top w:w="60" w:type="dxa"/>
              <w:left w:w="70" w:type="dxa"/>
              <w:bottom w:w="60" w:type="dxa"/>
              <w:right w:w="70" w:type="dxa"/>
            </w:tcMar>
            <w:vAlign w:val="center"/>
          </w:tcPr>
          <w:p w14:paraId="2B1099C7" w14:textId="13AE87E1" w:rsidR="009E286B" w:rsidRDefault="009E286B">
            <w:r>
              <w:t xml:space="preserve">Salaspils 2. Pirmsskola "Ritenītis" — </w:t>
            </w:r>
            <w:r w:rsidRPr="009E286B">
              <w:rPr>
                <w:b/>
              </w:rPr>
              <w:t>4 gab.</w:t>
            </w:r>
          </w:p>
        </w:tc>
        <w:tc>
          <w:tcPr>
            <w:tcW w:w="1418" w:type="dxa"/>
          </w:tcPr>
          <w:p w14:paraId="707DD914" w14:textId="77777777" w:rsidR="009E286B" w:rsidRDefault="009E286B"/>
        </w:tc>
      </w:tr>
      <w:tr w:rsidR="009E286B" w14:paraId="2B1099CD" w14:textId="26FDCE1A" w:rsidTr="009E286B">
        <w:trPr>
          <w:jc w:val="center"/>
        </w:trPr>
        <w:tc>
          <w:tcPr>
            <w:tcW w:w="737" w:type="dxa"/>
            <w:tcMar>
              <w:top w:w="60" w:type="dxa"/>
              <w:left w:w="70" w:type="dxa"/>
              <w:bottom w:w="60" w:type="dxa"/>
              <w:right w:w="70" w:type="dxa"/>
            </w:tcMar>
            <w:vAlign w:val="center"/>
          </w:tcPr>
          <w:p w14:paraId="2B1099C9" w14:textId="77777777" w:rsidR="009E286B" w:rsidRDefault="009E286B">
            <w:r>
              <w:t>47</w:t>
            </w:r>
          </w:p>
        </w:tc>
        <w:tc>
          <w:tcPr>
            <w:tcW w:w="1952" w:type="dxa"/>
            <w:tcMar>
              <w:top w:w="60" w:type="dxa"/>
              <w:left w:w="70" w:type="dxa"/>
              <w:bottom w:w="60" w:type="dxa"/>
              <w:right w:w="70" w:type="dxa"/>
            </w:tcMar>
            <w:vAlign w:val="center"/>
          </w:tcPr>
          <w:p w14:paraId="2B1099CA" w14:textId="77777777" w:rsidR="009E286B" w:rsidRDefault="009E286B">
            <w:r>
              <w:t>Bibliotēka bērniem</w:t>
            </w:r>
          </w:p>
        </w:tc>
        <w:tc>
          <w:tcPr>
            <w:tcW w:w="5244" w:type="dxa"/>
            <w:tcMar>
              <w:top w:w="60" w:type="dxa"/>
              <w:left w:w="70" w:type="dxa"/>
              <w:bottom w:w="60" w:type="dxa"/>
              <w:right w:w="70" w:type="dxa"/>
            </w:tcMar>
            <w:vAlign w:val="center"/>
          </w:tcPr>
          <w:p w14:paraId="2B1099CB" w14:textId="77777777" w:rsidR="009E286B" w:rsidRDefault="009E286B" w:rsidP="001621AD">
            <w:pPr>
              <w:jc w:val="both"/>
            </w:pPr>
            <w:r>
              <w:t xml:space="preserve">Bibliotēka bērniem. "Grāmatu plaukts bērnu grāmatu uzglabāšanai un eksponēšanai. </w:t>
            </w:r>
            <w:r>
              <w:br/>
              <w:t xml:space="preserve"> Konstrukcija nodrošina ērtu un vizuāli pārskatāmu grāmatu izvietojumu, veicinot bērnu patstāvīgu piekļuvi materiāliiem.</w:t>
            </w:r>
            <w:r>
              <w:br/>
              <w:t xml:space="preserve"> Izmēri: Platums: 900 mm; dziļums: 300 mm; augstums: 580 mm</w:t>
            </w:r>
            <w:r>
              <w:br/>
              <w:t xml:space="preserve"> Konstrukcijas apraksts: plaukts sastāv no trīs vertikāli nodalītām sekcijām. Katrā sekcijā izvietoti trīs vai četri slīpi plaukti grāmatu novietošanai ar redzamu priekšējo vāku. Priekšējā daļā paredzēta aizsargbarjera (ierobežotājs), kas novērš grāmatu izkrišanu. Sānu paneļi ir ergonomiski noapaļoti, nodrošinot drošu lietošanu bērniem.</w:t>
            </w:r>
            <w:r>
              <w:br/>
              <w:t xml:space="preserve"> Materiāli un apdare: korpuss: laminēta kokskaidu plātne (LKSP) vai MDF; iespējamais materiāla biezums: 16–18 mm; virsmas apdare: nodilumizturīgs laminējums. Viegli kopjama virsma (mitrā tīrīšana)</w:t>
            </w:r>
            <w:r>
              <w:br/>
              <w:t xml:space="preserve"> Malu apstrāde: ABS maliņa (vismaz 1–2 mm biezumā)</w:t>
            </w:r>
            <w:r>
              <w:br/>
              <w:t xml:space="preserve"> Noapaļoti stūri un malas (atbilstoši bērnu mēbelēm izvirzītajām prasībām)</w:t>
            </w:r>
            <w:r>
              <w:br/>
              <w:t xml:space="preserve"> Netoksiski, bērniem droši materiāli un pārklājumi.</w:t>
            </w:r>
            <w:r>
              <w:br/>
              <w:t xml:space="preserve"> Konstrukcijas stabilitāte (neapgāžama normālos lietošanas apstākļos)</w:t>
            </w:r>
            <w:r>
              <w:br/>
              <w:t xml:space="preserve">  Krāsa: gaišs koka tonis vai balts, iepriekš saskaņojot ar pasūtītāju.</w:t>
            </w:r>
            <w:r>
              <w:br/>
              <w:t xml:space="preserve"> Pamatne: plaukts aprīkots ar stabilu, nepārtrauktu pamatni (cokolu) visā konstrukcijas garumā.</w:t>
            </w:r>
            <w:r>
              <w:br/>
              <w:t xml:space="preserve"> Pamatne nodrošina vienmērīgu slodzes sadalījumu un paaugstinātu stabilitāti.</w:t>
            </w:r>
            <w:r>
              <w:br/>
              <w:t xml:space="preserve"> Pamatnes augstums: ne mazāks kā 20 mm.</w:t>
            </w:r>
            <w:r>
              <w:br/>
              <w:t xml:space="preserve"> Apakšējā daļā paredzēti grīdu neskrāpējoši paliktņi vai regulējamas kājiņas nelīdzenas grīdas kompensēšanai (±10 mm).</w:t>
            </w:r>
            <w:r>
              <w:br/>
              <w:t xml:space="preserve"> </w:t>
            </w:r>
            <w:r>
              <w:br/>
              <w:t xml:space="preserve"> Komplektā jāiekļauj visa nepieciešamā furnitūra un montāžas instrukcija</w:t>
            </w:r>
            <w:r>
              <w:br/>
              <w:t xml:space="preserve"> Montāža un piegāde: piegādājams izjauktā vai samontētā veidā</w:t>
            </w:r>
            <w:r>
              <w:br/>
            </w:r>
          </w:p>
        </w:tc>
        <w:tc>
          <w:tcPr>
            <w:tcW w:w="1134" w:type="dxa"/>
          </w:tcPr>
          <w:p w14:paraId="33B0F217" w14:textId="77777777" w:rsidR="009E286B" w:rsidRDefault="009E286B"/>
        </w:tc>
        <w:tc>
          <w:tcPr>
            <w:tcW w:w="2410" w:type="dxa"/>
            <w:tcMar>
              <w:top w:w="60" w:type="dxa"/>
              <w:left w:w="70" w:type="dxa"/>
              <w:bottom w:w="60" w:type="dxa"/>
              <w:right w:w="70" w:type="dxa"/>
            </w:tcMar>
            <w:vAlign w:val="center"/>
          </w:tcPr>
          <w:p w14:paraId="2B1099CC" w14:textId="6502B399" w:rsidR="009E286B" w:rsidRDefault="009E286B">
            <w:r>
              <w:t xml:space="preserve">Salaspils 2. Pirmsskola "Ritenītis" — </w:t>
            </w:r>
            <w:r w:rsidRPr="009E286B">
              <w:rPr>
                <w:b/>
              </w:rPr>
              <w:t>4 gab.</w:t>
            </w:r>
          </w:p>
        </w:tc>
        <w:tc>
          <w:tcPr>
            <w:tcW w:w="1418" w:type="dxa"/>
          </w:tcPr>
          <w:p w14:paraId="71D87C68" w14:textId="77777777" w:rsidR="009E286B" w:rsidRDefault="009E286B"/>
        </w:tc>
      </w:tr>
      <w:tr w:rsidR="009E286B" w14:paraId="2B1099D2" w14:textId="19298E21" w:rsidTr="009E286B">
        <w:trPr>
          <w:jc w:val="center"/>
        </w:trPr>
        <w:tc>
          <w:tcPr>
            <w:tcW w:w="737" w:type="dxa"/>
            <w:tcMar>
              <w:top w:w="60" w:type="dxa"/>
              <w:left w:w="70" w:type="dxa"/>
              <w:bottom w:w="60" w:type="dxa"/>
              <w:right w:w="70" w:type="dxa"/>
            </w:tcMar>
            <w:vAlign w:val="center"/>
          </w:tcPr>
          <w:p w14:paraId="2B1099CE" w14:textId="77777777" w:rsidR="009E286B" w:rsidRDefault="009E286B">
            <w:r>
              <w:t>48</w:t>
            </w:r>
          </w:p>
        </w:tc>
        <w:tc>
          <w:tcPr>
            <w:tcW w:w="1952" w:type="dxa"/>
            <w:tcMar>
              <w:top w:w="60" w:type="dxa"/>
              <w:left w:w="70" w:type="dxa"/>
              <w:bottom w:w="60" w:type="dxa"/>
              <w:right w:w="70" w:type="dxa"/>
            </w:tcMar>
            <w:vAlign w:val="center"/>
          </w:tcPr>
          <w:p w14:paraId="2B1099CF" w14:textId="77777777" w:rsidR="009E286B" w:rsidRDefault="009E286B">
            <w:r>
              <w:t>Bērnu LEGO aktivitāšu galds</w:t>
            </w:r>
          </w:p>
        </w:tc>
        <w:tc>
          <w:tcPr>
            <w:tcW w:w="5244" w:type="dxa"/>
            <w:tcMar>
              <w:top w:w="60" w:type="dxa"/>
              <w:left w:w="70" w:type="dxa"/>
              <w:bottom w:w="60" w:type="dxa"/>
              <w:right w:w="70" w:type="dxa"/>
            </w:tcMar>
            <w:vAlign w:val="center"/>
          </w:tcPr>
          <w:p w14:paraId="2B1099D0" w14:textId="77777777" w:rsidR="009E286B" w:rsidRDefault="009E286B" w:rsidP="001621AD">
            <w:r>
              <w:t>Bērnu LEGO aktivitāšu galds</w:t>
            </w:r>
            <w:r>
              <w:br/>
              <w:t xml:space="preserve"> Izmēri: galda virsmas izmērs: 850 × 850 mm; galda augstums: 500 mm; centrālā nodalījuma izmērs: 270 × 270 mm; nodalījuma dziļums: 130 mm </w:t>
            </w:r>
            <w:r>
              <w:br/>
              <w:t xml:space="preserve"> Konstrukcijas apraksts: kvadrātveida galds ar stabilu četru kāju konstrukciju. Galda virsmā integrēts centrālais padziļinājums LEGO detaļu uzglabāšanai. </w:t>
            </w:r>
            <w:r>
              <w:br/>
              <w:t xml:space="preserve"> Ap centrālo nodalījumu izvietotas vairākas LEGO pamatnes (plāksnes) konstrukciju veidošanai. </w:t>
            </w:r>
            <w:r>
              <w:br/>
              <w:t xml:space="preserve"> Virsma sadalīta funkcionālās zonās, nodrošinot vienlaicīgu vairāku bērnu darbošanos. </w:t>
            </w:r>
            <w:r>
              <w:br/>
              <w:t xml:space="preserve"> Materiāli un apdare:</w:t>
            </w:r>
            <w:r>
              <w:br/>
              <w:t xml:space="preserve"> Galda virsma: laminēta kokskaidu plātne (LKSP) vai MDF; iespējamais materiāla biezums: 16–18 mm;laminēta kokskaidu plātne (LKSP) </w:t>
            </w:r>
            <w:r>
              <w:br/>
              <w:t xml:space="preserve"> Virsmas pārklājums: nodilumizturīgs, viegli kopjams - viegli kopjama virsma (mitrā tīrīšana).</w:t>
            </w:r>
            <w:r>
              <w:br/>
              <w:t xml:space="preserve"> Malu apstrāde: ABS maliņa (vismaz 1–2 mm biezumā)</w:t>
            </w:r>
            <w:r>
              <w:br/>
              <w:t xml:space="preserve"> Noapaļoti stūri un malas (atbilstoši bērnu mēbelēm izvirzītajām prasībām)</w:t>
            </w:r>
            <w:r>
              <w:br/>
              <w:t xml:space="preserve"> Krāsa: gaišs koka tonis vai balts, iepriekš saskaņojot ar pasūtītāju.</w:t>
            </w:r>
            <w:r>
              <w:br/>
              <w:t xml:space="preserve"> Netoksiski, bērniem droši materiāli un apdares līdzekļi.</w:t>
            </w:r>
            <w:r>
              <w:br/>
              <w:t xml:space="preserve"> Pamatne (konstrukcija/kājiņas): galds aprīkots ar 4 stabilām kājām, kas nodrošina drošu un līdzsvarotu konstrukciju. Kāju materiāls: masīvkoks vai saplāksnis. Kāju šķērsgriezums: ne mazāks kā 40 × 40 mm. </w:t>
            </w:r>
            <w:r>
              <w:br/>
              <w:t xml:space="preserve"> Apakšdaļā iestrādāti grīdu neskrāpējoši uzgaļi. </w:t>
            </w:r>
            <w:r>
              <w:br/>
              <w:t xml:space="preserve"> Komplektā jāiekļauj visa nepieciešamā furnitūra un montāžas instrukcija.</w:t>
            </w:r>
            <w:r>
              <w:br/>
              <w:t xml:space="preserve"> Montāža un piegāde: piegādājams izjauktā vai samontētā veidā.</w:t>
            </w:r>
          </w:p>
        </w:tc>
        <w:tc>
          <w:tcPr>
            <w:tcW w:w="1134" w:type="dxa"/>
          </w:tcPr>
          <w:p w14:paraId="1D8D3FA1" w14:textId="77777777" w:rsidR="009E286B" w:rsidRDefault="009E286B"/>
        </w:tc>
        <w:tc>
          <w:tcPr>
            <w:tcW w:w="2410" w:type="dxa"/>
            <w:tcMar>
              <w:top w:w="60" w:type="dxa"/>
              <w:left w:w="70" w:type="dxa"/>
              <w:bottom w:w="60" w:type="dxa"/>
              <w:right w:w="70" w:type="dxa"/>
            </w:tcMar>
            <w:vAlign w:val="center"/>
          </w:tcPr>
          <w:p w14:paraId="0DE2B442" w14:textId="78CC6781" w:rsidR="009E286B" w:rsidRPr="009E286B" w:rsidRDefault="009E286B">
            <w:pPr>
              <w:rPr>
                <w:b/>
              </w:rPr>
            </w:pPr>
            <w:r w:rsidRPr="009E286B">
              <w:rPr>
                <w:b/>
              </w:rPr>
              <w:t>KOPĀ 5 gab.</w:t>
            </w:r>
          </w:p>
          <w:p w14:paraId="54ABA71D" w14:textId="77777777" w:rsidR="009E286B" w:rsidRDefault="009E286B"/>
          <w:p w14:paraId="2B1099D1" w14:textId="26441959" w:rsidR="009E286B" w:rsidRDefault="009E286B">
            <w:r>
              <w:t>Salaspils 2. Pirmsskola "Ritenītis" — 2 gab.; Salaspils 2. Pirmsskola "7 BERNUDĀRZS" — 3 gab.</w:t>
            </w:r>
          </w:p>
        </w:tc>
        <w:tc>
          <w:tcPr>
            <w:tcW w:w="1418" w:type="dxa"/>
          </w:tcPr>
          <w:p w14:paraId="6A3E54A3" w14:textId="77777777" w:rsidR="009E286B" w:rsidRDefault="009E286B"/>
        </w:tc>
      </w:tr>
      <w:tr w:rsidR="009E286B" w14:paraId="2B1099D7" w14:textId="7441EA72" w:rsidTr="009E286B">
        <w:trPr>
          <w:jc w:val="center"/>
        </w:trPr>
        <w:tc>
          <w:tcPr>
            <w:tcW w:w="737" w:type="dxa"/>
            <w:tcMar>
              <w:top w:w="60" w:type="dxa"/>
              <w:left w:w="70" w:type="dxa"/>
              <w:bottom w:w="60" w:type="dxa"/>
              <w:right w:w="70" w:type="dxa"/>
            </w:tcMar>
            <w:vAlign w:val="center"/>
          </w:tcPr>
          <w:p w14:paraId="2B1099D3" w14:textId="77777777" w:rsidR="009E286B" w:rsidRDefault="009E286B">
            <w:r>
              <w:t>49</w:t>
            </w:r>
          </w:p>
        </w:tc>
        <w:tc>
          <w:tcPr>
            <w:tcW w:w="1952" w:type="dxa"/>
            <w:tcMar>
              <w:top w:w="60" w:type="dxa"/>
              <w:left w:w="70" w:type="dxa"/>
              <w:bottom w:w="60" w:type="dxa"/>
              <w:right w:w="70" w:type="dxa"/>
            </w:tcMar>
            <w:vAlign w:val="center"/>
          </w:tcPr>
          <w:p w14:paraId="2B1099D4" w14:textId="77777777" w:rsidR="009E286B" w:rsidRDefault="009E286B">
            <w:r>
              <w:t>Plaukts</w:t>
            </w:r>
          </w:p>
        </w:tc>
        <w:tc>
          <w:tcPr>
            <w:tcW w:w="5244" w:type="dxa"/>
            <w:tcMar>
              <w:top w:w="60" w:type="dxa"/>
              <w:left w:w="70" w:type="dxa"/>
              <w:bottom w:w="60" w:type="dxa"/>
              <w:right w:w="70" w:type="dxa"/>
            </w:tcMar>
            <w:vAlign w:val="center"/>
          </w:tcPr>
          <w:p w14:paraId="2B1099D5" w14:textId="77777777" w:rsidR="009E286B" w:rsidRDefault="009E286B" w:rsidP="001621AD">
            <w:r>
              <w:t>Plaukts. "Izmēri: Platums 700 mm Dziļums 370 mm Augstums 1230 mm</w:t>
            </w:r>
            <w:r>
              <w:br/>
              <w:t xml:space="preserve"> Laminēta skaidu plātne</w:t>
            </w:r>
            <w:r>
              <w:br/>
              <w:t xml:space="preserve"> Krāsa: buks</w:t>
            </w:r>
          </w:p>
        </w:tc>
        <w:tc>
          <w:tcPr>
            <w:tcW w:w="1134" w:type="dxa"/>
          </w:tcPr>
          <w:p w14:paraId="6D4ABC82" w14:textId="77777777" w:rsidR="009E286B" w:rsidRDefault="009E286B"/>
        </w:tc>
        <w:tc>
          <w:tcPr>
            <w:tcW w:w="2410" w:type="dxa"/>
            <w:tcMar>
              <w:top w:w="60" w:type="dxa"/>
              <w:left w:w="70" w:type="dxa"/>
              <w:bottom w:w="60" w:type="dxa"/>
              <w:right w:w="70" w:type="dxa"/>
            </w:tcMar>
            <w:vAlign w:val="center"/>
          </w:tcPr>
          <w:p w14:paraId="2B1099D6" w14:textId="4ECEC43A" w:rsidR="009E286B" w:rsidRDefault="009E286B">
            <w:r>
              <w:t xml:space="preserve">Salaspils 2. Pirmsskola "Ritenītis" — </w:t>
            </w:r>
            <w:r w:rsidRPr="009E286B">
              <w:rPr>
                <w:b/>
              </w:rPr>
              <w:t>1 gab</w:t>
            </w:r>
            <w:r>
              <w:t>.</w:t>
            </w:r>
          </w:p>
        </w:tc>
        <w:tc>
          <w:tcPr>
            <w:tcW w:w="1418" w:type="dxa"/>
          </w:tcPr>
          <w:p w14:paraId="1FCC1393" w14:textId="77777777" w:rsidR="009E286B" w:rsidRDefault="009E286B"/>
        </w:tc>
      </w:tr>
      <w:tr w:rsidR="009E286B" w14:paraId="2B1099DC" w14:textId="7317A120" w:rsidTr="009E286B">
        <w:trPr>
          <w:jc w:val="center"/>
        </w:trPr>
        <w:tc>
          <w:tcPr>
            <w:tcW w:w="737" w:type="dxa"/>
            <w:tcMar>
              <w:top w:w="60" w:type="dxa"/>
              <w:left w:w="70" w:type="dxa"/>
              <w:bottom w:w="60" w:type="dxa"/>
              <w:right w:w="70" w:type="dxa"/>
            </w:tcMar>
            <w:vAlign w:val="center"/>
          </w:tcPr>
          <w:p w14:paraId="2B1099D8" w14:textId="77777777" w:rsidR="009E286B" w:rsidRDefault="009E286B">
            <w:r>
              <w:t>50</w:t>
            </w:r>
          </w:p>
        </w:tc>
        <w:tc>
          <w:tcPr>
            <w:tcW w:w="1952" w:type="dxa"/>
            <w:tcMar>
              <w:top w:w="60" w:type="dxa"/>
              <w:left w:w="70" w:type="dxa"/>
              <w:bottom w:w="60" w:type="dxa"/>
              <w:right w:w="70" w:type="dxa"/>
            </w:tcMar>
            <w:vAlign w:val="center"/>
          </w:tcPr>
          <w:p w14:paraId="2B1099D9" w14:textId="77777777" w:rsidR="009E286B" w:rsidRDefault="009E286B">
            <w:r>
              <w:t>Mēbeles (5.gr.) “Koka veikals – teātris”</w:t>
            </w:r>
          </w:p>
        </w:tc>
        <w:tc>
          <w:tcPr>
            <w:tcW w:w="5244" w:type="dxa"/>
            <w:tcMar>
              <w:top w:w="60" w:type="dxa"/>
              <w:left w:w="70" w:type="dxa"/>
              <w:bottom w:w="60" w:type="dxa"/>
              <w:right w:w="70" w:type="dxa"/>
            </w:tcMar>
            <w:vAlign w:val="center"/>
          </w:tcPr>
          <w:p w14:paraId="2B1099DA" w14:textId="77777777" w:rsidR="009E286B" w:rsidRDefault="009E286B" w:rsidP="001621AD">
            <w:r>
              <w:t>Koka veikals - teātris.</w:t>
            </w:r>
            <w:r>
              <w:br/>
              <w:t>Piemērots bērniem no 3 gadu vecuma.</w:t>
            </w:r>
            <w:r>
              <w:br/>
              <w:t>Izmēri: 125 x 66 x 29 cm.</w:t>
            </w:r>
          </w:p>
        </w:tc>
        <w:tc>
          <w:tcPr>
            <w:tcW w:w="1134" w:type="dxa"/>
          </w:tcPr>
          <w:p w14:paraId="08803A78" w14:textId="77777777" w:rsidR="009E286B" w:rsidRDefault="009E286B"/>
        </w:tc>
        <w:tc>
          <w:tcPr>
            <w:tcW w:w="2410" w:type="dxa"/>
            <w:tcMar>
              <w:top w:w="60" w:type="dxa"/>
              <w:left w:w="70" w:type="dxa"/>
              <w:bottom w:w="60" w:type="dxa"/>
              <w:right w:w="70" w:type="dxa"/>
            </w:tcMar>
            <w:vAlign w:val="center"/>
          </w:tcPr>
          <w:p w14:paraId="2B1099DB" w14:textId="672EC674" w:rsidR="009E286B" w:rsidRDefault="009E286B">
            <w:r>
              <w:t xml:space="preserve">Salaspils 2. Pirmsskola "Ritenītis" — </w:t>
            </w:r>
            <w:r w:rsidRPr="009E286B">
              <w:rPr>
                <w:b/>
              </w:rPr>
              <w:t>1 gab.</w:t>
            </w:r>
          </w:p>
        </w:tc>
        <w:tc>
          <w:tcPr>
            <w:tcW w:w="1418" w:type="dxa"/>
          </w:tcPr>
          <w:p w14:paraId="6C8D47B3" w14:textId="77777777" w:rsidR="009E286B" w:rsidRDefault="009E286B"/>
        </w:tc>
      </w:tr>
      <w:tr w:rsidR="009E286B" w14:paraId="2B1099E1" w14:textId="0304A0A2" w:rsidTr="009E286B">
        <w:trPr>
          <w:jc w:val="center"/>
        </w:trPr>
        <w:tc>
          <w:tcPr>
            <w:tcW w:w="737" w:type="dxa"/>
            <w:tcMar>
              <w:top w:w="60" w:type="dxa"/>
              <w:left w:w="70" w:type="dxa"/>
              <w:bottom w:w="60" w:type="dxa"/>
              <w:right w:w="70" w:type="dxa"/>
            </w:tcMar>
            <w:vAlign w:val="center"/>
          </w:tcPr>
          <w:p w14:paraId="2B1099DD" w14:textId="77777777" w:rsidR="009E286B" w:rsidRDefault="009E286B">
            <w:r>
              <w:t>51</w:t>
            </w:r>
          </w:p>
        </w:tc>
        <w:tc>
          <w:tcPr>
            <w:tcW w:w="1952" w:type="dxa"/>
            <w:tcMar>
              <w:top w:w="60" w:type="dxa"/>
              <w:left w:w="70" w:type="dxa"/>
              <w:bottom w:w="60" w:type="dxa"/>
              <w:right w:w="70" w:type="dxa"/>
            </w:tcMar>
            <w:vAlign w:val="center"/>
          </w:tcPr>
          <w:p w14:paraId="2B1099DE" w14:textId="77777777" w:rsidR="009E286B" w:rsidRDefault="009E286B">
            <w:r>
              <w:t>Mēbeles (5.gr.) “Plauktu komplekts ar auto ceļu”</w:t>
            </w:r>
          </w:p>
        </w:tc>
        <w:tc>
          <w:tcPr>
            <w:tcW w:w="5244" w:type="dxa"/>
            <w:tcMar>
              <w:top w:w="60" w:type="dxa"/>
              <w:left w:w="70" w:type="dxa"/>
              <w:bottom w:w="60" w:type="dxa"/>
              <w:right w:w="70" w:type="dxa"/>
            </w:tcMar>
            <w:vAlign w:val="center"/>
          </w:tcPr>
          <w:p w14:paraId="2B1099DF" w14:textId="77777777" w:rsidR="009E286B" w:rsidRDefault="009E286B" w:rsidP="001621AD">
            <w:r>
              <w:t>Plauktu komplekts ar auto ceļu.</w:t>
            </w:r>
            <w:r>
              <w:br/>
              <w:t xml:space="preserve">  Izmēri: 199,4 x 110,3 x 65,5 cm</w:t>
            </w:r>
            <w:r>
              <w:br/>
              <w:t xml:space="preserve"> Komplekta garums: 1,994 m</w:t>
            </w:r>
          </w:p>
        </w:tc>
        <w:tc>
          <w:tcPr>
            <w:tcW w:w="1134" w:type="dxa"/>
          </w:tcPr>
          <w:p w14:paraId="1F3BD1E5" w14:textId="77777777" w:rsidR="009E286B" w:rsidRDefault="009E286B"/>
        </w:tc>
        <w:tc>
          <w:tcPr>
            <w:tcW w:w="2410" w:type="dxa"/>
            <w:tcMar>
              <w:top w:w="60" w:type="dxa"/>
              <w:left w:w="70" w:type="dxa"/>
              <w:bottom w:w="60" w:type="dxa"/>
              <w:right w:w="70" w:type="dxa"/>
            </w:tcMar>
            <w:vAlign w:val="center"/>
          </w:tcPr>
          <w:p w14:paraId="2B1099E0" w14:textId="3A4FB768" w:rsidR="009E286B" w:rsidRDefault="009E286B">
            <w:r>
              <w:t xml:space="preserve">Salaspils 2. Pirmsskola "Ritenītis" — </w:t>
            </w:r>
            <w:r w:rsidRPr="009E286B">
              <w:rPr>
                <w:b/>
              </w:rPr>
              <w:t>1 gab.</w:t>
            </w:r>
          </w:p>
        </w:tc>
        <w:tc>
          <w:tcPr>
            <w:tcW w:w="1418" w:type="dxa"/>
          </w:tcPr>
          <w:p w14:paraId="63930B0A" w14:textId="77777777" w:rsidR="009E286B" w:rsidRDefault="009E286B"/>
        </w:tc>
      </w:tr>
      <w:tr w:rsidR="009E286B" w14:paraId="2B1099F2" w14:textId="1B1B7493" w:rsidTr="009E286B">
        <w:trPr>
          <w:jc w:val="center"/>
        </w:trPr>
        <w:tc>
          <w:tcPr>
            <w:tcW w:w="737" w:type="dxa"/>
          </w:tcPr>
          <w:p w14:paraId="2B1099E2" w14:textId="77777777" w:rsidR="009E286B" w:rsidRDefault="009E286B">
            <w:r>
              <w:t>52</w:t>
            </w:r>
          </w:p>
        </w:tc>
        <w:tc>
          <w:tcPr>
            <w:tcW w:w="1952" w:type="dxa"/>
          </w:tcPr>
          <w:p w14:paraId="2B1099E3" w14:textId="77777777" w:rsidR="009E286B" w:rsidRDefault="009E286B">
            <w:r>
              <w:t>Skolēnu galds</w:t>
            </w:r>
          </w:p>
        </w:tc>
        <w:tc>
          <w:tcPr>
            <w:tcW w:w="5244" w:type="dxa"/>
          </w:tcPr>
          <w:p w14:paraId="2B1099E4" w14:textId="77777777" w:rsidR="009E286B" w:rsidRDefault="009E286B" w:rsidP="001621AD">
            <w:pPr>
              <w:jc w:val="both"/>
            </w:pPr>
            <w:r>
              <w:t>Vienvietīgs galds ar noapaļotiem stūriem MSA</w:t>
            </w:r>
          </w:p>
          <w:p w14:paraId="2B1099E5" w14:textId="77777777" w:rsidR="009E286B" w:rsidRDefault="009E286B" w:rsidP="001621AD">
            <w:pPr>
              <w:jc w:val="both"/>
            </w:pPr>
            <w:r>
              <w:t xml:space="preserve">  </w:t>
            </w:r>
          </w:p>
          <w:p w14:paraId="2B1099E6" w14:textId="77777777" w:rsidR="009E286B" w:rsidRDefault="009E286B" w:rsidP="001621AD">
            <w:pPr>
              <w:jc w:val="both"/>
            </w:pPr>
            <w:r>
              <w:t xml:space="preserve"> Galda augstuma grupa:</w:t>
            </w:r>
          </w:p>
          <w:p w14:paraId="2B1099E7" w14:textId="77777777" w:rsidR="009E286B" w:rsidRDefault="009E286B" w:rsidP="001621AD">
            <w:pPr>
              <w:jc w:val="both"/>
            </w:pPr>
            <w:r>
              <w:t xml:space="preserve"> 4.-6.augstuma grupa (bērniem ar augumu 125-188 cm) vai 2.-4.augstuma grupa (bērniem ar augumu 95-155 cm)</w:t>
            </w:r>
          </w:p>
          <w:p w14:paraId="2B1099E8" w14:textId="77777777" w:rsidR="009E286B" w:rsidRDefault="009E286B" w:rsidP="001621AD">
            <w:pPr>
              <w:jc w:val="both"/>
            </w:pPr>
            <w:r>
              <w:t xml:space="preserve"> Galda virsma:</w:t>
            </w:r>
          </w:p>
          <w:p w14:paraId="2B1099E9" w14:textId="77777777" w:rsidR="009E286B" w:rsidRDefault="009E286B" w:rsidP="001621AD">
            <w:pPr>
              <w:jc w:val="both"/>
            </w:pPr>
            <w:r>
              <w:t xml:space="preserve"> No viengabala, laminēta kokskaidu (LKSP) plātne (virsmas biezums - 25 mm) vai kompakta blīvuma kokšķiedru plātnes (CDF) panelis (virsmas biezums - 16 mm).Virsmas krāsa - gaiša koka imitācija. Galda virsmas malu apdare – 2 mm bieza ABS mala, virsma – taisnstūra formas, ar noapaļotiem stūriem, galda virsmas stiprinājums pie galda kājām/rāmja ar neaurējošam skrūvēm (lai nav redzamas skrūves)</w:t>
            </w:r>
          </w:p>
          <w:p w14:paraId="2B1099EA" w14:textId="77777777" w:rsidR="009E286B" w:rsidRDefault="009E286B" w:rsidP="001621AD">
            <w:pPr>
              <w:jc w:val="both"/>
            </w:pPr>
            <w:r>
              <w:t xml:space="preserve"> Galda virsmas izmēri: 700 x 500 mm.</w:t>
            </w:r>
          </w:p>
          <w:p w14:paraId="2B1099EB" w14:textId="77777777" w:rsidR="009E286B" w:rsidRDefault="009E286B" w:rsidP="001621AD">
            <w:pPr>
              <w:jc w:val="both"/>
            </w:pPr>
            <w:r>
              <w:t xml:space="preserve"> Galda augstums: regulējams, 3 dažādos augstumos 640 un 710 un 760 mm vai regulējams, 3 dažādos augstumos 530 un 590 un 640 mm.</w:t>
            </w:r>
          </w:p>
          <w:p w14:paraId="2B1099EC" w14:textId="77777777" w:rsidR="009E286B" w:rsidRDefault="009E286B" w:rsidP="001621AD">
            <w:pPr>
              <w:jc w:val="both"/>
            </w:pPr>
            <w:r>
              <w:t xml:space="preserve"> Vienam skolniekam atvēlētais galda dziļums (platums): 500 mm.</w:t>
            </w:r>
          </w:p>
          <w:p w14:paraId="2B1099ED" w14:textId="77777777" w:rsidR="009E286B" w:rsidRDefault="009E286B" w:rsidP="001621AD">
            <w:pPr>
              <w:jc w:val="both"/>
            </w:pPr>
            <w:r>
              <w:t xml:space="preserve"> Galda laukums 1 skolniekam: 0,30m2.</w:t>
            </w:r>
          </w:p>
          <w:p w14:paraId="2B1099EE" w14:textId="77777777" w:rsidR="009E286B" w:rsidRDefault="009E286B" w:rsidP="001621AD">
            <w:pPr>
              <w:jc w:val="both"/>
            </w:pPr>
            <w:r>
              <w:t xml:space="preserve"> Galda kājas ar plastmasas korķiem:</w:t>
            </w:r>
          </w:p>
          <w:p w14:paraId="2B1099EF" w14:textId="77777777" w:rsidR="009E286B" w:rsidRDefault="009E286B" w:rsidP="001621AD">
            <w:pPr>
              <w:jc w:val="both"/>
            </w:pPr>
            <w:r>
              <w:t xml:space="preserve"> L veida kājas (savstarpēji savienotas ar metāla rāmi (metāla stieni/cauruli), kas iet zem galda virsmas un savieno pretējās galda kājas, metāla, kāju d= 22 mm, metāla sieniņas biezums ne mazāks kā 1,5 mm, savienotas ar metāla stieni/cauruli, kas iet zem galda virsmas un savieno pretējās galda kājas, ar polimēra, dekoratīviem aizsarguzgaļiem, kas pasargā pret grīdas skrāpēšanu, pelēkas, savstarpēji saskaņojot ar pircēju, pulverkrāsots.</w:t>
            </w:r>
          </w:p>
          <w:p w14:paraId="2B1099F0" w14:textId="77777777" w:rsidR="009E286B" w:rsidRDefault="009E286B" w:rsidP="001621AD">
            <w:pPr>
              <w:jc w:val="both"/>
            </w:pPr>
            <w:r>
              <w:t xml:space="preserve"> Āķītis skolas somu novietošanai. https://www.greendesign.lv/lv/katalogs/preces_skolam/regulejuma_augstuma_galdi_un_kresli_skoleniem/1098_vienvietigs-galds-ar-noapalotiem-sturiem-msaRegulējams skolēnu galds atbilstoši EN 1729.</w:t>
            </w:r>
          </w:p>
        </w:tc>
        <w:tc>
          <w:tcPr>
            <w:tcW w:w="1134" w:type="dxa"/>
          </w:tcPr>
          <w:p w14:paraId="18F3A6CC" w14:textId="77777777" w:rsidR="009E286B" w:rsidRPr="004F525D" w:rsidRDefault="009E286B"/>
        </w:tc>
        <w:tc>
          <w:tcPr>
            <w:tcW w:w="2410" w:type="dxa"/>
          </w:tcPr>
          <w:p w14:paraId="2B1099F1" w14:textId="54F0121C" w:rsidR="009E286B" w:rsidRPr="002C113E" w:rsidRDefault="009E286B">
            <w:pPr>
              <w:rPr>
                <w:color w:val="FF0000"/>
              </w:rPr>
            </w:pPr>
            <w:r w:rsidRPr="004F525D">
              <w:t xml:space="preserve">Pamatskola — </w:t>
            </w:r>
            <w:r w:rsidRPr="009E286B">
              <w:rPr>
                <w:b/>
              </w:rPr>
              <w:t>30 gab.</w:t>
            </w:r>
          </w:p>
        </w:tc>
        <w:tc>
          <w:tcPr>
            <w:tcW w:w="1418" w:type="dxa"/>
          </w:tcPr>
          <w:p w14:paraId="0753F223" w14:textId="77777777" w:rsidR="009E286B" w:rsidRPr="004F525D" w:rsidRDefault="009E286B"/>
        </w:tc>
      </w:tr>
      <w:tr w:rsidR="009E286B" w14:paraId="2B109A0B" w14:textId="3A7CEE2D" w:rsidTr="009E286B">
        <w:trPr>
          <w:jc w:val="center"/>
        </w:trPr>
        <w:tc>
          <w:tcPr>
            <w:tcW w:w="737" w:type="dxa"/>
          </w:tcPr>
          <w:p w14:paraId="2B1099F3" w14:textId="77777777" w:rsidR="009E286B" w:rsidRDefault="009E286B">
            <w:r>
              <w:t>53</w:t>
            </w:r>
          </w:p>
        </w:tc>
        <w:tc>
          <w:tcPr>
            <w:tcW w:w="1952" w:type="dxa"/>
          </w:tcPr>
          <w:p w14:paraId="2B1099F4" w14:textId="1595DB81" w:rsidR="009E286B" w:rsidRDefault="006C6D89">
            <w:r>
              <w:t>Divvietīgs skolnieku komplekts</w:t>
            </w:r>
          </w:p>
        </w:tc>
        <w:tc>
          <w:tcPr>
            <w:tcW w:w="5244" w:type="dxa"/>
          </w:tcPr>
          <w:p w14:paraId="2B1099F5" w14:textId="77777777" w:rsidR="009E286B" w:rsidRDefault="009E286B" w:rsidP="001621AD">
            <w:pPr>
              <w:jc w:val="both"/>
            </w:pPr>
            <w:r>
              <w:t xml:space="preserve">Divvietīgs skolnieka komplekts OV2A </w:t>
            </w:r>
          </w:p>
          <w:p w14:paraId="2B1099F6" w14:textId="77777777" w:rsidR="009E286B" w:rsidRDefault="009E286B" w:rsidP="001621AD">
            <w:pPr>
              <w:jc w:val="both"/>
            </w:pPr>
            <w:r>
              <w:t xml:space="preserve"> Galda virsma , krēsls un atzveltne viena tonī (buks)  </w:t>
            </w:r>
          </w:p>
          <w:p w14:paraId="2B1099F7" w14:textId="77777777" w:rsidR="009E286B" w:rsidRDefault="009E286B" w:rsidP="001621AD">
            <w:pPr>
              <w:jc w:val="both"/>
            </w:pPr>
            <w:r>
              <w:t xml:space="preserve">  Mēbeles izmērs:  (4-7)</w:t>
            </w:r>
          </w:p>
          <w:p w14:paraId="2B1099F8" w14:textId="77777777" w:rsidR="009E286B" w:rsidRDefault="009E286B" w:rsidP="001621AD">
            <w:pPr>
              <w:jc w:val="both"/>
            </w:pPr>
            <w:r>
              <w:t xml:space="preserve">  Izmēri:</w:t>
            </w:r>
          </w:p>
          <w:p w14:paraId="2B1099F9" w14:textId="77777777" w:rsidR="009E286B" w:rsidRDefault="009E286B" w:rsidP="001621AD">
            <w:pPr>
              <w:jc w:val="both"/>
            </w:pPr>
            <w:r>
              <w:t xml:space="preserve"> Galds: Platums 1200 mm, Dziļums 500 mm,  Augstums 640-820 mm   </w:t>
            </w:r>
          </w:p>
          <w:p w14:paraId="2B1099FA" w14:textId="77777777" w:rsidR="009E286B" w:rsidRDefault="009E286B" w:rsidP="001621AD">
            <w:pPr>
              <w:jc w:val="both"/>
            </w:pPr>
            <w:r>
              <w:t xml:space="preserve">  Galda virsma izgatavota no 18 mm biezas LKSP kas aplīmēta ar 2 mm ABS maliņu.</w:t>
            </w:r>
          </w:p>
          <w:p w14:paraId="2B1099FB" w14:textId="77777777" w:rsidR="009E286B" w:rsidRDefault="009E286B" w:rsidP="001621AD">
            <w:pPr>
              <w:jc w:val="both"/>
            </w:pPr>
            <w:r>
              <w:t xml:space="preserve"> Plaukts un panelis ir no 16 mm LKSP un aplīmēts ar 0.5 mm ABS maliņu.</w:t>
            </w:r>
          </w:p>
          <w:p w14:paraId="2B1099FC" w14:textId="77777777" w:rsidR="009E286B" w:rsidRDefault="009E286B" w:rsidP="001621AD">
            <w:pPr>
              <w:jc w:val="both"/>
            </w:pPr>
            <w:r>
              <w:t xml:space="preserve"> No abām pusēm ir pakaramie āķīši.</w:t>
            </w:r>
          </w:p>
          <w:p w14:paraId="2B1099FD" w14:textId="77777777" w:rsidR="009E286B" w:rsidRDefault="009E286B" w:rsidP="001621AD">
            <w:pPr>
              <w:jc w:val="both"/>
            </w:pPr>
            <w:r>
              <w:t xml:space="preserve"> Rāmis izgatavots no ļoti izturīgas plakanās caurules.</w:t>
            </w:r>
          </w:p>
          <w:p w14:paraId="2B1099FE" w14:textId="77777777" w:rsidR="009E286B" w:rsidRDefault="009E286B" w:rsidP="001621AD">
            <w:pPr>
              <w:jc w:val="both"/>
            </w:pPr>
            <w:r>
              <w:t xml:space="preserve">  </w:t>
            </w:r>
          </w:p>
          <w:p w14:paraId="2B1099FF" w14:textId="77777777" w:rsidR="009E286B" w:rsidRDefault="009E286B" w:rsidP="001621AD">
            <w:pPr>
              <w:jc w:val="both"/>
            </w:pPr>
            <w:r>
              <w:t xml:space="preserve"> Krēsls:  Platums 390mm, Dziļums 440 mm, Augstums sedekļa 380-500mm, Sēdes izmēri 380x350</w:t>
            </w:r>
          </w:p>
          <w:p w14:paraId="2B109A00" w14:textId="77777777" w:rsidR="009E286B" w:rsidRDefault="009E286B" w:rsidP="001621AD">
            <w:pPr>
              <w:jc w:val="both"/>
            </w:pPr>
            <w:r>
              <w:t xml:space="preserve">  </w:t>
            </w:r>
          </w:p>
          <w:p w14:paraId="2B109A01" w14:textId="77777777" w:rsidR="009E286B" w:rsidRDefault="009E286B" w:rsidP="001621AD">
            <w:pPr>
              <w:jc w:val="both"/>
            </w:pPr>
            <w:r>
              <w:t xml:space="preserve"> Krēsla sēdvieta un atzveltne izgatavota no augstas kvalitātes finiera, kas pārklāts ar HPL plastikātu, kas paildzina krēslu kalpošanas laiku.</w:t>
            </w:r>
          </w:p>
          <w:p w14:paraId="2B109A02" w14:textId="77777777" w:rsidR="009E286B" w:rsidRDefault="009E286B" w:rsidP="001621AD">
            <w:pPr>
              <w:jc w:val="both"/>
            </w:pPr>
            <w:r>
              <w:t xml:space="preserve"> HPL pārklājums 0.4 - 0.5 mm biezumā.</w:t>
            </w:r>
          </w:p>
          <w:p w14:paraId="2B109A03" w14:textId="77777777" w:rsidR="009E286B" w:rsidRDefault="009E286B" w:rsidP="001621AD">
            <w:pPr>
              <w:jc w:val="both"/>
            </w:pPr>
            <w:r>
              <w:t xml:space="preserve"> Kvalitatīvs finieris 8 - 9 mm biezumā.</w:t>
            </w:r>
          </w:p>
          <w:p w14:paraId="2B109A04" w14:textId="77777777" w:rsidR="009E286B" w:rsidRDefault="009E286B" w:rsidP="001621AD">
            <w:pPr>
              <w:jc w:val="both"/>
            </w:pPr>
            <w:r>
              <w:t xml:space="preserve"> Jauna krēslu stiprinājumu sistēma, kas ir īpaši saudzīga pret apģērbu.</w:t>
            </w:r>
          </w:p>
          <w:p w14:paraId="2B109A05" w14:textId="77777777" w:rsidR="009E286B" w:rsidRDefault="009E286B" w:rsidP="001621AD">
            <w:pPr>
              <w:jc w:val="both"/>
            </w:pPr>
            <w:r>
              <w:t xml:space="preserve"> Īpaši izturīgi krēslu uzgaļi, kas uzlabo krēsla stabilitāti.</w:t>
            </w:r>
          </w:p>
          <w:p w14:paraId="2B109A06" w14:textId="77777777" w:rsidR="009E286B" w:rsidRDefault="009E286B" w:rsidP="001621AD">
            <w:pPr>
              <w:jc w:val="both"/>
            </w:pPr>
            <w:r>
              <w:t xml:space="preserve"> Rāmis krāsots ar pulverveida krāsu.</w:t>
            </w:r>
          </w:p>
          <w:p w14:paraId="2B109A07" w14:textId="77777777" w:rsidR="009E286B" w:rsidRDefault="009E286B" w:rsidP="001621AD">
            <w:pPr>
              <w:jc w:val="both"/>
            </w:pPr>
            <w:r>
              <w:t xml:space="preserve"> Krēsla konstrukcija atļauj izvairīties no šūpošanās un čīkstēšanas.</w:t>
            </w:r>
          </w:p>
          <w:p w14:paraId="2B109A08" w14:textId="77777777" w:rsidR="009E286B" w:rsidRDefault="009E286B" w:rsidP="001621AD">
            <w:pPr>
              <w:jc w:val="both"/>
            </w:pPr>
            <w:r>
              <w:t xml:space="preserve"> Regulējams augstums.</w:t>
            </w:r>
          </w:p>
          <w:p w14:paraId="2B109A09" w14:textId="77777777" w:rsidR="009E286B" w:rsidRDefault="009E286B" w:rsidP="001621AD">
            <w:pPr>
              <w:jc w:val="both"/>
            </w:pPr>
            <w:r>
              <w:t xml:space="preserve"> Rāmis izgatavots no ļoti izturīgas plakanās caurules. https://www.greendesign.lv/lv/katalogs/preces_skolam/moderni_nuna__skolenu_galdi_un_kresli/2688_divvietigs-skolnieka-komplekts-ov2a</w:t>
            </w:r>
          </w:p>
        </w:tc>
        <w:tc>
          <w:tcPr>
            <w:tcW w:w="1134" w:type="dxa"/>
          </w:tcPr>
          <w:p w14:paraId="3BAF33BD" w14:textId="77777777" w:rsidR="009E286B" w:rsidRPr="004F525D" w:rsidRDefault="009E286B" w:rsidP="004F525D"/>
        </w:tc>
        <w:tc>
          <w:tcPr>
            <w:tcW w:w="2410" w:type="dxa"/>
          </w:tcPr>
          <w:p w14:paraId="2B109A0A" w14:textId="5652A5CB" w:rsidR="009E286B" w:rsidRPr="002C113E" w:rsidRDefault="009E286B" w:rsidP="004F525D">
            <w:pPr>
              <w:rPr>
                <w:color w:val="FF0000"/>
              </w:rPr>
            </w:pPr>
            <w:r w:rsidRPr="004F525D">
              <w:t xml:space="preserve">Pamatskola — </w:t>
            </w:r>
            <w:r w:rsidRPr="009E286B">
              <w:rPr>
                <w:b/>
              </w:rPr>
              <w:t>30 gab</w:t>
            </w:r>
          </w:p>
        </w:tc>
        <w:tc>
          <w:tcPr>
            <w:tcW w:w="1418" w:type="dxa"/>
          </w:tcPr>
          <w:p w14:paraId="65C9F66F" w14:textId="77777777" w:rsidR="009E286B" w:rsidRPr="004F525D" w:rsidRDefault="009E286B" w:rsidP="004F525D"/>
        </w:tc>
      </w:tr>
      <w:tr w:rsidR="009E286B" w14:paraId="2B109A15" w14:textId="0FFFE21C" w:rsidTr="009E286B">
        <w:trPr>
          <w:jc w:val="center"/>
        </w:trPr>
        <w:tc>
          <w:tcPr>
            <w:tcW w:w="737" w:type="dxa"/>
          </w:tcPr>
          <w:p w14:paraId="2B109A0C" w14:textId="77777777" w:rsidR="009E286B" w:rsidRDefault="009E286B">
            <w:r>
              <w:t>54</w:t>
            </w:r>
          </w:p>
        </w:tc>
        <w:tc>
          <w:tcPr>
            <w:tcW w:w="1952" w:type="dxa"/>
          </w:tcPr>
          <w:p w14:paraId="2B109A0D" w14:textId="77777777" w:rsidR="009E286B" w:rsidRDefault="009E286B">
            <w:r>
              <w:t>Skapis apģērbam</w:t>
            </w:r>
          </w:p>
        </w:tc>
        <w:tc>
          <w:tcPr>
            <w:tcW w:w="5244" w:type="dxa"/>
          </w:tcPr>
          <w:p w14:paraId="2B109A0E" w14:textId="77777777" w:rsidR="009E286B" w:rsidRDefault="009E286B" w:rsidP="001621AD">
            <w:pPr>
              <w:jc w:val="both"/>
            </w:pPr>
            <w:r>
              <w:t>Skapis apģērbam</w:t>
            </w:r>
          </w:p>
          <w:p w14:paraId="2B109A0F" w14:textId="77777777" w:rsidR="009E286B" w:rsidRDefault="009E286B" w:rsidP="001621AD">
            <w:pPr>
              <w:jc w:val="both"/>
            </w:pPr>
            <w:r>
              <w:t>Platums: 402 mm.</w:t>
            </w:r>
          </w:p>
          <w:p w14:paraId="2B109A10" w14:textId="77777777" w:rsidR="009E286B" w:rsidRDefault="009E286B" w:rsidP="001621AD">
            <w:pPr>
              <w:jc w:val="both"/>
            </w:pPr>
            <w:r>
              <w:t>Dziļums: 519 mm.</w:t>
            </w:r>
          </w:p>
          <w:p w14:paraId="2B109A11" w14:textId="77777777" w:rsidR="009E286B" w:rsidRDefault="009E286B" w:rsidP="001621AD">
            <w:pPr>
              <w:jc w:val="both"/>
            </w:pPr>
            <w:r>
              <w:t>Augstums: 1816 mm.</w:t>
            </w:r>
          </w:p>
          <w:p w14:paraId="2B109A12" w14:textId="77777777" w:rsidR="009E286B" w:rsidRDefault="009E286B" w:rsidP="001621AD">
            <w:pPr>
              <w:jc w:val="both"/>
            </w:pPr>
            <w:r>
              <w:t>Korpuss-buks!</w:t>
            </w:r>
          </w:p>
          <w:p w14:paraId="2B109A13" w14:textId="77777777" w:rsidR="009E286B" w:rsidRDefault="009E286B" w:rsidP="001621AD">
            <w:pPr>
              <w:jc w:val="both"/>
            </w:pPr>
          </w:p>
        </w:tc>
        <w:tc>
          <w:tcPr>
            <w:tcW w:w="1134" w:type="dxa"/>
          </w:tcPr>
          <w:p w14:paraId="57296ECD" w14:textId="77777777" w:rsidR="009E286B" w:rsidRPr="004F525D" w:rsidRDefault="009E286B"/>
        </w:tc>
        <w:tc>
          <w:tcPr>
            <w:tcW w:w="2410" w:type="dxa"/>
          </w:tcPr>
          <w:p w14:paraId="2B109A14" w14:textId="0C3C28CF" w:rsidR="009E286B" w:rsidRPr="002C113E" w:rsidRDefault="009E286B">
            <w:pPr>
              <w:rPr>
                <w:color w:val="FF0000"/>
              </w:rPr>
            </w:pPr>
            <w:r w:rsidRPr="004F525D">
              <w:t xml:space="preserve">Pamatskola — </w:t>
            </w:r>
            <w:r w:rsidR="006C6D89">
              <w:rPr>
                <w:b/>
              </w:rPr>
              <w:t>1</w:t>
            </w:r>
            <w:r w:rsidRPr="009E286B">
              <w:rPr>
                <w:b/>
              </w:rPr>
              <w:t xml:space="preserve"> gab.</w:t>
            </w:r>
          </w:p>
        </w:tc>
        <w:tc>
          <w:tcPr>
            <w:tcW w:w="1418" w:type="dxa"/>
          </w:tcPr>
          <w:p w14:paraId="66920138" w14:textId="77777777" w:rsidR="009E286B" w:rsidRPr="004F525D" w:rsidRDefault="009E286B"/>
        </w:tc>
      </w:tr>
      <w:tr w:rsidR="009E286B" w14:paraId="2B109A1F" w14:textId="0A45B244" w:rsidTr="009E286B">
        <w:trPr>
          <w:jc w:val="center"/>
        </w:trPr>
        <w:tc>
          <w:tcPr>
            <w:tcW w:w="737" w:type="dxa"/>
          </w:tcPr>
          <w:p w14:paraId="2B109A16" w14:textId="77777777" w:rsidR="009E286B" w:rsidRDefault="009E286B">
            <w:r>
              <w:t>56</w:t>
            </w:r>
          </w:p>
        </w:tc>
        <w:tc>
          <w:tcPr>
            <w:tcW w:w="1952" w:type="dxa"/>
          </w:tcPr>
          <w:p w14:paraId="2B109A17" w14:textId="77777777" w:rsidR="009E286B" w:rsidRDefault="009E286B">
            <w:r>
              <w:t>Plaukts mācību līdzekļiem</w:t>
            </w:r>
          </w:p>
        </w:tc>
        <w:tc>
          <w:tcPr>
            <w:tcW w:w="5244" w:type="dxa"/>
          </w:tcPr>
          <w:p w14:paraId="2B109A18" w14:textId="77777777" w:rsidR="009E286B" w:rsidRDefault="009E286B" w:rsidP="001621AD">
            <w:pPr>
              <w:jc w:val="both"/>
            </w:pPr>
            <w:r>
              <w:t>PLAUKTS 0632</w:t>
            </w:r>
          </w:p>
          <w:p w14:paraId="2B109A19" w14:textId="77777777" w:rsidR="009E286B" w:rsidRDefault="009E286B" w:rsidP="001621AD">
            <w:pPr>
              <w:jc w:val="both"/>
            </w:pPr>
            <w:r>
              <w:t>Platums: 802 mm</w:t>
            </w:r>
          </w:p>
          <w:p w14:paraId="2B109A1A" w14:textId="77777777" w:rsidR="009E286B" w:rsidRDefault="009E286B" w:rsidP="001621AD">
            <w:pPr>
              <w:jc w:val="both"/>
            </w:pPr>
            <w:r>
              <w:t>Dziļums: 403 mm.</w:t>
            </w:r>
          </w:p>
          <w:p w14:paraId="2B109A1B" w14:textId="77777777" w:rsidR="009E286B" w:rsidRDefault="009E286B" w:rsidP="001621AD">
            <w:pPr>
              <w:jc w:val="both"/>
            </w:pPr>
            <w:r>
              <w:t>Augstums: 1816 mm.</w:t>
            </w:r>
          </w:p>
          <w:p w14:paraId="2B109A1C" w14:textId="77777777" w:rsidR="009E286B" w:rsidRDefault="009E286B" w:rsidP="001621AD">
            <w:pPr>
              <w:jc w:val="both"/>
            </w:pPr>
            <w:r>
              <w:t>Korpuss-buks!</w:t>
            </w:r>
          </w:p>
          <w:p w14:paraId="2B109A1D" w14:textId="77777777" w:rsidR="009E286B" w:rsidRDefault="009E286B" w:rsidP="001621AD">
            <w:pPr>
              <w:jc w:val="both"/>
            </w:pPr>
            <w:r>
              <w:t>https://www.greendesign.lv/lv/katalogs/biroja_mebeles/plaukti_un_skapji/1429_plaukts-0632</w:t>
            </w:r>
          </w:p>
        </w:tc>
        <w:tc>
          <w:tcPr>
            <w:tcW w:w="1134" w:type="dxa"/>
          </w:tcPr>
          <w:p w14:paraId="0B364124" w14:textId="77777777" w:rsidR="009E286B" w:rsidRDefault="009E286B"/>
        </w:tc>
        <w:tc>
          <w:tcPr>
            <w:tcW w:w="2410" w:type="dxa"/>
          </w:tcPr>
          <w:p w14:paraId="2B109A1E" w14:textId="54A5F850" w:rsidR="009E286B" w:rsidRDefault="009E286B">
            <w:r>
              <w:t xml:space="preserve">Pamatskola – </w:t>
            </w:r>
            <w:r w:rsidR="006C6D89">
              <w:rPr>
                <w:b/>
              </w:rPr>
              <w:t>2</w:t>
            </w:r>
            <w:r w:rsidRPr="009E286B">
              <w:rPr>
                <w:b/>
              </w:rPr>
              <w:t xml:space="preserve"> gab</w:t>
            </w:r>
            <w:r>
              <w:rPr>
                <w:b/>
              </w:rPr>
              <w:t>.</w:t>
            </w:r>
          </w:p>
        </w:tc>
        <w:tc>
          <w:tcPr>
            <w:tcW w:w="1418" w:type="dxa"/>
          </w:tcPr>
          <w:p w14:paraId="2ED483EA" w14:textId="77777777" w:rsidR="009E286B" w:rsidRDefault="009E286B"/>
        </w:tc>
      </w:tr>
      <w:tr w:rsidR="009E286B" w14:paraId="2B109A24" w14:textId="29D57E1A" w:rsidTr="009E286B">
        <w:trPr>
          <w:jc w:val="center"/>
        </w:trPr>
        <w:tc>
          <w:tcPr>
            <w:tcW w:w="737" w:type="dxa"/>
          </w:tcPr>
          <w:p w14:paraId="2B109A20" w14:textId="77777777" w:rsidR="009E286B" w:rsidRDefault="009E286B">
            <w:r>
              <w:t>57</w:t>
            </w:r>
          </w:p>
        </w:tc>
        <w:tc>
          <w:tcPr>
            <w:tcW w:w="1952" w:type="dxa"/>
          </w:tcPr>
          <w:p w14:paraId="2B109A21" w14:textId="5893268F" w:rsidR="009E286B" w:rsidRDefault="009E286B"/>
        </w:tc>
        <w:tc>
          <w:tcPr>
            <w:tcW w:w="5244" w:type="dxa"/>
          </w:tcPr>
          <w:p w14:paraId="2B109A22" w14:textId="06C94B71" w:rsidR="009E286B" w:rsidRDefault="009E286B" w:rsidP="001621AD">
            <w:pPr>
              <w:jc w:val="both"/>
            </w:pPr>
          </w:p>
        </w:tc>
        <w:tc>
          <w:tcPr>
            <w:tcW w:w="1134" w:type="dxa"/>
          </w:tcPr>
          <w:p w14:paraId="7B2596E4" w14:textId="77777777" w:rsidR="009E286B" w:rsidRDefault="009E286B"/>
        </w:tc>
        <w:tc>
          <w:tcPr>
            <w:tcW w:w="2410" w:type="dxa"/>
          </w:tcPr>
          <w:p w14:paraId="2B109A23" w14:textId="0129BDA3" w:rsidR="009E286B" w:rsidRDefault="009E286B"/>
        </w:tc>
        <w:tc>
          <w:tcPr>
            <w:tcW w:w="1418" w:type="dxa"/>
          </w:tcPr>
          <w:p w14:paraId="7E5379F7" w14:textId="77777777" w:rsidR="009E286B" w:rsidRDefault="009E286B"/>
        </w:tc>
      </w:tr>
      <w:tr w:rsidR="00694F3C" w14:paraId="719993AA" w14:textId="77777777" w:rsidTr="006B7518">
        <w:trPr>
          <w:jc w:val="center"/>
        </w:trPr>
        <w:tc>
          <w:tcPr>
            <w:tcW w:w="11477" w:type="dxa"/>
            <w:gridSpan w:val="5"/>
          </w:tcPr>
          <w:p w14:paraId="2327AEED" w14:textId="77777777" w:rsidR="00694F3C" w:rsidRDefault="00694F3C"/>
          <w:p w14:paraId="28F2A215" w14:textId="0ABCF36C" w:rsidR="00694F3C" w:rsidRPr="00694F3C" w:rsidRDefault="00694F3C" w:rsidP="00694F3C">
            <w:pPr>
              <w:jc w:val="right"/>
              <w:rPr>
                <w:rFonts w:ascii="Times New Roman" w:hAnsi="Times New Roman" w:cs="Times New Roman"/>
                <w:b/>
                <w:sz w:val="22"/>
              </w:rPr>
            </w:pPr>
            <w:r w:rsidRPr="00694F3C">
              <w:rPr>
                <w:rFonts w:ascii="Times New Roman" w:hAnsi="Times New Roman" w:cs="Times New Roman"/>
                <w:b/>
                <w:sz w:val="22"/>
              </w:rPr>
              <w:t>KOPĒJĀ SUMMA (EUR BEZ PVN):</w:t>
            </w:r>
          </w:p>
        </w:tc>
        <w:tc>
          <w:tcPr>
            <w:tcW w:w="1418" w:type="dxa"/>
          </w:tcPr>
          <w:p w14:paraId="7F40BCD7" w14:textId="77777777" w:rsidR="00694F3C" w:rsidRDefault="00694F3C"/>
        </w:tc>
      </w:tr>
      <w:tr w:rsidR="00D80B36" w14:paraId="0A00F344" w14:textId="77777777" w:rsidTr="006B7518">
        <w:trPr>
          <w:jc w:val="center"/>
        </w:trPr>
        <w:tc>
          <w:tcPr>
            <w:tcW w:w="12895" w:type="dxa"/>
            <w:gridSpan w:val="6"/>
          </w:tcPr>
          <w:p w14:paraId="2C9DDAA9" w14:textId="77777777" w:rsidR="00D80B36" w:rsidRDefault="00D80B36"/>
          <w:p w14:paraId="5C14189C" w14:textId="401EA869" w:rsidR="00D80B36" w:rsidRDefault="00D80B36" w:rsidP="00D80B36">
            <w:pPr>
              <w:jc w:val="right"/>
            </w:pPr>
            <w:r w:rsidRPr="00D80B36">
              <w:rPr>
                <w:rFonts w:ascii="Times New Roman" w:hAnsi="Times New Roman" w:cs="Times New Roman"/>
                <w:b/>
                <w:sz w:val="24"/>
                <w:szCs w:val="24"/>
              </w:rPr>
              <w:t>IZPILDĪTĀJA PIEDĀVĀTĀ ATLAIDE (citām Precēm, kas nav iekļautas Tehniskajā specifikācijā) ____ %</w:t>
            </w:r>
          </w:p>
        </w:tc>
      </w:tr>
    </w:tbl>
    <w:p w14:paraId="6FF2212B" w14:textId="3D0A2238" w:rsidR="005C4247" w:rsidRPr="00D80B36" w:rsidRDefault="005C4247" w:rsidP="00D80B36">
      <w:r w:rsidRPr="005C4247">
        <w:rPr>
          <w:rFonts w:ascii="Times New Roman" w:eastAsia="Times New Roman" w:hAnsi="Times New Roman"/>
          <w:sz w:val="22"/>
          <w:u w:val="single"/>
          <w:lang w:eastAsia="ar-SA"/>
        </w:rPr>
        <w:t>Apliecinām, ka:</w:t>
      </w:r>
    </w:p>
    <w:p w14:paraId="36EF52F3" w14:textId="0058B039"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color w:val="000000"/>
          <w:sz w:val="22"/>
          <w:szCs w:val="22"/>
          <w:lang w:val="lv-LV"/>
        </w:rPr>
        <w:t>Piedāvāsim</w:t>
      </w:r>
      <w:r>
        <w:rPr>
          <w:color w:val="000000"/>
          <w:sz w:val="22"/>
          <w:szCs w:val="22"/>
          <w:lang w:val="lv-LV"/>
        </w:rPr>
        <w:t xml:space="preserve"> jaunas, nelietotas Prees</w:t>
      </w:r>
      <w:r w:rsidRPr="005C4247">
        <w:rPr>
          <w:color w:val="000000"/>
          <w:sz w:val="22"/>
          <w:szCs w:val="22"/>
          <w:lang w:val="lv-LV"/>
        </w:rPr>
        <w:t>, kas atbilst noteiktajiem standartiem atbilstoši iesniegtajam finanšu piedāvājumam;</w:t>
      </w:r>
    </w:p>
    <w:p w14:paraId="164E1683" w14:textId="7200B4EC"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406D1C">
        <w:rPr>
          <w:sz w:val="22"/>
          <w:szCs w:val="22"/>
          <w:lang w:val="lv-LV"/>
        </w:rPr>
        <w:t xml:space="preserve">Nodrošināsim bezmaksas Preču piegādi Salaspilī, Pasūtītāja </w:t>
      </w:r>
      <w:r w:rsidRPr="005C4247">
        <w:rPr>
          <w:color w:val="000000"/>
          <w:sz w:val="22"/>
          <w:szCs w:val="22"/>
          <w:lang w:val="lv-LV"/>
        </w:rPr>
        <w:t xml:space="preserve">norādītajā </w:t>
      </w:r>
      <w:r>
        <w:rPr>
          <w:color w:val="000000"/>
          <w:sz w:val="22"/>
          <w:szCs w:val="22"/>
          <w:lang w:val="lv-LV"/>
        </w:rPr>
        <w:t xml:space="preserve">vietā Līgumā </w:t>
      </w:r>
      <w:r w:rsidR="00764910">
        <w:rPr>
          <w:color w:val="000000"/>
          <w:sz w:val="22"/>
          <w:szCs w:val="22"/>
          <w:lang w:val="lv-LV"/>
        </w:rPr>
        <w:t>noteiktajā</w:t>
      </w:r>
      <w:r>
        <w:rPr>
          <w:color w:val="000000"/>
          <w:sz w:val="22"/>
          <w:szCs w:val="22"/>
          <w:lang w:val="lv-LV"/>
        </w:rPr>
        <w:t xml:space="preserve"> termiņā</w:t>
      </w:r>
      <w:r w:rsidR="00764910">
        <w:rPr>
          <w:color w:val="000000"/>
          <w:sz w:val="22"/>
          <w:szCs w:val="22"/>
          <w:lang w:val="lv-LV"/>
        </w:rPr>
        <w:t>;</w:t>
      </w:r>
      <w:r w:rsidRPr="005C4247">
        <w:rPr>
          <w:color w:val="000000"/>
          <w:sz w:val="22"/>
          <w:szCs w:val="22"/>
          <w:lang w:val="lv-LV"/>
        </w:rPr>
        <w:t xml:space="preserve"> </w:t>
      </w:r>
    </w:p>
    <w:p w14:paraId="4CC25816" w14:textId="0691A1AC"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color w:val="000000"/>
          <w:sz w:val="22"/>
          <w:szCs w:val="22"/>
          <w:lang w:val="lv-LV"/>
        </w:rPr>
        <w:t xml:space="preserve">Nodrošināsim visām </w:t>
      </w:r>
      <w:r w:rsidR="00764910">
        <w:rPr>
          <w:color w:val="000000"/>
          <w:sz w:val="22"/>
          <w:szCs w:val="22"/>
          <w:lang w:val="lv-LV"/>
        </w:rPr>
        <w:t>Precēm</w:t>
      </w:r>
      <w:r w:rsidRPr="005C4247">
        <w:rPr>
          <w:color w:val="000000"/>
          <w:sz w:val="22"/>
          <w:szCs w:val="22"/>
          <w:lang w:val="lv-LV"/>
        </w:rPr>
        <w:t xml:space="preserve"> garantiju saskaņā ar </w:t>
      </w:r>
      <w:r w:rsidR="00764910">
        <w:rPr>
          <w:color w:val="000000"/>
          <w:sz w:val="22"/>
          <w:szCs w:val="22"/>
          <w:lang w:val="lv-LV"/>
        </w:rPr>
        <w:t>mūsu Piedāvājumā norādīto</w:t>
      </w:r>
      <w:r w:rsidRPr="005C4247">
        <w:rPr>
          <w:color w:val="000000"/>
          <w:sz w:val="22"/>
          <w:szCs w:val="22"/>
          <w:lang w:val="lv-LV"/>
        </w:rPr>
        <w:t>;</w:t>
      </w:r>
    </w:p>
    <w:p w14:paraId="46DA2084" w14:textId="77777777"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sz w:val="22"/>
          <w:szCs w:val="22"/>
          <w:lang w:val="x-none" w:eastAsia="ar-SA"/>
        </w:rPr>
        <w:t>Līguma izpildē netiks piegādātas preces, kuru izcelsmes vai ražošanas valsts ir Krievijas Federācija vai Baltkrievijas Republika</w:t>
      </w:r>
      <w:r w:rsidRPr="005C4247">
        <w:rPr>
          <w:sz w:val="22"/>
          <w:szCs w:val="22"/>
          <w:lang w:val="lv-LV" w:eastAsia="ar-SA"/>
        </w:rPr>
        <w:t>;</w:t>
      </w:r>
    </w:p>
    <w:p w14:paraId="391E544D" w14:textId="77777777"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sz w:val="22"/>
          <w:szCs w:val="22"/>
          <w:lang w:val="x-none" w:eastAsia="ar-SA"/>
        </w:rPr>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neatkarīgi no konkurentiem, par tiem produktiem vai pakalpojumiem, uz ko attiecas šis iepirkums. </w:t>
      </w:r>
      <w:r w:rsidRPr="005C4247">
        <w:rPr>
          <w:color w:val="002060"/>
          <w:sz w:val="22"/>
          <w:szCs w:val="22"/>
          <w:lang w:val="x-none" w:eastAsia="ar-SA"/>
        </w:rPr>
        <w:t>Ja daļēji vai pilnībā nepiekrītam šim apliecinājumam, tad piedāvājumā iekļaujam izsmeļošu un patiesu informāciju par notikušo, ieskaitot konkurentu nosaukumus, šādas saziņas mērķi, raksturu un saturu</w:t>
      </w:r>
      <w:r w:rsidRPr="005C4247">
        <w:rPr>
          <w:color w:val="002060"/>
          <w:sz w:val="22"/>
          <w:szCs w:val="22"/>
          <w:lang w:val="lv-LV" w:eastAsia="ar-SA"/>
        </w:rPr>
        <w:t>;</w:t>
      </w:r>
    </w:p>
    <w:p w14:paraId="788E3F40" w14:textId="0387F98B" w:rsidR="005C4247" w:rsidRPr="00D80B36" w:rsidRDefault="005C4247" w:rsidP="00D80B36">
      <w:pPr>
        <w:pStyle w:val="NormalWeb"/>
        <w:numPr>
          <w:ilvl w:val="0"/>
          <w:numId w:val="10"/>
        </w:numPr>
        <w:spacing w:before="0" w:beforeAutospacing="0" w:after="0" w:afterAutospacing="0"/>
        <w:jc w:val="both"/>
        <w:rPr>
          <w:color w:val="000000"/>
          <w:sz w:val="22"/>
          <w:szCs w:val="22"/>
          <w:lang w:val="lv-LV"/>
        </w:rPr>
      </w:pPr>
      <w:r w:rsidRPr="005C4247">
        <w:rPr>
          <w:sz w:val="22"/>
          <w:szCs w:val="22"/>
          <w:lang w:val="lv-LV"/>
        </w:rPr>
        <w:t xml:space="preserve">Piedāvājums ir spēkā </w:t>
      </w:r>
      <w:r w:rsidR="00764910">
        <w:rPr>
          <w:b/>
          <w:sz w:val="22"/>
          <w:szCs w:val="22"/>
          <w:lang w:val="lv-LV"/>
        </w:rPr>
        <w:t>2</w:t>
      </w:r>
      <w:r w:rsidRPr="005C4247">
        <w:rPr>
          <w:b/>
          <w:sz w:val="22"/>
          <w:szCs w:val="22"/>
          <w:lang w:val="lv-LV"/>
        </w:rPr>
        <w:t xml:space="preserve"> (divus) mēnešus</w:t>
      </w:r>
      <w:r w:rsidRPr="005C4247">
        <w:rPr>
          <w:sz w:val="22"/>
          <w:szCs w:val="22"/>
          <w:lang w:val="lv-LV"/>
        </w:rPr>
        <w:t xml:space="preserve"> no piedāvājuma iesniegšanas dienas</w:t>
      </w:r>
      <w:r w:rsidR="00D80B36">
        <w:rPr>
          <w:sz w:val="22"/>
          <w:szCs w:val="22"/>
          <w:lang w:val="lv-LV"/>
        </w:rPr>
        <w:t>;</w:t>
      </w:r>
    </w:p>
    <w:p w14:paraId="7A907EA4" w14:textId="564B8318" w:rsidR="005C4247" w:rsidRPr="00D80B36" w:rsidRDefault="005C4247" w:rsidP="00D80B36">
      <w:pPr>
        <w:pStyle w:val="NormalWeb"/>
        <w:numPr>
          <w:ilvl w:val="0"/>
          <w:numId w:val="10"/>
        </w:numPr>
        <w:spacing w:before="0" w:beforeAutospacing="0" w:after="0" w:afterAutospacing="0"/>
        <w:jc w:val="both"/>
        <w:rPr>
          <w:color w:val="000000"/>
          <w:sz w:val="22"/>
          <w:szCs w:val="22"/>
          <w:lang w:val="lv-LV"/>
        </w:rPr>
      </w:pPr>
      <w:r w:rsidRPr="00D80B36">
        <w:rPr>
          <w:sz w:val="22"/>
          <w:szCs w:val="22"/>
          <w:lang w:eastAsia="ar-SA"/>
        </w:rPr>
        <w:t xml:space="preserve">Informācija, kas pēc pretendenta domām ir uzskatāma par komercnoslēpumu vai konfidenciālu informāciju atrodas pretendenta </w:t>
      </w:r>
      <w:r w:rsidRPr="00D80B36">
        <w:rPr>
          <w:color w:val="002060"/>
          <w:sz w:val="22"/>
          <w:szCs w:val="22"/>
          <w:lang w:eastAsia="ar-SA"/>
        </w:rPr>
        <w:t>________ piedāvājuma _____ lpp</w:t>
      </w:r>
      <w:r w:rsidRPr="00D80B36">
        <w:rPr>
          <w:sz w:val="22"/>
          <w:szCs w:val="22"/>
          <w:lang w:eastAsia="ar-SA"/>
        </w:rPr>
        <w:t xml:space="preserve">. </w:t>
      </w:r>
    </w:p>
    <w:p w14:paraId="1B853214" w14:textId="77777777" w:rsidR="00D80B36" w:rsidRDefault="00D80B36" w:rsidP="00D80B36">
      <w:pPr>
        <w:spacing w:after="0" w:line="240" w:lineRule="auto"/>
        <w:ind w:left="284"/>
        <w:jc w:val="both"/>
        <w:rPr>
          <w:rFonts w:ascii="Times New Roman" w:eastAsia="Times New Roman" w:hAnsi="Times New Roman"/>
          <w:sz w:val="22"/>
          <w:lang w:eastAsia="ar-SA"/>
        </w:rPr>
      </w:pPr>
    </w:p>
    <w:p w14:paraId="14575FB4" w14:textId="77777777" w:rsidR="005C4247" w:rsidRPr="005C4247" w:rsidRDefault="005C4247" w:rsidP="00D80B36">
      <w:pPr>
        <w:spacing w:after="0" w:line="240" w:lineRule="auto"/>
        <w:ind w:left="284"/>
        <w:jc w:val="both"/>
        <w:rPr>
          <w:rFonts w:ascii="Times New Roman" w:eastAsia="Times New Roman" w:hAnsi="Times New Roman"/>
          <w:sz w:val="22"/>
          <w:lang w:eastAsia="ar-SA"/>
        </w:rPr>
      </w:pPr>
      <w:r w:rsidRPr="005C4247">
        <w:rPr>
          <w:rFonts w:ascii="Times New Roman" w:eastAsia="Times New Roman" w:hAnsi="Times New Roman"/>
          <w:sz w:val="22"/>
          <w:lang w:eastAsia="ar-SA"/>
        </w:rPr>
        <w:t>Ar šo mēs uzņemamies pilnu atbildību par iesniegto piedāvājumu, tajā ietverto informāciju, noformējumu, atbilstību iepirkuma procedūras Nolikuma prasībām. Visas iesniegtās dokumentu kopijas atbilst oriģinālam, sniegtā informācija un dati ir patiesi.</w:t>
      </w:r>
    </w:p>
    <w:p w14:paraId="37AB2002" w14:textId="77777777" w:rsidR="005C4247" w:rsidRPr="005C4247" w:rsidRDefault="005C4247" w:rsidP="005C4247">
      <w:pPr>
        <w:spacing w:after="0" w:line="240" w:lineRule="auto"/>
        <w:rPr>
          <w:rFonts w:ascii="Times New Roman" w:eastAsia="Times New Roman" w:hAnsi="Times New Roman"/>
          <w:sz w:val="22"/>
        </w:rPr>
      </w:pPr>
    </w:p>
    <w:p w14:paraId="3AF7D075" w14:textId="77777777" w:rsidR="005C4247" w:rsidRPr="005C4247" w:rsidRDefault="005C4247" w:rsidP="005C4247">
      <w:pPr>
        <w:spacing w:after="0" w:line="240" w:lineRule="auto"/>
        <w:jc w:val="both"/>
        <w:rPr>
          <w:rFonts w:ascii="Times New Roman" w:eastAsia="Times New Roman" w:hAnsi="Times New Roman"/>
          <w:sz w:val="22"/>
        </w:rPr>
      </w:pPr>
      <w:bookmarkStart w:id="1" w:name="_Hlk34314538"/>
      <w:r w:rsidRPr="005C4247">
        <w:rPr>
          <w:rFonts w:ascii="Times New Roman" w:eastAsia="Times New Roman" w:hAnsi="Times New Roman"/>
          <w:sz w:val="22"/>
        </w:rPr>
        <w:t>Vārds, Uzvārds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5004E947"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Ieņemamais amats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7761B49"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Paraksts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3901BF33"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Datums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1310CECA" w14:textId="77777777" w:rsidR="005C4247" w:rsidRPr="005C4247" w:rsidRDefault="005C4247" w:rsidP="005C4247">
      <w:pPr>
        <w:spacing w:after="0" w:line="240" w:lineRule="auto"/>
        <w:jc w:val="both"/>
        <w:rPr>
          <w:rFonts w:ascii="Times New Roman" w:eastAsia="Times New Roman" w:hAnsi="Times New Roman"/>
          <w:sz w:val="22"/>
        </w:rPr>
      </w:pPr>
    </w:p>
    <w:p w14:paraId="06D9C4E6"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Pilnvarotā persona:</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B6350CB"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(amats, paraksts, vārds, uzvārds)</w:t>
      </w:r>
    </w:p>
    <w:bookmarkEnd w:id="1"/>
    <w:p w14:paraId="4EA01FD6" w14:textId="17F15B99" w:rsidR="005C4247" w:rsidRDefault="005C4247">
      <w:pPr>
        <w:rPr>
          <w:b/>
          <w:color w:val="1F4E79"/>
          <w:sz w:val="24"/>
        </w:rPr>
      </w:pPr>
    </w:p>
    <w:p w14:paraId="2153BD3F" w14:textId="77777777" w:rsidR="00D80B36" w:rsidRDefault="00D80B36" w:rsidP="00B838B2">
      <w:pPr>
        <w:spacing w:before="160" w:after="80"/>
        <w:jc w:val="center"/>
        <w:rPr>
          <w:b/>
          <w:color w:val="1F4E79"/>
          <w:sz w:val="24"/>
        </w:rPr>
      </w:pPr>
    </w:p>
    <w:p w14:paraId="248FEA5D" w14:textId="77777777" w:rsidR="00D80B36" w:rsidRDefault="00D80B36" w:rsidP="00B838B2">
      <w:pPr>
        <w:spacing w:before="160" w:after="80"/>
        <w:jc w:val="center"/>
        <w:rPr>
          <w:b/>
          <w:color w:val="1F4E79"/>
          <w:sz w:val="24"/>
        </w:rPr>
      </w:pPr>
    </w:p>
    <w:p w14:paraId="535F5791" w14:textId="77777777" w:rsidR="00406D1C" w:rsidRDefault="00406D1C">
      <w:pPr>
        <w:rPr>
          <w:b/>
          <w:color w:val="1F4E79"/>
          <w:sz w:val="24"/>
        </w:rPr>
      </w:pPr>
      <w:r>
        <w:rPr>
          <w:b/>
          <w:color w:val="1F4E79"/>
          <w:sz w:val="24"/>
        </w:rPr>
        <w:br w:type="page"/>
      </w:r>
    </w:p>
    <w:p w14:paraId="2B109A26" w14:textId="1FA9E267" w:rsidR="007541DC" w:rsidRDefault="00B838B2" w:rsidP="00B838B2">
      <w:pPr>
        <w:spacing w:before="160" w:after="80"/>
        <w:jc w:val="center"/>
      </w:pPr>
      <w:r>
        <w:rPr>
          <w:b/>
          <w:color w:val="1F4E79"/>
          <w:sz w:val="24"/>
        </w:rPr>
        <w:t xml:space="preserve">2. DAĻA – APRĪKOJUMA PIEGĀDE </w:t>
      </w:r>
      <w:r w:rsidRPr="00B838B2">
        <w:rPr>
          <w:b/>
          <w:color w:val="1F4E79"/>
          <w:sz w:val="24"/>
        </w:rPr>
        <w:t>SALASPILS NOVADA PAŠVALDĪBAS IESTĀDĒM</w:t>
      </w:r>
    </w:p>
    <w:p w14:paraId="2B109A27" w14:textId="77777777" w:rsidR="007541DC" w:rsidRDefault="00816968">
      <w:pPr>
        <w:spacing w:after="80"/>
      </w:pPr>
      <w:r>
        <w:rPr>
          <w:b/>
        </w:rPr>
        <w:t xml:space="preserve">Lotes priekšmets. </w:t>
      </w:r>
      <w:r>
        <w:t>Aprīkojuma, sadzīves tehnikas, prezentācijas aprīkojuma, pārvietošanas palīgaprīkojuma un citu iestāžu darbam nepieciešamo priekšmetu piegāde un, ja nepieciešams, uzstādīšana.</w:t>
      </w:r>
    </w:p>
    <w:p w14:paraId="2B109A28" w14:textId="77777777" w:rsidR="007541DC" w:rsidRDefault="00816968">
      <w:pPr>
        <w:spacing w:before="80" w:after="80"/>
      </w:pPr>
      <w:r>
        <w:rPr>
          <w:b/>
          <w:color w:val="444444"/>
          <w:sz w:val="21"/>
        </w:rPr>
        <w:t>Būtiskās prasības 2. lotei</w:t>
      </w:r>
    </w:p>
    <w:p w14:paraId="2B109A29" w14:textId="77777777" w:rsidR="007541DC" w:rsidRDefault="00816968">
      <w:pPr>
        <w:pStyle w:val="ListBullet"/>
        <w:spacing w:after="0" w:line="240" w:lineRule="auto"/>
      </w:pPr>
      <w:r>
        <w:t>Visam aprīkojumam jābūt jaunam, nelietotam, drošam ekspluatācijā un ar ražotāja vai piegādātāja nodrošinātu garantiju.</w:t>
      </w:r>
    </w:p>
    <w:p w14:paraId="2B109A2A" w14:textId="77777777" w:rsidR="007541DC" w:rsidRDefault="00816968">
      <w:pPr>
        <w:pStyle w:val="ListBullet"/>
        <w:spacing w:after="0" w:line="240" w:lineRule="auto"/>
      </w:pPr>
      <w:r>
        <w:t>Elektroiekārtām jāatbilst Eiropas Savienības drošuma prasībām un tām jābūt marķētām atbilstoši normatīvajiem aktiem.</w:t>
      </w:r>
    </w:p>
    <w:p w14:paraId="2B109A2B" w14:textId="77777777" w:rsidR="007541DC" w:rsidRDefault="00816968">
      <w:pPr>
        <w:pStyle w:val="ListBullet"/>
        <w:spacing w:after="0" w:line="240" w:lineRule="auto"/>
      </w:pPr>
      <w:r>
        <w:t>Ja aprīkojuma lietošanai nepieciešama montāža, uzstādīšana, pieslēgšana vai sākotnējā iestatīšana, tas jāiekļauj piedāvājuma cenā.</w:t>
      </w:r>
    </w:p>
    <w:p w14:paraId="2B109A2C" w14:textId="77777777" w:rsidR="007541DC" w:rsidRDefault="00816968">
      <w:pPr>
        <w:pStyle w:val="ListBullet"/>
        <w:spacing w:after="0" w:line="240" w:lineRule="auto"/>
      </w:pPr>
      <w:r>
        <w:t>Ja precei nepieciešama lietošanas instrukcija, tā nodrošināma latviešu valodā vai ar skaidru lietotājam saprotamu informāciju.</w:t>
      </w:r>
    </w:p>
    <w:p w14:paraId="2B109A2D" w14:textId="77777777" w:rsidR="007541DC" w:rsidRDefault="00816968">
      <w:pPr>
        <w:pStyle w:val="ListBullet"/>
        <w:spacing w:after="0" w:line="240" w:lineRule="auto"/>
      </w:pPr>
      <w:r>
        <w:t>Pozīcijās ar nenorādītu precīzu daudzumu pasūtītājs pirms līguma slēgšanas precizē pasūtāmo vienību skaitu.</w:t>
      </w:r>
    </w:p>
    <w:p w14:paraId="6D5CD2A0" w14:textId="77777777" w:rsidR="00764910" w:rsidRDefault="00764910" w:rsidP="00764910">
      <w:pPr>
        <w:pStyle w:val="ListBullet"/>
        <w:numPr>
          <w:ilvl w:val="0"/>
          <w:numId w:val="0"/>
        </w:numPr>
        <w:spacing w:after="0" w:line="240" w:lineRule="auto"/>
        <w:ind w:left="360"/>
      </w:pPr>
    </w:p>
    <w:p w14:paraId="3F354A19" w14:textId="77777777" w:rsidR="00764910" w:rsidRPr="00764910" w:rsidRDefault="00764910" w:rsidP="00764910">
      <w:pPr>
        <w:spacing w:before="160" w:after="80"/>
        <w:rPr>
          <w:b/>
        </w:rPr>
      </w:pPr>
      <w:r w:rsidRPr="00764910">
        <w:rPr>
          <w:b/>
        </w:rPr>
        <w:t>Piezīmes par daudzumiem un ekvivalenci</w:t>
      </w:r>
    </w:p>
    <w:p w14:paraId="1D093E09" w14:textId="5E7A2A74" w:rsidR="00764910" w:rsidRDefault="00764910" w:rsidP="0030757C">
      <w:pPr>
        <w:pStyle w:val="ListBullet"/>
        <w:spacing w:after="0"/>
      </w:pPr>
      <w:r>
        <w:t>Interneta saites avota failā izmantojamas tikai kā kvalitātes, funkcionalitātes, izmēru vai dizaina orientieri; tās neveido prasību piegādāt tieši attiecīgo zīmolu vai modeli.</w:t>
      </w:r>
    </w:p>
    <w:p w14:paraId="692157E1" w14:textId="77777777" w:rsidR="00764910" w:rsidRDefault="00764910" w:rsidP="00764910">
      <w:pPr>
        <w:pStyle w:val="ListBullet"/>
        <w:numPr>
          <w:ilvl w:val="0"/>
          <w:numId w:val="0"/>
        </w:numPr>
        <w:spacing w:after="0" w:line="240" w:lineRule="auto"/>
      </w:pPr>
    </w:p>
    <w:p w14:paraId="2B109A2E" w14:textId="77777777" w:rsidR="007541DC" w:rsidRDefault="00816968">
      <w:pPr>
        <w:spacing w:before="160" w:after="80"/>
      </w:pPr>
      <w:r>
        <w:rPr>
          <w:b/>
          <w:color w:val="1F4E79"/>
          <w:sz w:val="24"/>
        </w:rPr>
        <w:t>2.1. Aprīkojuma pozīciju saraksts</w:t>
      </w:r>
    </w:p>
    <w:tbl>
      <w:tblPr>
        <w:tblStyle w:val="TableGrid"/>
        <w:tblW w:w="0" w:type="auto"/>
        <w:jc w:val="center"/>
        <w:tblLayout w:type="fixed"/>
        <w:tblLook w:val="04A0" w:firstRow="1" w:lastRow="0" w:firstColumn="1" w:lastColumn="0" w:noHBand="0" w:noVBand="1"/>
      </w:tblPr>
      <w:tblGrid>
        <w:gridCol w:w="737"/>
        <w:gridCol w:w="2519"/>
        <w:gridCol w:w="6095"/>
        <w:gridCol w:w="1134"/>
        <w:gridCol w:w="1843"/>
        <w:gridCol w:w="1417"/>
      </w:tblGrid>
      <w:tr w:rsidR="009E286B" w14:paraId="2B109A33" w14:textId="4FAE43C2" w:rsidTr="009E286B">
        <w:trPr>
          <w:tblHeader/>
          <w:jc w:val="center"/>
        </w:trPr>
        <w:tc>
          <w:tcPr>
            <w:tcW w:w="737" w:type="dxa"/>
            <w:shd w:val="clear" w:color="auto" w:fill="1F4E79"/>
            <w:tcMar>
              <w:top w:w="70" w:type="dxa"/>
              <w:left w:w="80" w:type="dxa"/>
              <w:bottom w:w="70" w:type="dxa"/>
              <w:right w:w="80" w:type="dxa"/>
            </w:tcMar>
            <w:vAlign w:val="center"/>
          </w:tcPr>
          <w:p w14:paraId="2B109A2F" w14:textId="77777777" w:rsidR="009E286B" w:rsidRDefault="009E286B">
            <w:pPr>
              <w:jc w:val="center"/>
            </w:pPr>
            <w:r>
              <w:rPr>
                <w:b/>
                <w:color w:val="FFFFFF"/>
              </w:rPr>
              <w:t>Nr.</w:t>
            </w:r>
          </w:p>
        </w:tc>
        <w:tc>
          <w:tcPr>
            <w:tcW w:w="2519" w:type="dxa"/>
            <w:shd w:val="clear" w:color="auto" w:fill="1F4E79"/>
            <w:tcMar>
              <w:top w:w="70" w:type="dxa"/>
              <w:left w:w="80" w:type="dxa"/>
              <w:bottom w:w="70" w:type="dxa"/>
              <w:right w:w="80" w:type="dxa"/>
            </w:tcMar>
            <w:vAlign w:val="center"/>
          </w:tcPr>
          <w:p w14:paraId="2B109A30" w14:textId="77777777" w:rsidR="009E286B" w:rsidRDefault="009E286B">
            <w:pPr>
              <w:jc w:val="center"/>
            </w:pPr>
            <w:r>
              <w:rPr>
                <w:b/>
                <w:color w:val="FFFFFF"/>
              </w:rPr>
              <w:t>Preces nosaukums</w:t>
            </w:r>
          </w:p>
        </w:tc>
        <w:tc>
          <w:tcPr>
            <w:tcW w:w="6095" w:type="dxa"/>
            <w:shd w:val="clear" w:color="auto" w:fill="1F4E79"/>
            <w:tcMar>
              <w:top w:w="70" w:type="dxa"/>
              <w:left w:w="80" w:type="dxa"/>
              <w:bottom w:w="70" w:type="dxa"/>
              <w:right w:w="80" w:type="dxa"/>
            </w:tcMar>
            <w:vAlign w:val="center"/>
          </w:tcPr>
          <w:p w14:paraId="2B109A31" w14:textId="77777777" w:rsidR="009E286B" w:rsidRDefault="009E286B">
            <w:pPr>
              <w:jc w:val="center"/>
            </w:pPr>
            <w:r>
              <w:rPr>
                <w:b/>
                <w:color w:val="FFFFFF"/>
              </w:rPr>
              <w:t>Tehniskais raksturojums / būtiskās prasības</w:t>
            </w:r>
          </w:p>
        </w:tc>
        <w:tc>
          <w:tcPr>
            <w:tcW w:w="1134" w:type="dxa"/>
            <w:shd w:val="clear" w:color="auto" w:fill="1F4E79"/>
          </w:tcPr>
          <w:p w14:paraId="5D03B135" w14:textId="335306EE" w:rsidR="009E286B" w:rsidRDefault="009E286B">
            <w:pPr>
              <w:jc w:val="center"/>
              <w:rPr>
                <w:b/>
                <w:color w:val="FFFFFF"/>
              </w:rPr>
            </w:pPr>
            <w:r w:rsidRPr="009E286B">
              <w:rPr>
                <w:b/>
                <w:color w:val="FFFFFF"/>
              </w:rPr>
              <w:t>Vienības cena, EUR bez PVN</w:t>
            </w:r>
          </w:p>
        </w:tc>
        <w:tc>
          <w:tcPr>
            <w:tcW w:w="1843" w:type="dxa"/>
            <w:shd w:val="clear" w:color="auto" w:fill="1F4E79"/>
            <w:tcMar>
              <w:top w:w="70" w:type="dxa"/>
              <w:left w:w="80" w:type="dxa"/>
              <w:bottom w:w="70" w:type="dxa"/>
              <w:right w:w="80" w:type="dxa"/>
            </w:tcMar>
            <w:vAlign w:val="center"/>
          </w:tcPr>
          <w:p w14:paraId="2B109A32" w14:textId="41A7CA2B" w:rsidR="009E286B" w:rsidRDefault="009E286B">
            <w:pPr>
              <w:jc w:val="center"/>
            </w:pPr>
            <w:r>
              <w:rPr>
                <w:b/>
                <w:color w:val="FFFFFF"/>
              </w:rPr>
              <w:t>Piegādes vieta un daudzums</w:t>
            </w:r>
          </w:p>
        </w:tc>
        <w:tc>
          <w:tcPr>
            <w:tcW w:w="1417" w:type="dxa"/>
            <w:shd w:val="clear" w:color="auto" w:fill="1F4E79"/>
          </w:tcPr>
          <w:p w14:paraId="6B6A4137" w14:textId="2A7EF258" w:rsidR="009E286B" w:rsidRDefault="009E286B">
            <w:pPr>
              <w:jc w:val="center"/>
              <w:rPr>
                <w:b/>
                <w:color w:val="FFFFFF"/>
              </w:rPr>
            </w:pPr>
            <w:r w:rsidRPr="009E286B">
              <w:rPr>
                <w:b/>
                <w:color w:val="FFFFFF"/>
              </w:rPr>
              <w:t>Kopējā cena, EUR bez PVN</w:t>
            </w:r>
          </w:p>
        </w:tc>
      </w:tr>
      <w:tr w:rsidR="009E286B" w14:paraId="2B109A38" w14:textId="6654CFB7" w:rsidTr="009E286B">
        <w:trPr>
          <w:jc w:val="center"/>
        </w:trPr>
        <w:tc>
          <w:tcPr>
            <w:tcW w:w="737" w:type="dxa"/>
            <w:tcMar>
              <w:top w:w="60" w:type="dxa"/>
              <w:left w:w="70" w:type="dxa"/>
              <w:bottom w:w="60" w:type="dxa"/>
              <w:right w:w="70" w:type="dxa"/>
            </w:tcMar>
            <w:vAlign w:val="center"/>
          </w:tcPr>
          <w:p w14:paraId="2B109A34" w14:textId="77777777" w:rsidR="009E286B" w:rsidRDefault="009E286B">
            <w:r>
              <w:t>1</w:t>
            </w:r>
          </w:p>
        </w:tc>
        <w:tc>
          <w:tcPr>
            <w:tcW w:w="2519" w:type="dxa"/>
            <w:tcMar>
              <w:top w:w="60" w:type="dxa"/>
              <w:left w:w="70" w:type="dxa"/>
              <w:bottom w:w="60" w:type="dxa"/>
              <w:right w:w="70" w:type="dxa"/>
            </w:tcMar>
            <w:vAlign w:val="center"/>
          </w:tcPr>
          <w:p w14:paraId="2B109A35" w14:textId="77777777" w:rsidR="009E286B" w:rsidRDefault="009E286B">
            <w:r>
              <w:rPr>
                <w:sz w:val="17"/>
              </w:rPr>
              <w:t>Maza cepeškrāsns Standart KR-103L-46(C) ir kompakta un efektīva</w:t>
            </w:r>
          </w:p>
        </w:tc>
        <w:tc>
          <w:tcPr>
            <w:tcW w:w="6095" w:type="dxa"/>
            <w:tcMar>
              <w:top w:w="60" w:type="dxa"/>
              <w:left w:w="70" w:type="dxa"/>
              <w:bottom w:w="60" w:type="dxa"/>
              <w:right w:w="70" w:type="dxa"/>
            </w:tcMar>
            <w:vAlign w:val="center"/>
          </w:tcPr>
          <w:p w14:paraId="2B109A36" w14:textId="77777777" w:rsidR="009E286B" w:rsidRDefault="009E286B">
            <w:r>
              <w:rPr>
                <w:sz w:val="17"/>
              </w:rPr>
              <w:t>Maza cepeškrāsns Standart KR-103L-46(C) ir kompakta un efektīva 45 litru mini krāsns, kas paredzēta ikdienas ēdiena gatavošanas vajadzībām. Ar 1800 vatu jaudu tā piedāvā ātru uzsildīšanu un daudzpusīgas gatavošanas iespējas. Ietilpība: 45 litri, piemērota cepšanai, grilēšanai un grauzdēšanai. Jauda: 1800 W ātrai un vienmērīgai gatavošanai. Temperatūras diapazons: No 90 °C līdz 230 °C, kas atbilst dažādām receptēm. Taimeris:…</w:t>
            </w:r>
          </w:p>
        </w:tc>
        <w:tc>
          <w:tcPr>
            <w:tcW w:w="1134" w:type="dxa"/>
          </w:tcPr>
          <w:p w14:paraId="594A5744" w14:textId="77777777" w:rsidR="009E286B" w:rsidRDefault="009E286B">
            <w:pPr>
              <w:rPr>
                <w:sz w:val="17"/>
              </w:rPr>
            </w:pPr>
          </w:p>
        </w:tc>
        <w:tc>
          <w:tcPr>
            <w:tcW w:w="1843" w:type="dxa"/>
            <w:tcMar>
              <w:top w:w="60" w:type="dxa"/>
              <w:left w:w="70" w:type="dxa"/>
              <w:bottom w:w="60" w:type="dxa"/>
              <w:right w:w="70" w:type="dxa"/>
            </w:tcMar>
            <w:vAlign w:val="center"/>
          </w:tcPr>
          <w:p w14:paraId="2B109A37" w14:textId="71B21E89" w:rsidR="009E286B" w:rsidRDefault="009E286B">
            <w:r>
              <w:rPr>
                <w:sz w:val="17"/>
              </w:rPr>
              <w:t xml:space="preserve">Sociālais dienests — </w:t>
            </w:r>
            <w:r w:rsidRPr="001621AD">
              <w:rPr>
                <w:b/>
                <w:sz w:val="17"/>
              </w:rPr>
              <w:t>1 gab.</w:t>
            </w:r>
          </w:p>
        </w:tc>
        <w:tc>
          <w:tcPr>
            <w:tcW w:w="1417" w:type="dxa"/>
          </w:tcPr>
          <w:p w14:paraId="5EB19FAE" w14:textId="77777777" w:rsidR="009E286B" w:rsidRDefault="009E286B">
            <w:pPr>
              <w:rPr>
                <w:sz w:val="17"/>
              </w:rPr>
            </w:pPr>
          </w:p>
        </w:tc>
      </w:tr>
      <w:tr w:rsidR="009E286B" w14:paraId="2B109A3D" w14:textId="5F47CE3F" w:rsidTr="009E286B">
        <w:trPr>
          <w:jc w:val="center"/>
        </w:trPr>
        <w:tc>
          <w:tcPr>
            <w:tcW w:w="737" w:type="dxa"/>
            <w:tcMar>
              <w:top w:w="60" w:type="dxa"/>
              <w:left w:w="70" w:type="dxa"/>
              <w:bottom w:w="60" w:type="dxa"/>
              <w:right w:w="70" w:type="dxa"/>
            </w:tcMar>
            <w:vAlign w:val="center"/>
          </w:tcPr>
          <w:p w14:paraId="2B109A39" w14:textId="77777777" w:rsidR="009E286B" w:rsidRDefault="009E286B">
            <w:r>
              <w:t>2</w:t>
            </w:r>
          </w:p>
        </w:tc>
        <w:tc>
          <w:tcPr>
            <w:tcW w:w="2519" w:type="dxa"/>
            <w:tcMar>
              <w:top w:w="60" w:type="dxa"/>
              <w:left w:w="70" w:type="dxa"/>
              <w:bottom w:w="60" w:type="dxa"/>
              <w:right w:w="70" w:type="dxa"/>
            </w:tcMar>
            <w:vAlign w:val="center"/>
          </w:tcPr>
          <w:p w14:paraId="2B109A3A" w14:textId="77777777" w:rsidR="009E286B" w:rsidRDefault="009E286B">
            <w:r>
              <w:rPr>
                <w:sz w:val="17"/>
              </w:rPr>
              <w:t>Trauku mazgājamā mašīna Beko BDFN26530X</w:t>
            </w:r>
          </w:p>
        </w:tc>
        <w:tc>
          <w:tcPr>
            <w:tcW w:w="6095" w:type="dxa"/>
            <w:tcMar>
              <w:top w:w="60" w:type="dxa"/>
              <w:left w:w="70" w:type="dxa"/>
              <w:bottom w:w="60" w:type="dxa"/>
              <w:right w:w="70" w:type="dxa"/>
            </w:tcMar>
            <w:vAlign w:val="center"/>
          </w:tcPr>
          <w:p w14:paraId="2B109A3B" w14:textId="77777777" w:rsidR="009E286B" w:rsidRDefault="009E286B">
            <w:r>
              <w:rPr>
                <w:sz w:val="17"/>
              </w:rPr>
              <w:t>Trauku mazgājamā mašīna Beko BDFN26530X</w:t>
            </w:r>
          </w:p>
        </w:tc>
        <w:tc>
          <w:tcPr>
            <w:tcW w:w="1134" w:type="dxa"/>
          </w:tcPr>
          <w:p w14:paraId="48E56582" w14:textId="77777777" w:rsidR="009E286B" w:rsidRDefault="009E286B">
            <w:pPr>
              <w:rPr>
                <w:sz w:val="17"/>
              </w:rPr>
            </w:pPr>
          </w:p>
        </w:tc>
        <w:tc>
          <w:tcPr>
            <w:tcW w:w="1843" w:type="dxa"/>
            <w:tcMar>
              <w:top w:w="60" w:type="dxa"/>
              <w:left w:w="70" w:type="dxa"/>
              <w:bottom w:w="60" w:type="dxa"/>
              <w:right w:w="70" w:type="dxa"/>
            </w:tcMar>
            <w:vAlign w:val="center"/>
          </w:tcPr>
          <w:p w14:paraId="2B109A3C" w14:textId="1402C251" w:rsidR="009E286B" w:rsidRDefault="009E286B">
            <w:r>
              <w:rPr>
                <w:sz w:val="17"/>
              </w:rPr>
              <w:t xml:space="preserve">Sociālais dienests — </w:t>
            </w:r>
            <w:r w:rsidRPr="001621AD">
              <w:rPr>
                <w:b/>
                <w:sz w:val="17"/>
              </w:rPr>
              <w:t>1 gab.</w:t>
            </w:r>
          </w:p>
        </w:tc>
        <w:tc>
          <w:tcPr>
            <w:tcW w:w="1417" w:type="dxa"/>
          </w:tcPr>
          <w:p w14:paraId="60C02046" w14:textId="77777777" w:rsidR="009E286B" w:rsidRDefault="009E286B">
            <w:pPr>
              <w:rPr>
                <w:sz w:val="17"/>
              </w:rPr>
            </w:pPr>
          </w:p>
        </w:tc>
      </w:tr>
      <w:tr w:rsidR="009E286B" w14:paraId="2B109A42" w14:textId="45A31205" w:rsidTr="009E286B">
        <w:trPr>
          <w:jc w:val="center"/>
        </w:trPr>
        <w:tc>
          <w:tcPr>
            <w:tcW w:w="737" w:type="dxa"/>
            <w:tcMar>
              <w:top w:w="60" w:type="dxa"/>
              <w:left w:w="70" w:type="dxa"/>
              <w:bottom w:w="60" w:type="dxa"/>
              <w:right w:w="70" w:type="dxa"/>
            </w:tcMar>
            <w:vAlign w:val="center"/>
          </w:tcPr>
          <w:p w14:paraId="2B109A3E" w14:textId="77777777" w:rsidR="009E286B" w:rsidRDefault="009E286B">
            <w:r>
              <w:t>3</w:t>
            </w:r>
          </w:p>
        </w:tc>
        <w:tc>
          <w:tcPr>
            <w:tcW w:w="2519" w:type="dxa"/>
            <w:tcMar>
              <w:top w:w="60" w:type="dxa"/>
              <w:left w:w="70" w:type="dxa"/>
              <w:bottom w:w="60" w:type="dxa"/>
              <w:right w:w="70" w:type="dxa"/>
            </w:tcMar>
            <w:vAlign w:val="center"/>
          </w:tcPr>
          <w:p w14:paraId="2B109A3F" w14:textId="77777777" w:rsidR="009E286B" w:rsidRDefault="009E286B">
            <w:r>
              <w:rPr>
                <w:sz w:val="17"/>
              </w:rPr>
              <w:t>Āra stends plakātiem Ērti lietojams, uz trotuāra izvietojams</w:t>
            </w:r>
          </w:p>
        </w:tc>
        <w:tc>
          <w:tcPr>
            <w:tcW w:w="6095" w:type="dxa"/>
            <w:tcMar>
              <w:top w:w="60" w:type="dxa"/>
              <w:left w:w="70" w:type="dxa"/>
              <w:bottom w:w="60" w:type="dxa"/>
              <w:right w:w="70" w:type="dxa"/>
            </w:tcMar>
            <w:vAlign w:val="center"/>
          </w:tcPr>
          <w:p w14:paraId="4C3AF8BC" w14:textId="56B1EBC2" w:rsidR="00FD2B92" w:rsidRPr="00406D1C" w:rsidRDefault="00FD2B92" w:rsidP="00FD2B92">
            <w:pPr>
              <w:shd w:val="clear" w:color="auto" w:fill="FFFFFF"/>
              <w:outlineLvl w:val="0"/>
              <w:rPr>
                <w:rFonts w:eastAsia="Times New Roman" w:cs="Arial"/>
                <w:color w:val="EE0000"/>
                <w:spacing w:val="6"/>
                <w:sz w:val="17"/>
                <w:szCs w:val="17"/>
                <w:lang w:val="lv-LV" w:eastAsia="lv-LV"/>
              </w:rPr>
            </w:pPr>
            <w:r w:rsidRPr="00406D1C">
              <w:rPr>
                <w:rFonts w:eastAsia="Times New Roman" w:cs="Arial"/>
                <w:color w:val="000000"/>
                <w:spacing w:val="6"/>
                <w:kern w:val="36"/>
                <w:sz w:val="17"/>
                <w:szCs w:val="17"/>
                <w:lang w:val="lv-LV" w:eastAsia="lv-LV"/>
              </w:rPr>
              <w:t xml:space="preserve">Reklāmas stends, </w:t>
            </w:r>
            <w:r w:rsidRPr="00406D1C">
              <w:rPr>
                <w:rFonts w:eastAsia="Times New Roman" w:cs="Arial"/>
                <w:color w:val="000000"/>
                <w:spacing w:val="6"/>
                <w:sz w:val="17"/>
                <w:szCs w:val="17"/>
                <w:lang w:val="lv-LV" w:eastAsia="lv-LV"/>
              </w:rPr>
              <w:t xml:space="preserve">700x1000mm, 10kg, </w:t>
            </w:r>
            <w:r w:rsidRPr="00406D1C">
              <w:rPr>
                <w:rFonts w:eastAsia="Times New Roman" w:cs="Arial"/>
                <w:spacing w:val="6"/>
                <w:sz w:val="17"/>
                <w:szCs w:val="17"/>
                <w:lang w:val="lv-LV" w:eastAsia="lv-LV"/>
              </w:rPr>
              <w:t>alumīnija</w:t>
            </w:r>
            <w:r w:rsidR="00406D1C" w:rsidRPr="00406D1C">
              <w:rPr>
                <w:rFonts w:eastAsia="Times New Roman" w:cs="Arial"/>
                <w:spacing w:val="6"/>
                <w:sz w:val="17"/>
                <w:szCs w:val="17"/>
                <w:lang w:val="lv-LV" w:eastAsia="lv-LV"/>
              </w:rPr>
              <w:t>.</w:t>
            </w:r>
          </w:p>
          <w:p w14:paraId="2B109A40" w14:textId="60933D12" w:rsidR="009E286B" w:rsidRPr="00406D1C" w:rsidRDefault="009E286B" w:rsidP="00FD2B92">
            <w:r w:rsidRPr="00406D1C">
              <w:rPr>
                <w:rFonts w:cs="Arial"/>
                <w:sz w:val="17"/>
                <w:szCs w:val="17"/>
                <w:lang w:val="lv-LV"/>
              </w:rPr>
              <w:t xml:space="preserve">Ērti lietojams, uz trotuāra izvietojams informācijas dēlis, kuru var izmantot dažāda veida reklāmai. </w:t>
            </w:r>
            <w:r w:rsidRPr="00406D1C">
              <w:rPr>
                <w:rFonts w:cs="Arial"/>
                <w:sz w:val="17"/>
                <w:szCs w:val="17"/>
              </w:rPr>
              <w:t>Informācijas dēlis ir pilnībā izgatavots no alumīnija, kas ir viegls un nerūsējošs materiāls. Šis materiāls nodrošina garu darbmūžu neatkarīgi no tā, vai to izmanto iekštelpās vai ārā. Viegli salokāms</w:t>
            </w:r>
            <w:r w:rsidRPr="00406D1C">
              <w:rPr>
                <w:sz w:val="17"/>
              </w:rPr>
              <w:t>. Abus fiksējošos rāmjus var viegli atvērt, paceļot malas, tad pacelt plastikāta aizsargplēvi un novietot…</w:t>
            </w:r>
          </w:p>
        </w:tc>
        <w:tc>
          <w:tcPr>
            <w:tcW w:w="1134" w:type="dxa"/>
          </w:tcPr>
          <w:p w14:paraId="33985D2E" w14:textId="77777777" w:rsidR="009E286B" w:rsidRDefault="009E286B">
            <w:pPr>
              <w:rPr>
                <w:sz w:val="17"/>
              </w:rPr>
            </w:pPr>
          </w:p>
        </w:tc>
        <w:tc>
          <w:tcPr>
            <w:tcW w:w="1843" w:type="dxa"/>
            <w:tcMar>
              <w:top w:w="60" w:type="dxa"/>
              <w:left w:w="70" w:type="dxa"/>
              <w:bottom w:w="60" w:type="dxa"/>
              <w:right w:w="70" w:type="dxa"/>
            </w:tcMar>
            <w:vAlign w:val="center"/>
          </w:tcPr>
          <w:p w14:paraId="2B109A41" w14:textId="2373FC07" w:rsidR="009E286B" w:rsidRDefault="009E286B">
            <w:r>
              <w:rPr>
                <w:sz w:val="17"/>
              </w:rPr>
              <w:t xml:space="preserve">Sociālais dienests — </w:t>
            </w:r>
            <w:r w:rsidRPr="001621AD">
              <w:rPr>
                <w:b/>
                <w:sz w:val="17"/>
              </w:rPr>
              <w:t>2 gab.</w:t>
            </w:r>
          </w:p>
        </w:tc>
        <w:tc>
          <w:tcPr>
            <w:tcW w:w="1417" w:type="dxa"/>
          </w:tcPr>
          <w:p w14:paraId="1BF71592" w14:textId="77777777" w:rsidR="009E286B" w:rsidRDefault="009E286B">
            <w:pPr>
              <w:rPr>
                <w:sz w:val="17"/>
              </w:rPr>
            </w:pPr>
          </w:p>
        </w:tc>
      </w:tr>
      <w:tr w:rsidR="009E286B" w14:paraId="2B109A47" w14:textId="71034E04" w:rsidTr="009E286B">
        <w:trPr>
          <w:jc w:val="center"/>
        </w:trPr>
        <w:tc>
          <w:tcPr>
            <w:tcW w:w="737" w:type="dxa"/>
            <w:tcMar>
              <w:top w:w="60" w:type="dxa"/>
              <w:left w:w="70" w:type="dxa"/>
              <w:bottom w:w="60" w:type="dxa"/>
              <w:right w:w="70" w:type="dxa"/>
            </w:tcMar>
            <w:vAlign w:val="center"/>
          </w:tcPr>
          <w:p w14:paraId="2B109A43" w14:textId="77777777" w:rsidR="009E286B" w:rsidRDefault="009E286B">
            <w:r>
              <w:t>4</w:t>
            </w:r>
          </w:p>
        </w:tc>
        <w:tc>
          <w:tcPr>
            <w:tcW w:w="2519" w:type="dxa"/>
            <w:tcMar>
              <w:top w:w="60" w:type="dxa"/>
              <w:left w:w="70" w:type="dxa"/>
              <w:bottom w:w="60" w:type="dxa"/>
              <w:right w:w="70" w:type="dxa"/>
            </w:tcMar>
            <w:vAlign w:val="center"/>
          </w:tcPr>
          <w:p w14:paraId="2B109A44" w14:textId="77777777" w:rsidR="009E286B" w:rsidRDefault="009E286B">
            <w:r>
              <w:rPr>
                <w:sz w:val="17"/>
              </w:rPr>
              <w:t>Krēslu uzglabāšanas un pārvietošanas ratiņi Praktiski un viegli</w:t>
            </w:r>
          </w:p>
        </w:tc>
        <w:tc>
          <w:tcPr>
            <w:tcW w:w="6095" w:type="dxa"/>
            <w:tcMar>
              <w:top w:w="60" w:type="dxa"/>
              <w:left w:w="70" w:type="dxa"/>
              <w:bottom w:w="60" w:type="dxa"/>
              <w:right w:w="70" w:type="dxa"/>
            </w:tcMar>
            <w:vAlign w:val="center"/>
          </w:tcPr>
          <w:p w14:paraId="2B109A45" w14:textId="77777777" w:rsidR="009E286B" w:rsidRDefault="009E286B">
            <w:r>
              <w:rPr>
                <w:sz w:val="17"/>
              </w:rPr>
              <w:t>Krēslu uzglabāšanas un pārvietošanas ratiņi Praktiski un viegli izmantojami krēslu ratiņi atvieglo saliekamo krēslu pārvadāšanu un uzglabāšanu. Uz krēslu ratiņiem var izvietot 28 citu uz cita saliktus krēslus. Krēslu ratiņiem ir praktisks galvanizēts rāmis, kas ir aprīkots ar četriem riteņiem. Garums:900 mm; Augstums:1760 mm; Platums:485mm; Riteņa diametrs:125 mm; Materiāls:Galvanizēts; Svara izturība:160 kg; Riteņi:Ar…</w:t>
            </w:r>
          </w:p>
        </w:tc>
        <w:tc>
          <w:tcPr>
            <w:tcW w:w="1134" w:type="dxa"/>
          </w:tcPr>
          <w:p w14:paraId="3E3FA6C3" w14:textId="77777777" w:rsidR="009E286B" w:rsidRDefault="009E286B">
            <w:pPr>
              <w:rPr>
                <w:sz w:val="17"/>
              </w:rPr>
            </w:pPr>
          </w:p>
        </w:tc>
        <w:tc>
          <w:tcPr>
            <w:tcW w:w="1843" w:type="dxa"/>
            <w:tcMar>
              <w:top w:w="60" w:type="dxa"/>
              <w:left w:w="70" w:type="dxa"/>
              <w:bottom w:w="60" w:type="dxa"/>
              <w:right w:w="70" w:type="dxa"/>
            </w:tcMar>
            <w:vAlign w:val="center"/>
          </w:tcPr>
          <w:p w14:paraId="2B109A46" w14:textId="773B6FDF" w:rsidR="009E286B" w:rsidRDefault="009E286B">
            <w:r>
              <w:rPr>
                <w:sz w:val="17"/>
              </w:rPr>
              <w:t xml:space="preserve">Sociālais dienests — </w:t>
            </w:r>
            <w:r w:rsidRPr="001621AD">
              <w:rPr>
                <w:b/>
                <w:sz w:val="17"/>
              </w:rPr>
              <w:t>1 gab.</w:t>
            </w:r>
          </w:p>
        </w:tc>
        <w:tc>
          <w:tcPr>
            <w:tcW w:w="1417" w:type="dxa"/>
          </w:tcPr>
          <w:p w14:paraId="26D4D056" w14:textId="77777777" w:rsidR="009E286B" w:rsidRDefault="009E286B">
            <w:pPr>
              <w:rPr>
                <w:sz w:val="17"/>
              </w:rPr>
            </w:pPr>
          </w:p>
        </w:tc>
      </w:tr>
      <w:tr w:rsidR="009E286B" w14:paraId="2B109A4C" w14:textId="4D4947D6" w:rsidTr="009E286B">
        <w:trPr>
          <w:jc w:val="center"/>
        </w:trPr>
        <w:tc>
          <w:tcPr>
            <w:tcW w:w="737" w:type="dxa"/>
            <w:tcMar>
              <w:top w:w="60" w:type="dxa"/>
              <w:left w:w="70" w:type="dxa"/>
              <w:bottom w:w="60" w:type="dxa"/>
              <w:right w:w="70" w:type="dxa"/>
            </w:tcMar>
            <w:vAlign w:val="center"/>
          </w:tcPr>
          <w:p w14:paraId="2B109A48" w14:textId="77777777" w:rsidR="009E286B" w:rsidRDefault="009E286B">
            <w:r>
              <w:t>5</w:t>
            </w:r>
          </w:p>
        </w:tc>
        <w:tc>
          <w:tcPr>
            <w:tcW w:w="2519" w:type="dxa"/>
            <w:tcMar>
              <w:top w:w="60" w:type="dxa"/>
              <w:left w:w="70" w:type="dxa"/>
              <w:bottom w:w="60" w:type="dxa"/>
              <w:right w:w="70" w:type="dxa"/>
            </w:tcMar>
            <w:vAlign w:val="center"/>
          </w:tcPr>
          <w:p w14:paraId="2B109A49" w14:textId="77777777" w:rsidR="009E286B" w:rsidRDefault="009E286B">
            <w:r>
              <w:rPr>
                <w:sz w:val="17"/>
              </w:rPr>
              <w:t>Brīvi stāvošs plakātu stends Divpusējs, brīvi stāvošs plakātu stends</w:t>
            </w:r>
          </w:p>
        </w:tc>
        <w:tc>
          <w:tcPr>
            <w:tcW w:w="6095" w:type="dxa"/>
            <w:tcMar>
              <w:top w:w="60" w:type="dxa"/>
              <w:left w:w="70" w:type="dxa"/>
              <w:bottom w:w="60" w:type="dxa"/>
              <w:right w:w="70" w:type="dxa"/>
            </w:tcMar>
            <w:vAlign w:val="center"/>
          </w:tcPr>
          <w:p w14:paraId="2B109A4A" w14:textId="77777777" w:rsidR="009E286B" w:rsidRDefault="009E286B">
            <w:r>
              <w:rPr>
                <w:sz w:val="17"/>
              </w:rPr>
              <w:t>Brīvi stāvošs plakātu stends Divpusējs, brīvi stāvošs plakātu stends. Aprīkots ar CLICK tipa plakātu stiprināšanas mehānismiem. Vienkāršs dizains un praktiska pielietošana. Pamatne ar gumijas pēdām. Izmērs 594 x 841 mm</w:t>
            </w:r>
          </w:p>
        </w:tc>
        <w:tc>
          <w:tcPr>
            <w:tcW w:w="1134" w:type="dxa"/>
          </w:tcPr>
          <w:p w14:paraId="6F46C905" w14:textId="77777777" w:rsidR="009E286B" w:rsidRDefault="009E286B">
            <w:pPr>
              <w:rPr>
                <w:sz w:val="17"/>
              </w:rPr>
            </w:pPr>
          </w:p>
        </w:tc>
        <w:tc>
          <w:tcPr>
            <w:tcW w:w="1843" w:type="dxa"/>
            <w:tcMar>
              <w:top w:w="60" w:type="dxa"/>
              <w:left w:w="70" w:type="dxa"/>
              <w:bottom w:w="60" w:type="dxa"/>
              <w:right w:w="70" w:type="dxa"/>
            </w:tcMar>
            <w:vAlign w:val="center"/>
          </w:tcPr>
          <w:p w14:paraId="2B109A4B" w14:textId="2AED5E48" w:rsidR="009E286B" w:rsidRDefault="009E286B">
            <w:r>
              <w:rPr>
                <w:sz w:val="17"/>
              </w:rPr>
              <w:t xml:space="preserve">Sociālais dienests — </w:t>
            </w:r>
            <w:r w:rsidRPr="001621AD">
              <w:rPr>
                <w:b/>
                <w:sz w:val="17"/>
              </w:rPr>
              <w:t>1 gab.</w:t>
            </w:r>
          </w:p>
        </w:tc>
        <w:tc>
          <w:tcPr>
            <w:tcW w:w="1417" w:type="dxa"/>
          </w:tcPr>
          <w:p w14:paraId="0F55B95B" w14:textId="77777777" w:rsidR="009E286B" w:rsidRDefault="009E286B">
            <w:pPr>
              <w:rPr>
                <w:sz w:val="17"/>
              </w:rPr>
            </w:pPr>
          </w:p>
        </w:tc>
      </w:tr>
      <w:tr w:rsidR="009E286B" w14:paraId="2B109A51" w14:textId="66B49F03" w:rsidTr="009E286B">
        <w:trPr>
          <w:jc w:val="center"/>
        </w:trPr>
        <w:tc>
          <w:tcPr>
            <w:tcW w:w="737" w:type="dxa"/>
            <w:tcMar>
              <w:top w:w="60" w:type="dxa"/>
              <w:left w:w="70" w:type="dxa"/>
              <w:bottom w:w="60" w:type="dxa"/>
              <w:right w:w="70" w:type="dxa"/>
            </w:tcMar>
            <w:vAlign w:val="center"/>
          </w:tcPr>
          <w:p w14:paraId="2B109A4D" w14:textId="77777777" w:rsidR="009E286B" w:rsidRDefault="009E286B">
            <w:r>
              <w:t>6</w:t>
            </w:r>
          </w:p>
        </w:tc>
        <w:tc>
          <w:tcPr>
            <w:tcW w:w="2519" w:type="dxa"/>
            <w:tcMar>
              <w:top w:w="60" w:type="dxa"/>
              <w:left w:w="70" w:type="dxa"/>
              <w:bottom w:w="60" w:type="dxa"/>
              <w:right w:w="70" w:type="dxa"/>
            </w:tcMar>
            <w:vAlign w:val="center"/>
          </w:tcPr>
          <w:p w14:paraId="2B109A4E" w14:textId="77777777" w:rsidR="009E286B" w:rsidRDefault="009E286B">
            <w:r>
              <w:rPr>
                <w:sz w:val="17"/>
              </w:rPr>
              <w:t>Flipchart tāfele Magnētiska tāfele alumīnija rāmī</w:t>
            </w:r>
          </w:p>
        </w:tc>
        <w:tc>
          <w:tcPr>
            <w:tcW w:w="6095" w:type="dxa"/>
            <w:tcMar>
              <w:top w:w="60" w:type="dxa"/>
              <w:left w:w="70" w:type="dxa"/>
              <w:bottom w:w="60" w:type="dxa"/>
              <w:right w:w="70" w:type="dxa"/>
            </w:tcMar>
            <w:vAlign w:val="center"/>
          </w:tcPr>
          <w:p w14:paraId="2B109A4F" w14:textId="77777777" w:rsidR="009E286B" w:rsidRDefault="009E286B">
            <w:r>
              <w:rPr>
                <w:sz w:val="17"/>
              </w:rPr>
              <w:t>Flipchart tāfele Magnētiska tāfele alumīnija rāmī. Regulējams augstums līdz 185 cm. Ar stiprinājumu papīra blokam un augstuma regulētāju. Komplektā ar 3 magnētiem un tīrītāju baltajām tāfelēm. Ir plauktiņš marķieriem. Tāfeles izmērs: 70 x 100 cm.Tāfeles virsmas veids: Lakota</w:t>
            </w:r>
          </w:p>
        </w:tc>
        <w:tc>
          <w:tcPr>
            <w:tcW w:w="1134" w:type="dxa"/>
          </w:tcPr>
          <w:p w14:paraId="0E380897" w14:textId="77777777" w:rsidR="009E286B" w:rsidRDefault="009E286B">
            <w:pPr>
              <w:rPr>
                <w:sz w:val="17"/>
              </w:rPr>
            </w:pPr>
          </w:p>
        </w:tc>
        <w:tc>
          <w:tcPr>
            <w:tcW w:w="1843" w:type="dxa"/>
            <w:tcMar>
              <w:top w:w="60" w:type="dxa"/>
              <w:left w:w="70" w:type="dxa"/>
              <w:bottom w:w="60" w:type="dxa"/>
              <w:right w:w="70" w:type="dxa"/>
            </w:tcMar>
            <w:vAlign w:val="center"/>
          </w:tcPr>
          <w:p w14:paraId="2B109A50" w14:textId="099AAEFE" w:rsidR="009E286B" w:rsidRDefault="009E286B">
            <w:r>
              <w:rPr>
                <w:sz w:val="17"/>
              </w:rPr>
              <w:t xml:space="preserve">Sociālais dienests — </w:t>
            </w:r>
            <w:r w:rsidRPr="001621AD">
              <w:rPr>
                <w:b/>
                <w:sz w:val="17"/>
              </w:rPr>
              <w:t>1 gab.</w:t>
            </w:r>
          </w:p>
        </w:tc>
        <w:tc>
          <w:tcPr>
            <w:tcW w:w="1417" w:type="dxa"/>
          </w:tcPr>
          <w:p w14:paraId="3A4536D1" w14:textId="77777777" w:rsidR="009E286B" w:rsidRDefault="009E286B">
            <w:pPr>
              <w:rPr>
                <w:sz w:val="17"/>
              </w:rPr>
            </w:pPr>
          </w:p>
        </w:tc>
      </w:tr>
      <w:tr w:rsidR="009E286B" w14:paraId="2B109A56" w14:textId="0C54CC04" w:rsidTr="009E286B">
        <w:trPr>
          <w:jc w:val="center"/>
        </w:trPr>
        <w:tc>
          <w:tcPr>
            <w:tcW w:w="737" w:type="dxa"/>
            <w:tcMar>
              <w:top w:w="60" w:type="dxa"/>
              <w:left w:w="70" w:type="dxa"/>
              <w:bottom w:w="60" w:type="dxa"/>
              <w:right w:w="70" w:type="dxa"/>
            </w:tcMar>
            <w:vAlign w:val="center"/>
          </w:tcPr>
          <w:p w14:paraId="2B109A52" w14:textId="77777777" w:rsidR="009E286B" w:rsidRDefault="009E286B">
            <w:r>
              <w:t>7</w:t>
            </w:r>
          </w:p>
        </w:tc>
        <w:tc>
          <w:tcPr>
            <w:tcW w:w="2519" w:type="dxa"/>
            <w:tcMar>
              <w:top w:w="60" w:type="dxa"/>
              <w:left w:w="70" w:type="dxa"/>
              <w:bottom w:w="60" w:type="dxa"/>
              <w:right w:w="70" w:type="dxa"/>
            </w:tcMar>
            <w:vAlign w:val="center"/>
          </w:tcPr>
          <w:p w14:paraId="2B109A53" w14:textId="77777777" w:rsidR="009E286B" w:rsidRDefault="009E286B">
            <w:r>
              <w:rPr>
                <w:sz w:val="17"/>
              </w:rPr>
              <w:t>Sienas projektora ekrāns Silelis ES-2, pa diagonāli: 254</w:t>
            </w:r>
          </w:p>
        </w:tc>
        <w:tc>
          <w:tcPr>
            <w:tcW w:w="6095" w:type="dxa"/>
            <w:tcMar>
              <w:top w:w="60" w:type="dxa"/>
              <w:left w:w="70" w:type="dxa"/>
              <w:bottom w:w="60" w:type="dxa"/>
              <w:right w:w="70" w:type="dxa"/>
            </w:tcMar>
            <w:vAlign w:val="center"/>
          </w:tcPr>
          <w:p w14:paraId="2B109A54" w14:textId="77777777" w:rsidR="009E286B" w:rsidRDefault="009E286B">
            <w:r>
              <w:rPr>
                <w:sz w:val="17"/>
              </w:rPr>
              <w:t>Sienas projektora ekrāns Silelis ES-2, pa diagonāli: 254 cm, 16:9, izbīdāms Sienas projektora ekrāns Silelis ES-2, pa diagonāli: 254 cm, 16:9 cena | 220.lv</w:t>
            </w:r>
          </w:p>
        </w:tc>
        <w:tc>
          <w:tcPr>
            <w:tcW w:w="1134" w:type="dxa"/>
          </w:tcPr>
          <w:p w14:paraId="33E04AFA" w14:textId="77777777" w:rsidR="009E286B" w:rsidRDefault="009E286B">
            <w:pPr>
              <w:rPr>
                <w:sz w:val="17"/>
              </w:rPr>
            </w:pPr>
          </w:p>
        </w:tc>
        <w:tc>
          <w:tcPr>
            <w:tcW w:w="1843" w:type="dxa"/>
            <w:tcMar>
              <w:top w:w="60" w:type="dxa"/>
              <w:left w:w="70" w:type="dxa"/>
              <w:bottom w:w="60" w:type="dxa"/>
              <w:right w:w="70" w:type="dxa"/>
            </w:tcMar>
            <w:vAlign w:val="center"/>
          </w:tcPr>
          <w:p w14:paraId="2B109A55" w14:textId="16AE32D1" w:rsidR="009E286B" w:rsidRDefault="009E286B">
            <w:r>
              <w:rPr>
                <w:sz w:val="17"/>
              </w:rPr>
              <w:t xml:space="preserve">Sociālais dienests — </w:t>
            </w:r>
            <w:r w:rsidRPr="001621AD">
              <w:rPr>
                <w:b/>
                <w:sz w:val="17"/>
              </w:rPr>
              <w:t>1 gab.</w:t>
            </w:r>
          </w:p>
        </w:tc>
        <w:tc>
          <w:tcPr>
            <w:tcW w:w="1417" w:type="dxa"/>
          </w:tcPr>
          <w:p w14:paraId="2C2371FF" w14:textId="77777777" w:rsidR="009E286B" w:rsidRDefault="009E286B">
            <w:pPr>
              <w:rPr>
                <w:sz w:val="17"/>
              </w:rPr>
            </w:pPr>
          </w:p>
        </w:tc>
      </w:tr>
      <w:tr w:rsidR="009E286B" w14:paraId="2B109A5B" w14:textId="66D9147B" w:rsidTr="009E286B">
        <w:trPr>
          <w:jc w:val="center"/>
        </w:trPr>
        <w:tc>
          <w:tcPr>
            <w:tcW w:w="737" w:type="dxa"/>
            <w:tcMar>
              <w:top w:w="60" w:type="dxa"/>
              <w:left w:w="70" w:type="dxa"/>
              <w:bottom w:w="60" w:type="dxa"/>
              <w:right w:w="70" w:type="dxa"/>
            </w:tcMar>
            <w:vAlign w:val="center"/>
          </w:tcPr>
          <w:p w14:paraId="2B109A57" w14:textId="77777777" w:rsidR="009E286B" w:rsidRDefault="009E286B">
            <w:r>
              <w:t>8</w:t>
            </w:r>
          </w:p>
        </w:tc>
        <w:tc>
          <w:tcPr>
            <w:tcW w:w="2519" w:type="dxa"/>
            <w:tcMar>
              <w:top w:w="60" w:type="dxa"/>
              <w:left w:w="70" w:type="dxa"/>
              <w:bottom w:w="60" w:type="dxa"/>
              <w:right w:w="70" w:type="dxa"/>
            </w:tcMar>
            <w:vAlign w:val="center"/>
          </w:tcPr>
          <w:p w14:paraId="2B109A58" w14:textId="77777777" w:rsidR="009E286B" w:rsidRDefault="009E286B">
            <w:r>
              <w:rPr>
                <w:sz w:val="17"/>
              </w:rPr>
              <w:t>Elektriskais dvieļu žāvētājs</w:t>
            </w:r>
          </w:p>
        </w:tc>
        <w:tc>
          <w:tcPr>
            <w:tcW w:w="6095" w:type="dxa"/>
            <w:tcMar>
              <w:top w:w="60" w:type="dxa"/>
              <w:left w:w="70" w:type="dxa"/>
              <w:bottom w:w="60" w:type="dxa"/>
              <w:right w:w="70" w:type="dxa"/>
            </w:tcMar>
            <w:vAlign w:val="center"/>
          </w:tcPr>
          <w:p w14:paraId="2B109A59" w14:textId="6FAE0219" w:rsidR="009E286B" w:rsidRDefault="00EF35FD">
            <w:hyperlink r:id="rId8" w:history="1">
              <w:r w:rsidR="00C2606A" w:rsidRPr="00C2606A">
                <w:rPr>
                  <w:rStyle w:val="Hyperlink"/>
                  <w:color w:val="auto"/>
                  <w:sz w:val="17"/>
                  <w:szCs w:val="17"/>
                  <w:u w:val="none"/>
                </w:rPr>
                <w:t>Elektriskais dvieļu žāvē</w:t>
              </w:r>
              <w:r w:rsidR="00C2606A" w:rsidRPr="00406D1C">
                <w:rPr>
                  <w:rStyle w:val="Hyperlink"/>
                  <w:color w:val="auto"/>
                  <w:sz w:val="17"/>
                  <w:szCs w:val="17"/>
                  <w:u w:val="none"/>
                </w:rPr>
                <w:t xml:space="preserve">tājs </w:t>
              </w:r>
              <w:r w:rsidR="00BC30C2" w:rsidRPr="00406D1C">
                <w:rPr>
                  <w:rStyle w:val="Hyperlink"/>
                  <w:color w:val="auto"/>
                  <w:sz w:val="17"/>
                  <w:szCs w:val="17"/>
                  <w:u w:val="none"/>
                </w:rPr>
                <w:t>-</w:t>
              </w:r>
              <w:r w:rsidR="00C2606A" w:rsidRPr="00406D1C">
                <w:rPr>
                  <w:rStyle w:val="Hyperlink"/>
                  <w:color w:val="auto"/>
                  <w:sz w:val="17"/>
                  <w:szCs w:val="17"/>
                  <w:u w:val="none"/>
                </w:rPr>
                <w:t>Laris Alfa P12, 500x1200 mm</w:t>
              </w:r>
            </w:hyperlink>
          </w:p>
        </w:tc>
        <w:tc>
          <w:tcPr>
            <w:tcW w:w="1134" w:type="dxa"/>
          </w:tcPr>
          <w:p w14:paraId="79EA0781" w14:textId="77777777" w:rsidR="009E286B" w:rsidRDefault="009E286B">
            <w:pPr>
              <w:rPr>
                <w:sz w:val="17"/>
              </w:rPr>
            </w:pPr>
          </w:p>
        </w:tc>
        <w:tc>
          <w:tcPr>
            <w:tcW w:w="1843" w:type="dxa"/>
            <w:tcMar>
              <w:top w:w="60" w:type="dxa"/>
              <w:left w:w="70" w:type="dxa"/>
              <w:bottom w:w="60" w:type="dxa"/>
              <w:right w:w="70" w:type="dxa"/>
            </w:tcMar>
            <w:vAlign w:val="center"/>
          </w:tcPr>
          <w:p w14:paraId="2B109A5A" w14:textId="3EA92480" w:rsidR="009E286B" w:rsidRDefault="009E286B">
            <w:r>
              <w:rPr>
                <w:sz w:val="17"/>
              </w:rPr>
              <w:t xml:space="preserve">Sociālais dienests — </w:t>
            </w:r>
            <w:r w:rsidRPr="001621AD">
              <w:rPr>
                <w:b/>
                <w:sz w:val="17"/>
              </w:rPr>
              <w:t>1 gab.</w:t>
            </w:r>
          </w:p>
        </w:tc>
        <w:tc>
          <w:tcPr>
            <w:tcW w:w="1417" w:type="dxa"/>
          </w:tcPr>
          <w:p w14:paraId="30F3B283" w14:textId="77777777" w:rsidR="009E286B" w:rsidRDefault="009E286B">
            <w:pPr>
              <w:rPr>
                <w:sz w:val="17"/>
              </w:rPr>
            </w:pPr>
          </w:p>
        </w:tc>
      </w:tr>
      <w:tr w:rsidR="009E286B" w14:paraId="2B109A60" w14:textId="101420C9" w:rsidTr="009E286B">
        <w:trPr>
          <w:jc w:val="center"/>
        </w:trPr>
        <w:tc>
          <w:tcPr>
            <w:tcW w:w="737" w:type="dxa"/>
            <w:tcMar>
              <w:top w:w="60" w:type="dxa"/>
              <w:left w:w="70" w:type="dxa"/>
              <w:bottom w:w="60" w:type="dxa"/>
              <w:right w:w="70" w:type="dxa"/>
            </w:tcMar>
            <w:vAlign w:val="center"/>
          </w:tcPr>
          <w:p w14:paraId="2B109A5C" w14:textId="77777777" w:rsidR="009E286B" w:rsidRDefault="009E286B">
            <w:r>
              <w:t>9</w:t>
            </w:r>
          </w:p>
        </w:tc>
        <w:tc>
          <w:tcPr>
            <w:tcW w:w="2519" w:type="dxa"/>
            <w:tcMar>
              <w:top w:w="60" w:type="dxa"/>
              <w:left w:w="70" w:type="dxa"/>
              <w:bottom w:w="60" w:type="dxa"/>
              <w:right w:w="70" w:type="dxa"/>
            </w:tcMar>
            <w:vAlign w:val="center"/>
          </w:tcPr>
          <w:p w14:paraId="2B109A5D" w14:textId="191FCB57" w:rsidR="009E286B" w:rsidRDefault="009E286B">
            <w:r>
              <w:rPr>
                <w:sz w:val="17"/>
              </w:rPr>
              <w:t>Proj</w:t>
            </w:r>
            <w:r w:rsidR="00406D1C">
              <w:rPr>
                <w:sz w:val="17"/>
              </w:rPr>
              <w:t>ektors ar maciņu un akumulatoru</w:t>
            </w:r>
          </w:p>
        </w:tc>
        <w:tc>
          <w:tcPr>
            <w:tcW w:w="6095" w:type="dxa"/>
            <w:tcMar>
              <w:top w:w="60" w:type="dxa"/>
              <w:left w:w="70" w:type="dxa"/>
              <w:bottom w:w="60" w:type="dxa"/>
              <w:right w:w="70" w:type="dxa"/>
            </w:tcMar>
            <w:vAlign w:val="center"/>
          </w:tcPr>
          <w:p w14:paraId="2B109A5E" w14:textId="77777777" w:rsidR="009E286B" w:rsidRDefault="009E286B">
            <w:r>
              <w:rPr>
                <w:sz w:val="17"/>
              </w:rPr>
              <w:t>Projektors ar maciņu un akumulatoru Attēla izšķirtspēja - 1920 x 1080 (FHD); Lampas kalpošanas ilgums 30.000 h; Wi-Fi - Ir; Savienojumi - Anynet + (HDMI-CEC), Bluetooth, Wi-Fi, Micro HDMI; Iebūvēti skaļruņi – Ir; Ekrāna izmēra saderība: 762 - 2540mm; Video: Film Mode, Pur Color, Crystal Engine, HDR, HLG, HDR 10+; Svars ar iepakojumu: 1.4 kg Stiprinājuma veids – futlāris; Materiāls – plastmasa; Izmērs - 113.3 x 121.3 x 186.1…</w:t>
            </w:r>
          </w:p>
        </w:tc>
        <w:tc>
          <w:tcPr>
            <w:tcW w:w="1134" w:type="dxa"/>
          </w:tcPr>
          <w:p w14:paraId="7D030A93" w14:textId="77777777" w:rsidR="009E286B" w:rsidRDefault="009E286B">
            <w:pPr>
              <w:rPr>
                <w:sz w:val="17"/>
              </w:rPr>
            </w:pPr>
          </w:p>
        </w:tc>
        <w:tc>
          <w:tcPr>
            <w:tcW w:w="1843" w:type="dxa"/>
            <w:tcMar>
              <w:top w:w="60" w:type="dxa"/>
              <w:left w:w="70" w:type="dxa"/>
              <w:bottom w:w="60" w:type="dxa"/>
              <w:right w:w="70" w:type="dxa"/>
            </w:tcMar>
            <w:vAlign w:val="center"/>
          </w:tcPr>
          <w:p w14:paraId="2B109A5F" w14:textId="222EEB3B" w:rsidR="009E286B" w:rsidRDefault="009E286B">
            <w:r>
              <w:rPr>
                <w:sz w:val="17"/>
              </w:rPr>
              <w:t xml:space="preserve">Sociālais dienests — </w:t>
            </w:r>
            <w:r w:rsidRPr="001621AD">
              <w:rPr>
                <w:b/>
                <w:sz w:val="17"/>
              </w:rPr>
              <w:t>1 gab.</w:t>
            </w:r>
          </w:p>
        </w:tc>
        <w:tc>
          <w:tcPr>
            <w:tcW w:w="1417" w:type="dxa"/>
          </w:tcPr>
          <w:p w14:paraId="6F3A86A6" w14:textId="77777777" w:rsidR="009E286B" w:rsidRDefault="009E286B">
            <w:pPr>
              <w:rPr>
                <w:sz w:val="17"/>
              </w:rPr>
            </w:pPr>
          </w:p>
        </w:tc>
      </w:tr>
      <w:tr w:rsidR="009E286B" w14:paraId="2B109A65" w14:textId="334C8105" w:rsidTr="009E286B">
        <w:trPr>
          <w:jc w:val="center"/>
        </w:trPr>
        <w:tc>
          <w:tcPr>
            <w:tcW w:w="737" w:type="dxa"/>
            <w:tcMar>
              <w:top w:w="60" w:type="dxa"/>
              <w:left w:w="70" w:type="dxa"/>
              <w:bottom w:w="60" w:type="dxa"/>
              <w:right w:w="70" w:type="dxa"/>
            </w:tcMar>
            <w:vAlign w:val="center"/>
          </w:tcPr>
          <w:p w14:paraId="2B109A61" w14:textId="77777777" w:rsidR="009E286B" w:rsidRDefault="009E286B">
            <w:r>
              <w:t>10</w:t>
            </w:r>
          </w:p>
        </w:tc>
        <w:tc>
          <w:tcPr>
            <w:tcW w:w="2519" w:type="dxa"/>
            <w:tcMar>
              <w:top w:w="60" w:type="dxa"/>
              <w:left w:w="70" w:type="dxa"/>
              <w:bottom w:w="60" w:type="dxa"/>
              <w:right w:w="70" w:type="dxa"/>
            </w:tcMar>
            <w:vAlign w:val="center"/>
          </w:tcPr>
          <w:p w14:paraId="2B109A62" w14:textId="77777777" w:rsidR="009E286B" w:rsidRDefault="009E286B">
            <w:r>
              <w:rPr>
                <w:sz w:val="17"/>
              </w:rPr>
              <w:t>Mikroviļņu krāsns brīvi novietojama Platums 47.6 cm Dziļums</w:t>
            </w:r>
          </w:p>
        </w:tc>
        <w:tc>
          <w:tcPr>
            <w:tcW w:w="6095" w:type="dxa"/>
            <w:tcMar>
              <w:top w:w="60" w:type="dxa"/>
              <w:left w:w="70" w:type="dxa"/>
              <w:bottom w:w="60" w:type="dxa"/>
              <w:right w:w="70" w:type="dxa"/>
            </w:tcMar>
            <w:vAlign w:val="center"/>
          </w:tcPr>
          <w:p w14:paraId="2B109A63" w14:textId="77777777" w:rsidR="009E286B" w:rsidRDefault="009E286B">
            <w:r>
              <w:rPr>
                <w:sz w:val="17"/>
              </w:rPr>
              <w:t>Mikroviļņu krāsns brīvi novietojama Platums 47.6 cm Dziļums 36.9 cm Augstums 27.2 cm Svars 9.5 kg Melna krāsā Tilpums 25 l Jauda 1000 W Jaudas līmeņi 6 Atkausēšanas funkcija Jā Bērnu drošības funkcija Jā Aizsardzība pret pārkaršanu Jā Vadība Sensoru Ar apgaismojumu Jā Ekrāns Jā Taimeris.Jā Šķīvja diametrs 29.2 cm</w:t>
            </w:r>
          </w:p>
        </w:tc>
        <w:tc>
          <w:tcPr>
            <w:tcW w:w="1134" w:type="dxa"/>
          </w:tcPr>
          <w:p w14:paraId="0592924C" w14:textId="77777777" w:rsidR="009E286B" w:rsidRDefault="009E286B">
            <w:pPr>
              <w:rPr>
                <w:sz w:val="17"/>
              </w:rPr>
            </w:pPr>
          </w:p>
        </w:tc>
        <w:tc>
          <w:tcPr>
            <w:tcW w:w="1843" w:type="dxa"/>
            <w:tcMar>
              <w:top w:w="60" w:type="dxa"/>
              <w:left w:w="70" w:type="dxa"/>
              <w:bottom w:w="60" w:type="dxa"/>
              <w:right w:w="70" w:type="dxa"/>
            </w:tcMar>
            <w:vAlign w:val="center"/>
          </w:tcPr>
          <w:p w14:paraId="2B109A64" w14:textId="78B9A8ED" w:rsidR="009E286B" w:rsidRDefault="009E286B">
            <w:r>
              <w:rPr>
                <w:sz w:val="17"/>
              </w:rPr>
              <w:t xml:space="preserve">Daugavas muzejs — </w:t>
            </w:r>
            <w:r w:rsidRPr="001621AD">
              <w:rPr>
                <w:b/>
                <w:sz w:val="17"/>
              </w:rPr>
              <w:t>1 gab.</w:t>
            </w:r>
          </w:p>
        </w:tc>
        <w:tc>
          <w:tcPr>
            <w:tcW w:w="1417" w:type="dxa"/>
          </w:tcPr>
          <w:p w14:paraId="18FE7A41" w14:textId="77777777" w:rsidR="009E286B" w:rsidRDefault="009E286B">
            <w:pPr>
              <w:rPr>
                <w:sz w:val="17"/>
              </w:rPr>
            </w:pPr>
          </w:p>
        </w:tc>
      </w:tr>
      <w:tr w:rsidR="009E286B" w14:paraId="2B109A6A" w14:textId="75A4D67E" w:rsidTr="009E286B">
        <w:trPr>
          <w:jc w:val="center"/>
        </w:trPr>
        <w:tc>
          <w:tcPr>
            <w:tcW w:w="737" w:type="dxa"/>
            <w:tcMar>
              <w:top w:w="60" w:type="dxa"/>
              <w:left w:w="70" w:type="dxa"/>
              <w:bottom w:w="60" w:type="dxa"/>
              <w:right w:w="70" w:type="dxa"/>
            </w:tcMar>
            <w:vAlign w:val="center"/>
          </w:tcPr>
          <w:p w14:paraId="2B109A66" w14:textId="77777777" w:rsidR="009E286B" w:rsidRDefault="009E286B">
            <w:r>
              <w:t>11</w:t>
            </w:r>
          </w:p>
        </w:tc>
        <w:tc>
          <w:tcPr>
            <w:tcW w:w="2519" w:type="dxa"/>
            <w:tcMar>
              <w:top w:w="60" w:type="dxa"/>
              <w:left w:w="70" w:type="dxa"/>
              <w:bottom w:w="60" w:type="dxa"/>
              <w:right w:w="70" w:type="dxa"/>
            </w:tcMar>
            <w:vAlign w:val="center"/>
          </w:tcPr>
          <w:p w14:paraId="2B109A67" w14:textId="77777777" w:rsidR="009E286B" w:rsidRDefault="009E286B">
            <w:r>
              <w:rPr>
                <w:sz w:val="17"/>
              </w:rPr>
              <w:t>LG F4X5011THB veļas mašīna</w:t>
            </w:r>
          </w:p>
        </w:tc>
        <w:tc>
          <w:tcPr>
            <w:tcW w:w="6095" w:type="dxa"/>
            <w:tcMar>
              <w:top w:w="60" w:type="dxa"/>
              <w:left w:w="70" w:type="dxa"/>
              <w:bottom w:w="60" w:type="dxa"/>
              <w:right w:w="70" w:type="dxa"/>
            </w:tcMar>
            <w:vAlign w:val="center"/>
          </w:tcPr>
          <w:p w14:paraId="2B109A68" w14:textId="77777777" w:rsidR="009E286B" w:rsidRDefault="009E286B">
            <w:r>
              <w:rPr>
                <w:sz w:val="17"/>
              </w:rPr>
              <w:t>LG F4X5011THB veļas mašīna</w:t>
            </w:r>
          </w:p>
        </w:tc>
        <w:tc>
          <w:tcPr>
            <w:tcW w:w="1134" w:type="dxa"/>
          </w:tcPr>
          <w:p w14:paraId="0BF08575" w14:textId="77777777" w:rsidR="009E286B" w:rsidRDefault="009E286B">
            <w:pPr>
              <w:rPr>
                <w:sz w:val="17"/>
              </w:rPr>
            </w:pPr>
          </w:p>
        </w:tc>
        <w:tc>
          <w:tcPr>
            <w:tcW w:w="1843" w:type="dxa"/>
            <w:tcMar>
              <w:top w:w="60" w:type="dxa"/>
              <w:left w:w="70" w:type="dxa"/>
              <w:bottom w:w="60" w:type="dxa"/>
              <w:right w:w="70" w:type="dxa"/>
            </w:tcMar>
            <w:vAlign w:val="center"/>
          </w:tcPr>
          <w:p w14:paraId="2B109A69" w14:textId="63032D5F" w:rsidR="009E286B" w:rsidRDefault="009E286B">
            <w:r>
              <w:rPr>
                <w:sz w:val="17"/>
              </w:rPr>
              <w:t xml:space="preserve">Saime — </w:t>
            </w:r>
            <w:r w:rsidRPr="001621AD">
              <w:rPr>
                <w:b/>
                <w:sz w:val="17"/>
              </w:rPr>
              <w:t>1 gab.</w:t>
            </w:r>
          </w:p>
        </w:tc>
        <w:tc>
          <w:tcPr>
            <w:tcW w:w="1417" w:type="dxa"/>
          </w:tcPr>
          <w:p w14:paraId="4FC59988" w14:textId="77777777" w:rsidR="009E286B" w:rsidRDefault="009E286B">
            <w:pPr>
              <w:rPr>
                <w:sz w:val="17"/>
              </w:rPr>
            </w:pPr>
          </w:p>
        </w:tc>
      </w:tr>
      <w:tr w:rsidR="009E286B" w14:paraId="2B109A6F" w14:textId="6A9FD6B0" w:rsidTr="009E286B">
        <w:trPr>
          <w:jc w:val="center"/>
        </w:trPr>
        <w:tc>
          <w:tcPr>
            <w:tcW w:w="737" w:type="dxa"/>
            <w:tcMar>
              <w:top w:w="60" w:type="dxa"/>
              <w:left w:w="70" w:type="dxa"/>
              <w:bottom w:w="60" w:type="dxa"/>
              <w:right w:w="70" w:type="dxa"/>
            </w:tcMar>
            <w:vAlign w:val="center"/>
          </w:tcPr>
          <w:p w14:paraId="2B109A6B" w14:textId="77777777" w:rsidR="009E286B" w:rsidRDefault="009E286B">
            <w:r>
              <w:t>12</w:t>
            </w:r>
          </w:p>
        </w:tc>
        <w:tc>
          <w:tcPr>
            <w:tcW w:w="2519" w:type="dxa"/>
            <w:tcMar>
              <w:top w:w="60" w:type="dxa"/>
              <w:left w:w="70" w:type="dxa"/>
              <w:bottom w:w="60" w:type="dxa"/>
              <w:right w:w="70" w:type="dxa"/>
            </w:tcMar>
            <w:vAlign w:val="center"/>
          </w:tcPr>
          <w:p w14:paraId="2B109A6C" w14:textId="77777777" w:rsidR="009E286B" w:rsidRDefault="009E286B">
            <w:r>
              <w:rPr>
                <w:sz w:val="17"/>
              </w:rPr>
              <w:t>LG RH80V3AV6N veļas žāvējamā mašīna</w:t>
            </w:r>
          </w:p>
        </w:tc>
        <w:tc>
          <w:tcPr>
            <w:tcW w:w="6095" w:type="dxa"/>
            <w:tcMar>
              <w:top w:w="60" w:type="dxa"/>
              <w:left w:w="70" w:type="dxa"/>
              <w:bottom w:w="60" w:type="dxa"/>
              <w:right w:w="70" w:type="dxa"/>
            </w:tcMar>
            <w:vAlign w:val="center"/>
          </w:tcPr>
          <w:p w14:paraId="2B109A6D" w14:textId="77777777" w:rsidR="009E286B" w:rsidRDefault="009E286B">
            <w:r>
              <w:rPr>
                <w:sz w:val="17"/>
              </w:rPr>
              <w:t>LG RH80V3AV6N veļas žāvējamā mašīna</w:t>
            </w:r>
          </w:p>
        </w:tc>
        <w:tc>
          <w:tcPr>
            <w:tcW w:w="1134" w:type="dxa"/>
          </w:tcPr>
          <w:p w14:paraId="211B7249" w14:textId="77777777" w:rsidR="009E286B" w:rsidRDefault="009E286B">
            <w:pPr>
              <w:rPr>
                <w:sz w:val="17"/>
              </w:rPr>
            </w:pPr>
          </w:p>
        </w:tc>
        <w:tc>
          <w:tcPr>
            <w:tcW w:w="1843" w:type="dxa"/>
            <w:tcMar>
              <w:top w:w="60" w:type="dxa"/>
              <w:left w:w="70" w:type="dxa"/>
              <w:bottom w:w="60" w:type="dxa"/>
              <w:right w:w="70" w:type="dxa"/>
            </w:tcMar>
            <w:vAlign w:val="center"/>
          </w:tcPr>
          <w:p w14:paraId="2B109A6E" w14:textId="253C9B38" w:rsidR="009E286B" w:rsidRDefault="009E286B">
            <w:r>
              <w:rPr>
                <w:sz w:val="17"/>
              </w:rPr>
              <w:t xml:space="preserve">Saime — </w:t>
            </w:r>
            <w:r w:rsidRPr="001621AD">
              <w:rPr>
                <w:b/>
                <w:sz w:val="17"/>
              </w:rPr>
              <w:t>1 gab.</w:t>
            </w:r>
          </w:p>
        </w:tc>
        <w:tc>
          <w:tcPr>
            <w:tcW w:w="1417" w:type="dxa"/>
          </w:tcPr>
          <w:p w14:paraId="10FC0771" w14:textId="77777777" w:rsidR="009E286B" w:rsidRDefault="009E286B">
            <w:pPr>
              <w:rPr>
                <w:sz w:val="17"/>
              </w:rPr>
            </w:pPr>
          </w:p>
        </w:tc>
      </w:tr>
      <w:tr w:rsidR="009E286B" w14:paraId="2B109A74" w14:textId="2FB623F0" w:rsidTr="009E286B">
        <w:trPr>
          <w:jc w:val="center"/>
        </w:trPr>
        <w:tc>
          <w:tcPr>
            <w:tcW w:w="737" w:type="dxa"/>
            <w:tcMar>
              <w:top w:w="60" w:type="dxa"/>
              <w:left w:w="70" w:type="dxa"/>
              <w:bottom w:w="60" w:type="dxa"/>
              <w:right w:w="70" w:type="dxa"/>
            </w:tcMar>
            <w:vAlign w:val="center"/>
          </w:tcPr>
          <w:p w14:paraId="2B109A70" w14:textId="77777777" w:rsidR="009E286B" w:rsidRDefault="009E286B">
            <w:r>
              <w:t>13</w:t>
            </w:r>
          </w:p>
        </w:tc>
        <w:tc>
          <w:tcPr>
            <w:tcW w:w="2519" w:type="dxa"/>
            <w:tcMar>
              <w:top w:w="60" w:type="dxa"/>
              <w:left w:w="70" w:type="dxa"/>
              <w:bottom w:w="60" w:type="dxa"/>
              <w:right w:w="70" w:type="dxa"/>
            </w:tcMar>
            <w:vAlign w:val="center"/>
          </w:tcPr>
          <w:p w14:paraId="2B109A71" w14:textId="77777777" w:rsidR="009E286B" w:rsidRDefault="009E286B">
            <w:r>
              <w:rPr>
                <w:sz w:val="17"/>
              </w:rPr>
              <w:t>Gludināšanas sistēma PerfectCare Elite Plus GC9682/80</w:t>
            </w:r>
          </w:p>
        </w:tc>
        <w:tc>
          <w:tcPr>
            <w:tcW w:w="6095" w:type="dxa"/>
            <w:tcMar>
              <w:top w:w="60" w:type="dxa"/>
              <w:left w:w="70" w:type="dxa"/>
              <w:bottom w:w="60" w:type="dxa"/>
              <w:right w:w="70" w:type="dxa"/>
            </w:tcMar>
            <w:vAlign w:val="center"/>
          </w:tcPr>
          <w:p w14:paraId="2B109A72" w14:textId="77777777" w:rsidR="009E286B" w:rsidRDefault="009E286B">
            <w:r>
              <w:rPr>
                <w:sz w:val="17"/>
              </w:rPr>
              <w:t>Gludināšanas sistēma PerfectCare Elite Plus GC9682/80</w:t>
            </w:r>
          </w:p>
        </w:tc>
        <w:tc>
          <w:tcPr>
            <w:tcW w:w="1134" w:type="dxa"/>
          </w:tcPr>
          <w:p w14:paraId="48049B07" w14:textId="77777777" w:rsidR="009E286B" w:rsidRDefault="009E286B">
            <w:pPr>
              <w:rPr>
                <w:sz w:val="17"/>
              </w:rPr>
            </w:pPr>
          </w:p>
        </w:tc>
        <w:tc>
          <w:tcPr>
            <w:tcW w:w="1843" w:type="dxa"/>
            <w:tcMar>
              <w:top w:w="60" w:type="dxa"/>
              <w:left w:w="70" w:type="dxa"/>
              <w:bottom w:w="60" w:type="dxa"/>
              <w:right w:w="70" w:type="dxa"/>
            </w:tcMar>
            <w:vAlign w:val="center"/>
          </w:tcPr>
          <w:p w14:paraId="2B109A73" w14:textId="34FC242D" w:rsidR="009E286B" w:rsidRDefault="009E286B">
            <w:r>
              <w:rPr>
                <w:sz w:val="17"/>
              </w:rPr>
              <w:t xml:space="preserve">Saime — </w:t>
            </w:r>
            <w:r w:rsidRPr="001621AD">
              <w:rPr>
                <w:b/>
                <w:sz w:val="17"/>
              </w:rPr>
              <w:t>1 gab.</w:t>
            </w:r>
          </w:p>
        </w:tc>
        <w:tc>
          <w:tcPr>
            <w:tcW w:w="1417" w:type="dxa"/>
          </w:tcPr>
          <w:p w14:paraId="798D7644" w14:textId="77777777" w:rsidR="009E286B" w:rsidRDefault="009E286B">
            <w:pPr>
              <w:rPr>
                <w:sz w:val="17"/>
              </w:rPr>
            </w:pPr>
          </w:p>
        </w:tc>
      </w:tr>
      <w:tr w:rsidR="009E286B" w14:paraId="2B109A79" w14:textId="42FF04DD" w:rsidTr="009E286B">
        <w:trPr>
          <w:jc w:val="center"/>
        </w:trPr>
        <w:tc>
          <w:tcPr>
            <w:tcW w:w="737" w:type="dxa"/>
            <w:tcMar>
              <w:top w:w="60" w:type="dxa"/>
              <w:left w:w="70" w:type="dxa"/>
              <w:bottom w:w="60" w:type="dxa"/>
              <w:right w:w="70" w:type="dxa"/>
            </w:tcMar>
            <w:vAlign w:val="center"/>
          </w:tcPr>
          <w:p w14:paraId="2B109A75" w14:textId="77777777" w:rsidR="009E286B" w:rsidRDefault="009E286B">
            <w:r>
              <w:t>14</w:t>
            </w:r>
          </w:p>
        </w:tc>
        <w:tc>
          <w:tcPr>
            <w:tcW w:w="2519" w:type="dxa"/>
            <w:tcMar>
              <w:top w:w="60" w:type="dxa"/>
              <w:left w:w="70" w:type="dxa"/>
              <w:bottom w:w="60" w:type="dxa"/>
              <w:right w:w="70" w:type="dxa"/>
            </w:tcMar>
            <w:vAlign w:val="center"/>
          </w:tcPr>
          <w:p w14:paraId="2B109A76" w14:textId="77777777" w:rsidR="009E286B" w:rsidRDefault="009E286B">
            <w:r>
              <w:rPr>
                <w:sz w:val="17"/>
              </w:rPr>
              <w:t>Bezvadu skaļrunis JBL Xtreme 3</w:t>
            </w:r>
          </w:p>
        </w:tc>
        <w:tc>
          <w:tcPr>
            <w:tcW w:w="6095" w:type="dxa"/>
            <w:tcMar>
              <w:top w:w="60" w:type="dxa"/>
              <w:left w:w="70" w:type="dxa"/>
              <w:bottom w:w="60" w:type="dxa"/>
              <w:right w:w="70" w:type="dxa"/>
            </w:tcMar>
            <w:vAlign w:val="center"/>
          </w:tcPr>
          <w:p w14:paraId="2B109A77" w14:textId="77777777" w:rsidR="009E286B" w:rsidRDefault="009E286B">
            <w:r>
              <w:rPr>
                <w:sz w:val="17"/>
              </w:rPr>
              <w:t>Bezvadu skaļrunis JBL Xtreme 3</w:t>
            </w:r>
          </w:p>
        </w:tc>
        <w:tc>
          <w:tcPr>
            <w:tcW w:w="1134" w:type="dxa"/>
          </w:tcPr>
          <w:p w14:paraId="1772759A" w14:textId="77777777" w:rsidR="009E286B" w:rsidRDefault="009E286B">
            <w:pPr>
              <w:rPr>
                <w:sz w:val="17"/>
              </w:rPr>
            </w:pPr>
          </w:p>
        </w:tc>
        <w:tc>
          <w:tcPr>
            <w:tcW w:w="1843" w:type="dxa"/>
            <w:tcMar>
              <w:top w:w="60" w:type="dxa"/>
              <w:left w:w="70" w:type="dxa"/>
              <w:bottom w:w="60" w:type="dxa"/>
              <w:right w:w="70" w:type="dxa"/>
            </w:tcMar>
            <w:vAlign w:val="center"/>
          </w:tcPr>
          <w:p w14:paraId="73C88C0A" w14:textId="30559E95" w:rsidR="00406D1C" w:rsidRDefault="00406D1C">
            <w:pPr>
              <w:rPr>
                <w:b/>
                <w:sz w:val="17"/>
              </w:rPr>
            </w:pPr>
            <w:r w:rsidRPr="00406D1C">
              <w:rPr>
                <w:b/>
                <w:sz w:val="17"/>
              </w:rPr>
              <w:t>KOPĀ 2 gab.</w:t>
            </w:r>
          </w:p>
          <w:p w14:paraId="146FB4DD" w14:textId="77777777" w:rsidR="00406D1C" w:rsidRPr="00406D1C" w:rsidRDefault="00406D1C">
            <w:pPr>
              <w:rPr>
                <w:b/>
                <w:sz w:val="17"/>
              </w:rPr>
            </w:pPr>
          </w:p>
          <w:p w14:paraId="33AC0FA6" w14:textId="77777777" w:rsidR="009E286B" w:rsidRDefault="009E286B">
            <w:pPr>
              <w:rPr>
                <w:b/>
                <w:sz w:val="17"/>
              </w:rPr>
            </w:pPr>
            <w:r>
              <w:rPr>
                <w:sz w:val="17"/>
              </w:rPr>
              <w:t xml:space="preserve">Saime — </w:t>
            </w:r>
            <w:r w:rsidRPr="001621AD">
              <w:rPr>
                <w:b/>
                <w:sz w:val="17"/>
              </w:rPr>
              <w:t>1 gab.</w:t>
            </w:r>
          </w:p>
          <w:p w14:paraId="2B109A78" w14:textId="6AE133BC" w:rsidR="006942C2" w:rsidRDefault="006942C2">
            <w:r w:rsidRPr="00406D1C">
              <w:rPr>
                <w:sz w:val="17"/>
              </w:rPr>
              <w:t xml:space="preserve">Salaspils 1. vidusskola — </w:t>
            </w:r>
            <w:r w:rsidRPr="00406D1C">
              <w:rPr>
                <w:b/>
                <w:sz w:val="17"/>
              </w:rPr>
              <w:t>1 gab.</w:t>
            </w:r>
          </w:p>
        </w:tc>
        <w:tc>
          <w:tcPr>
            <w:tcW w:w="1417" w:type="dxa"/>
          </w:tcPr>
          <w:p w14:paraId="4C6A7D5B" w14:textId="77777777" w:rsidR="009E286B" w:rsidRDefault="009E286B">
            <w:pPr>
              <w:rPr>
                <w:sz w:val="17"/>
              </w:rPr>
            </w:pPr>
          </w:p>
        </w:tc>
      </w:tr>
      <w:tr w:rsidR="009E286B" w14:paraId="2B109A88" w14:textId="6CE9AB1C" w:rsidTr="009E286B">
        <w:trPr>
          <w:jc w:val="center"/>
        </w:trPr>
        <w:tc>
          <w:tcPr>
            <w:tcW w:w="737" w:type="dxa"/>
            <w:tcMar>
              <w:top w:w="60" w:type="dxa"/>
              <w:left w:w="70" w:type="dxa"/>
              <w:bottom w:w="60" w:type="dxa"/>
              <w:right w:w="70" w:type="dxa"/>
            </w:tcMar>
            <w:vAlign w:val="center"/>
          </w:tcPr>
          <w:p w14:paraId="2B109A84" w14:textId="5D080469" w:rsidR="009E286B" w:rsidRDefault="00AF1A08">
            <w:r>
              <w:t>15</w:t>
            </w:r>
          </w:p>
        </w:tc>
        <w:tc>
          <w:tcPr>
            <w:tcW w:w="2519" w:type="dxa"/>
            <w:tcMar>
              <w:top w:w="60" w:type="dxa"/>
              <w:left w:w="70" w:type="dxa"/>
              <w:bottom w:w="60" w:type="dxa"/>
              <w:right w:w="70" w:type="dxa"/>
            </w:tcMar>
            <w:vAlign w:val="center"/>
          </w:tcPr>
          <w:p w14:paraId="2B109A85" w14:textId="77777777" w:rsidR="009E286B" w:rsidRDefault="009E286B">
            <w:r>
              <w:rPr>
                <w:sz w:val="17"/>
              </w:rPr>
              <w:t>Ratiņi, baltā krāsā, 35x45x77 cm , ar ritenīšiem</w:t>
            </w:r>
          </w:p>
        </w:tc>
        <w:tc>
          <w:tcPr>
            <w:tcW w:w="6095" w:type="dxa"/>
            <w:tcMar>
              <w:top w:w="60" w:type="dxa"/>
              <w:left w:w="70" w:type="dxa"/>
              <w:bottom w:w="60" w:type="dxa"/>
              <w:right w:w="70" w:type="dxa"/>
            </w:tcMar>
            <w:vAlign w:val="center"/>
          </w:tcPr>
          <w:p w14:paraId="2B109A86" w14:textId="77777777" w:rsidR="009E286B" w:rsidRDefault="009E286B">
            <w:r>
              <w:rPr>
                <w:sz w:val="17"/>
              </w:rPr>
              <w:t>Ratiņi, baltā krāsā, 35x45x77 cm , ar ritenīšiem. Augstums: 77 cm Garums: 35 cm Slodze/plaukts: 6 kg Maks. slodze: 18 kg Platums: 45 cm</w:t>
            </w:r>
          </w:p>
        </w:tc>
        <w:tc>
          <w:tcPr>
            <w:tcW w:w="1134" w:type="dxa"/>
          </w:tcPr>
          <w:p w14:paraId="7A2348AB" w14:textId="77777777" w:rsidR="009E286B" w:rsidRDefault="009E286B">
            <w:pPr>
              <w:rPr>
                <w:sz w:val="17"/>
              </w:rPr>
            </w:pPr>
          </w:p>
        </w:tc>
        <w:tc>
          <w:tcPr>
            <w:tcW w:w="1843" w:type="dxa"/>
            <w:tcMar>
              <w:top w:w="60" w:type="dxa"/>
              <w:left w:w="70" w:type="dxa"/>
              <w:bottom w:w="60" w:type="dxa"/>
              <w:right w:w="70" w:type="dxa"/>
            </w:tcMar>
            <w:vAlign w:val="center"/>
          </w:tcPr>
          <w:p w14:paraId="2B109A87" w14:textId="56724DE6" w:rsidR="009E286B" w:rsidRDefault="009E286B">
            <w:r>
              <w:rPr>
                <w:sz w:val="17"/>
              </w:rPr>
              <w:t xml:space="preserve">ATVASĪTE — </w:t>
            </w:r>
            <w:r w:rsidRPr="001621AD">
              <w:rPr>
                <w:b/>
                <w:sz w:val="17"/>
              </w:rPr>
              <w:t>1 gab.</w:t>
            </w:r>
          </w:p>
        </w:tc>
        <w:tc>
          <w:tcPr>
            <w:tcW w:w="1417" w:type="dxa"/>
          </w:tcPr>
          <w:p w14:paraId="5B563AE5" w14:textId="77777777" w:rsidR="009E286B" w:rsidRDefault="009E286B">
            <w:pPr>
              <w:rPr>
                <w:sz w:val="17"/>
              </w:rPr>
            </w:pPr>
          </w:p>
        </w:tc>
      </w:tr>
      <w:tr w:rsidR="009E286B" w14:paraId="2B109A8D" w14:textId="161E486C" w:rsidTr="009E286B">
        <w:trPr>
          <w:jc w:val="center"/>
        </w:trPr>
        <w:tc>
          <w:tcPr>
            <w:tcW w:w="737" w:type="dxa"/>
            <w:tcMar>
              <w:top w:w="60" w:type="dxa"/>
              <w:left w:w="70" w:type="dxa"/>
              <w:bottom w:w="60" w:type="dxa"/>
              <w:right w:w="70" w:type="dxa"/>
            </w:tcMar>
            <w:vAlign w:val="center"/>
          </w:tcPr>
          <w:p w14:paraId="2B109A89" w14:textId="59308122" w:rsidR="009E286B" w:rsidRDefault="00AF1A08">
            <w:r>
              <w:t>16</w:t>
            </w:r>
          </w:p>
        </w:tc>
        <w:tc>
          <w:tcPr>
            <w:tcW w:w="2519" w:type="dxa"/>
            <w:tcMar>
              <w:top w:w="60" w:type="dxa"/>
              <w:left w:w="70" w:type="dxa"/>
              <w:bottom w:w="60" w:type="dxa"/>
              <w:right w:w="70" w:type="dxa"/>
            </w:tcMar>
            <w:vAlign w:val="center"/>
          </w:tcPr>
          <w:p w14:paraId="2B109A8A" w14:textId="77777777" w:rsidR="009E286B" w:rsidRDefault="009E286B">
            <w:r>
              <w:rPr>
                <w:sz w:val="17"/>
              </w:rPr>
              <w:t>Kaste, smilškrāsā/punktains, 33x38x33 cm, Pamatmateriāls: 100 % poliesteris</w:t>
            </w:r>
          </w:p>
        </w:tc>
        <w:tc>
          <w:tcPr>
            <w:tcW w:w="6095" w:type="dxa"/>
            <w:tcMar>
              <w:top w:w="60" w:type="dxa"/>
              <w:left w:w="70" w:type="dxa"/>
              <w:bottom w:w="60" w:type="dxa"/>
              <w:right w:w="70" w:type="dxa"/>
            </w:tcMar>
            <w:vAlign w:val="center"/>
          </w:tcPr>
          <w:p w14:paraId="2B109A8B" w14:textId="77777777" w:rsidR="009E286B" w:rsidRDefault="009E286B">
            <w:r>
              <w:rPr>
                <w:sz w:val="17"/>
              </w:rPr>
              <w:t>Kaste, smilškrāsā/punktains, 33x38x33 cm, Pamatmateriāls: 100 % poliesteris (vismaz 90 % pārstrādātu materiālu) Ieliktnis: Kartons (sastāvā vismaz 30 % pārstrādāta materiāla) Iekšējais audums: 100% polipropilēns.</w:t>
            </w:r>
          </w:p>
        </w:tc>
        <w:tc>
          <w:tcPr>
            <w:tcW w:w="1134" w:type="dxa"/>
          </w:tcPr>
          <w:p w14:paraId="5B7E03C3" w14:textId="77777777" w:rsidR="009E286B" w:rsidRDefault="009E286B">
            <w:pPr>
              <w:rPr>
                <w:sz w:val="17"/>
              </w:rPr>
            </w:pPr>
          </w:p>
        </w:tc>
        <w:tc>
          <w:tcPr>
            <w:tcW w:w="1843" w:type="dxa"/>
            <w:tcMar>
              <w:top w:w="60" w:type="dxa"/>
              <w:left w:w="70" w:type="dxa"/>
              <w:bottom w:w="60" w:type="dxa"/>
              <w:right w:w="70" w:type="dxa"/>
            </w:tcMar>
            <w:vAlign w:val="center"/>
          </w:tcPr>
          <w:p w14:paraId="2B109A8C" w14:textId="36A7B957" w:rsidR="009E286B" w:rsidRDefault="009E286B">
            <w:r>
              <w:rPr>
                <w:sz w:val="17"/>
              </w:rPr>
              <w:t xml:space="preserve">ATVASĪTE — </w:t>
            </w:r>
            <w:r w:rsidRPr="001621AD">
              <w:rPr>
                <w:b/>
                <w:sz w:val="17"/>
              </w:rPr>
              <w:t>6 gab.</w:t>
            </w:r>
          </w:p>
        </w:tc>
        <w:tc>
          <w:tcPr>
            <w:tcW w:w="1417" w:type="dxa"/>
          </w:tcPr>
          <w:p w14:paraId="22CD19EC" w14:textId="77777777" w:rsidR="009E286B" w:rsidRDefault="009E286B">
            <w:pPr>
              <w:rPr>
                <w:sz w:val="17"/>
              </w:rPr>
            </w:pPr>
          </w:p>
        </w:tc>
      </w:tr>
      <w:tr w:rsidR="009E286B" w14:paraId="2B109A92" w14:textId="31683F89" w:rsidTr="009E286B">
        <w:trPr>
          <w:jc w:val="center"/>
        </w:trPr>
        <w:tc>
          <w:tcPr>
            <w:tcW w:w="737" w:type="dxa"/>
            <w:tcMar>
              <w:top w:w="60" w:type="dxa"/>
              <w:left w:w="70" w:type="dxa"/>
              <w:bottom w:w="60" w:type="dxa"/>
              <w:right w:w="70" w:type="dxa"/>
            </w:tcMar>
            <w:vAlign w:val="center"/>
          </w:tcPr>
          <w:p w14:paraId="2B109A8E" w14:textId="31291140" w:rsidR="009E286B" w:rsidRDefault="00AF1A08">
            <w:r>
              <w:t>17</w:t>
            </w:r>
          </w:p>
        </w:tc>
        <w:tc>
          <w:tcPr>
            <w:tcW w:w="2519" w:type="dxa"/>
            <w:tcMar>
              <w:top w:w="60" w:type="dxa"/>
              <w:left w:w="70" w:type="dxa"/>
              <w:bottom w:w="60" w:type="dxa"/>
              <w:right w:w="70" w:type="dxa"/>
            </w:tcMar>
            <w:vAlign w:val="center"/>
          </w:tcPr>
          <w:p w14:paraId="2B109A8F" w14:textId="77777777" w:rsidR="009E286B" w:rsidRDefault="009E286B">
            <w:r>
              <w:rPr>
                <w:sz w:val="17"/>
              </w:rPr>
              <w:t>Stikla tāfele 60x90 cm., izgatavota no rūdīta stikla</w:t>
            </w:r>
          </w:p>
        </w:tc>
        <w:tc>
          <w:tcPr>
            <w:tcW w:w="6095" w:type="dxa"/>
            <w:tcMar>
              <w:top w:w="60" w:type="dxa"/>
              <w:left w:w="70" w:type="dxa"/>
              <w:bottom w:w="60" w:type="dxa"/>
              <w:right w:w="70" w:type="dxa"/>
            </w:tcMar>
            <w:vAlign w:val="center"/>
          </w:tcPr>
          <w:p w14:paraId="2B109A90" w14:textId="77777777" w:rsidR="009E286B" w:rsidRDefault="009E286B">
            <w:r>
              <w:rPr>
                <w:sz w:val="17"/>
              </w:rPr>
              <w:t>Stikla tāfele 60x90 cm., izgatavota no rūdīta stikla Biroja tāfeles aizmugurē ir metāla pārklājums. Tāfeles izmērs: 60x90 cm.</w:t>
            </w:r>
          </w:p>
        </w:tc>
        <w:tc>
          <w:tcPr>
            <w:tcW w:w="1134" w:type="dxa"/>
          </w:tcPr>
          <w:p w14:paraId="5705BE8F" w14:textId="77777777" w:rsidR="009E286B" w:rsidRDefault="009E286B">
            <w:pPr>
              <w:rPr>
                <w:sz w:val="17"/>
              </w:rPr>
            </w:pPr>
          </w:p>
        </w:tc>
        <w:tc>
          <w:tcPr>
            <w:tcW w:w="1843" w:type="dxa"/>
            <w:tcMar>
              <w:top w:w="60" w:type="dxa"/>
              <w:left w:w="70" w:type="dxa"/>
              <w:bottom w:w="60" w:type="dxa"/>
              <w:right w:w="70" w:type="dxa"/>
            </w:tcMar>
            <w:vAlign w:val="center"/>
          </w:tcPr>
          <w:p w14:paraId="2B109A91" w14:textId="0C6342C9" w:rsidR="009E286B" w:rsidRDefault="009E286B">
            <w:r>
              <w:rPr>
                <w:sz w:val="17"/>
              </w:rPr>
              <w:t xml:space="preserve">ATVASĪTE — </w:t>
            </w:r>
            <w:r w:rsidRPr="009E286B">
              <w:rPr>
                <w:b/>
                <w:sz w:val="17"/>
              </w:rPr>
              <w:t>1 gab.</w:t>
            </w:r>
          </w:p>
        </w:tc>
        <w:tc>
          <w:tcPr>
            <w:tcW w:w="1417" w:type="dxa"/>
          </w:tcPr>
          <w:p w14:paraId="075A4B95" w14:textId="77777777" w:rsidR="009E286B" w:rsidRDefault="009E286B">
            <w:pPr>
              <w:rPr>
                <w:sz w:val="17"/>
              </w:rPr>
            </w:pPr>
          </w:p>
        </w:tc>
      </w:tr>
      <w:tr w:rsidR="009E286B" w14:paraId="2B109A97" w14:textId="2E123A51" w:rsidTr="009E286B">
        <w:trPr>
          <w:jc w:val="center"/>
        </w:trPr>
        <w:tc>
          <w:tcPr>
            <w:tcW w:w="737" w:type="dxa"/>
            <w:tcMar>
              <w:top w:w="60" w:type="dxa"/>
              <w:left w:w="70" w:type="dxa"/>
              <w:bottom w:w="60" w:type="dxa"/>
              <w:right w:w="70" w:type="dxa"/>
            </w:tcMar>
            <w:vAlign w:val="center"/>
          </w:tcPr>
          <w:p w14:paraId="2B109A93" w14:textId="15B0D195" w:rsidR="009E286B" w:rsidRDefault="00AF1A08">
            <w:r>
              <w:t>18</w:t>
            </w:r>
          </w:p>
        </w:tc>
        <w:tc>
          <w:tcPr>
            <w:tcW w:w="2519" w:type="dxa"/>
            <w:tcMar>
              <w:top w:w="60" w:type="dxa"/>
              <w:left w:w="70" w:type="dxa"/>
              <w:bottom w:w="60" w:type="dxa"/>
              <w:right w:w="70" w:type="dxa"/>
            </w:tcMar>
            <w:vAlign w:val="center"/>
          </w:tcPr>
          <w:p w14:paraId="2B109A94" w14:textId="77777777" w:rsidR="009E286B" w:rsidRDefault="009E286B">
            <w:r>
              <w:rPr>
                <w:sz w:val="17"/>
              </w:rPr>
              <w:t>Laminēšanas iekārta, A4 un A3 izmēra materiālu laminēšanai.</w:t>
            </w:r>
          </w:p>
        </w:tc>
        <w:tc>
          <w:tcPr>
            <w:tcW w:w="6095" w:type="dxa"/>
            <w:tcMar>
              <w:top w:w="60" w:type="dxa"/>
              <w:left w:w="70" w:type="dxa"/>
              <w:bottom w:w="60" w:type="dxa"/>
              <w:right w:w="70" w:type="dxa"/>
            </w:tcMar>
            <w:vAlign w:val="center"/>
          </w:tcPr>
          <w:p w14:paraId="2B109A95" w14:textId="77777777" w:rsidR="009E286B" w:rsidRDefault="009E286B">
            <w:r>
              <w:rPr>
                <w:sz w:val="17"/>
              </w:rPr>
              <w:t>Laminēšanas iekārta, A4 un A3 izmēra materiālu laminēšanai.</w:t>
            </w:r>
          </w:p>
        </w:tc>
        <w:tc>
          <w:tcPr>
            <w:tcW w:w="1134" w:type="dxa"/>
          </w:tcPr>
          <w:p w14:paraId="5FF3EFEC" w14:textId="77777777" w:rsidR="009E286B" w:rsidRDefault="009E286B">
            <w:pPr>
              <w:rPr>
                <w:sz w:val="17"/>
              </w:rPr>
            </w:pPr>
          </w:p>
        </w:tc>
        <w:tc>
          <w:tcPr>
            <w:tcW w:w="1843" w:type="dxa"/>
            <w:tcMar>
              <w:top w:w="60" w:type="dxa"/>
              <w:left w:w="70" w:type="dxa"/>
              <w:bottom w:w="60" w:type="dxa"/>
              <w:right w:w="70" w:type="dxa"/>
            </w:tcMar>
            <w:vAlign w:val="center"/>
          </w:tcPr>
          <w:p w14:paraId="5FB17D54" w14:textId="6E3A6583" w:rsidR="00406D1C" w:rsidRPr="00406D1C" w:rsidRDefault="00406D1C">
            <w:pPr>
              <w:rPr>
                <w:b/>
                <w:sz w:val="17"/>
              </w:rPr>
            </w:pPr>
            <w:r w:rsidRPr="00406D1C">
              <w:rPr>
                <w:b/>
                <w:sz w:val="17"/>
              </w:rPr>
              <w:t>KOPĀ – 3 gab.</w:t>
            </w:r>
          </w:p>
          <w:p w14:paraId="3721EDD9" w14:textId="77777777" w:rsidR="00406D1C" w:rsidRDefault="00406D1C">
            <w:pPr>
              <w:rPr>
                <w:sz w:val="17"/>
              </w:rPr>
            </w:pPr>
          </w:p>
          <w:p w14:paraId="4EC4B674" w14:textId="77777777" w:rsidR="009E286B" w:rsidRDefault="009E286B">
            <w:pPr>
              <w:rPr>
                <w:b/>
                <w:sz w:val="17"/>
              </w:rPr>
            </w:pPr>
            <w:r>
              <w:rPr>
                <w:sz w:val="17"/>
              </w:rPr>
              <w:t xml:space="preserve">ATVASĪTE — </w:t>
            </w:r>
            <w:r w:rsidRPr="009E286B">
              <w:rPr>
                <w:b/>
                <w:sz w:val="17"/>
              </w:rPr>
              <w:t>1 gab.</w:t>
            </w:r>
          </w:p>
          <w:p w14:paraId="2B109A96" w14:textId="2ADF8C82" w:rsidR="006942C2" w:rsidRDefault="006942C2">
            <w:r w:rsidRPr="00406D1C">
              <w:rPr>
                <w:sz w:val="17"/>
              </w:rPr>
              <w:t xml:space="preserve">Salaspils 1. vidusskola — </w:t>
            </w:r>
            <w:r w:rsidRPr="00406D1C">
              <w:rPr>
                <w:b/>
                <w:sz w:val="17"/>
              </w:rPr>
              <w:t>2 gab.</w:t>
            </w:r>
          </w:p>
        </w:tc>
        <w:tc>
          <w:tcPr>
            <w:tcW w:w="1417" w:type="dxa"/>
          </w:tcPr>
          <w:p w14:paraId="0C540F31" w14:textId="77777777" w:rsidR="009E286B" w:rsidRDefault="009E286B">
            <w:pPr>
              <w:rPr>
                <w:sz w:val="17"/>
              </w:rPr>
            </w:pPr>
          </w:p>
        </w:tc>
      </w:tr>
      <w:tr w:rsidR="009E286B" w14:paraId="2B109AA1" w14:textId="017E57BB" w:rsidTr="009E286B">
        <w:trPr>
          <w:jc w:val="center"/>
        </w:trPr>
        <w:tc>
          <w:tcPr>
            <w:tcW w:w="737" w:type="dxa"/>
            <w:tcMar>
              <w:top w:w="60" w:type="dxa"/>
              <w:left w:w="70" w:type="dxa"/>
              <w:bottom w:w="60" w:type="dxa"/>
              <w:right w:w="70" w:type="dxa"/>
            </w:tcMar>
            <w:vAlign w:val="center"/>
          </w:tcPr>
          <w:p w14:paraId="2B109A9D" w14:textId="2124D5B0" w:rsidR="009E286B" w:rsidRDefault="0030757C">
            <w:r>
              <w:t>19</w:t>
            </w:r>
          </w:p>
        </w:tc>
        <w:tc>
          <w:tcPr>
            <w:tcW w:w="2519" w:type="dxa"/>
            <w:tcMar>
              <w:top w:w="60" w:type="dxa"/>
              <w:left w:w="70" w:type="dxa"/>
              <w:bottom w:w="60" w:type="dxa"/>
              <w:right w:w="70" w:type="dxa"/>
            </w:tcMar>
            <w:vAlign w:val="center"/>
          </w:tcPr>
          <w:p w14:paraId="2B109A9E" w14:textId="77777777" w:rsidR="009E286B" w:rsidRDefault="009E286B">
            <w:r>
              <w:rPr>
                <w:sz w:val="17"/>
              </w:rPr>
              <w:t>Korķa tāfele 900X600mm</w:t>
            </w:r>
          </w:p>
        </w:tc>
        <w:tc>
          <w:tcPr>
            <w:tcW w:w="6095" w:type="dxa"/>
            <w:tcMar>
              <w:top w:w="60" w:type="dxa"/>
              <w:left w:w="70" w:type="dxa"/>
              <w:bottom w:w="60" w:type="dxa"/>
              <w:right w:w="70" w:type="dxa"/>
            </w:tcMar>
            <w:vAlign w:val="center"/>
          </w:tcPr>
          <w:p w14:paraId="2B109A9F" w14:textId="77777777" w:rsidR="009E286B" w:rsidRDefault="009E286B">
            <w:r>
              <w:rPr>
                <w:sz w:val="17"/>
              </w:rPr>
              <w:t>Korķa tāfele 900X600mm</w:t>
            </w:r>
          </w:p>
        </w:tc>
        <w:tc>
          <w:tcPr>
            <w:tcW w:w="1134" w:type="dxa"/>
          </w:tcPr>
          <w:p w14:paraId="667293EB" w14:textId="77777777" w:rsidR="009E286B" w:rsidRDefault="009E286B">
            <w:pPr>
              <w:rPr>
                <w:sz w:val="17"/>
              </w:rPr>
            </w:pPr>
          </w:p>
        </w:tc>
        <w:tc>
          <w:tcPr>
            <w:tcW w:w="1843" w:type="dxa"/>
            <w:tcMar>
              <w:top w:w="60" w:type="dxa"/>
              <w:left w:w="70" w:type="dxa"/>
              <w:bottom w:w="60" w:type="dxa"/>
              <w:right w:w="70" w:type="dxa"/>
            </w:tcMar>
            <w:vAlign w:val="center"/>
          </w:tcPr>
          <w:p w14:paraId="2B109AA0" w14:textId="52ECEDFB" w:rsidR="009E286B" w:rsidRDefault="009E286B">
            <w:r>
              <w:rPr>
                <w:sz w:val="17"/>
              </w:rPr>
              <w:t xml:space="preserve">ATVASĪTE — </w:t>
            </w:r>
            <w:r w:rsidRPr="009E286B">
              <w:rPr>
                <w:b/>
                <w:sz w:val="17"/>
              </w:rPr>
              <w:t>2 gab.</w:t>
            </w:r>
          </w:p>
        </w:tc>
        <w:tc>
          <w:tcPr>
            <w:tcW w:w="1417" w:type="dxa"/>
          </w:tcPr>
          <w:p w14:paraId="66F849D8" w14:textId="77777777" w:rsidR="009E286B" w:rsidRDefault="009E286B">
            <w:pPr>
              <w:rPr>
                <w:sz w:val="17"/>
              </w:rPr>
            </w:pPr>
          </w:p>
        </w:tc>
      </w:tr>
      <w:tr w:rsidR="009E286B" w14:paraId="2B109AAB" w14:textId="0A338947" w:rsidTr="009E286B">
        <w:trPr>
          <w:jc w:val="center"/>
        </w:trPr>
        <w:tc>
          <w:tcPr>
            <w:tcW w:w="737" w:type="dxa"/>
            <w:tcMar>
              <w:top w:w="60" w:type="dxa"/>
              <w:left w:w="70" w:type="dxa"/>
              <w:bottom w:w="60" w:type="dxa"/>
              <w:right w:w="70" w:type="dxa"/>
            </w:tcMar>
            <w:vAlign w:val="center"/>
          </w:tcPr>
          <w:p w14:paraId="2B109AA7" w14:textId="1D2690AA" w:rsidR="009E286B" w:rsidRDefault="00AF1A08">
            <w:r>
              <w:t>2</w:t>
            </w:r>
            <w:r w:rsidR="0030757C">
              <w:t>0</w:t>
            </w:r>
          </w:p>
        </w:tc>
        <w:tc>
          <w:tcPr>
            <w:tcW w:w="2519" w:type="dxa"/>
            <w:tcMar>
              <w:top w:w="60" w:type="dxa"/>
              <w:left w:w="70" w:type="dxa"/>
              <w:bottom w:w="60" w:type="dxa"/>
              <w:right w:w="70" w:type="dxa"/>
            </w:tcMar>
            <w:vAlign w:val="center"/>
          </w:tcPr>
          <w:p w14:paraId="2B109AA8" w14:textId="77777777" w:rsidR="009E286B" w:rsidRDefault="009E286B">
            <w:r>
              <w:rPr>
                <w:sz w:val="17"/>
              </w:rPr>
              <w:t>Stikla tāfele 1200x900 mm., izgatavota no rūdīta stikla</w:t>
            </w:r>
          </w:p>
        </w:tc>
        <w:tc>
          <w:tcPr>
            <w:tcW w:w="6095" w:type="dxa"/>
            <w:tcMar>
              <w:top w:w="60" w:type="dxa"/>
              <w:left w:w="70" w:type="dxa"/>
              <w:bottom w:w="60" w:type="dxa"/>
              <w:right w:w="70" w:type="dxa"/>
            </w:tcMar>
            <w:vAlign w:val="center"/>
          </w:tcPr>
          <w:p w14:paraId="2B109AA9" w14:textId="77777777" w:rsidR="009E286B" w:rsidRDefault="009E286B">
            <w:r>
              <w:rPr>
                <w:sz w:val="17"/>
              </w:rPr>
              <w:t>Stikla tāfele 1200x900 mm., izgatavota no rūdīta stikla Biroja tāfeles aizmugurē ir metāla pārklājums. Tāfeles izmērs: 1200x900 mm</w:t>
            </w:r>
          </w:p>
        </w:tc>
        <w:tc>
          <w:tcPr>
            <w:tcW w:w="1134" w:type="dxa"/>
          </w:tcPr>
          <w:p w14:paraId="483A0CC9" w14:textId="77777777" w:rsidR="009E286B" w:rsidRDefault="009E286B">
            <w:pPr>
              <w:rPr>
                <w:sz w:val="17"/>
              </w:rPr>
            </w:pPr>
          </w:p>
        </w:tc>
        <w:tc>
          <w:tcPr>
            <w:tcW w:w="1843" w:type="dxa"/>
            <w:tcMar>
              <w:top w:w="60" w:type="dxa"/>
              <w:left w:w="70" w:type="dxa"/>
              <w:bottom w:w="60" w:type="dxa"/>
              <w:right w:w="70" w:type="dxa"/>
            </w:tcMar>
            <w:vAlign w:val="center"/>
          </w:tcPr>
          <w:p w14:paraId="2B109AAA" w14:textId="7F610642" w:rsidR="009E286B" w:rsidRDefault="009E286B">
            <w:r>
              <w:rPr>
                <w:sz w:val="17"/>
              </w:rPr>
              <w:t xml:space="preserve">Salaspils 1. vidusskola — </w:t>
            </w:r>
            <w:r w:rsidRPr="009E286B">
              <w:rPr>
                <w:b/>
                <w:sz w:val="17"/>
              </w:rPr>
              <w:t>8 gab.</w:t>
            </w:r>
          </w:p>
        </w:tc>
        <w:tc>
          <w:tcPr>
            <w:tcW w:w="1417" w:type="dxa"/>
          </w:tcPr>
          <w:p w14:paraId="762621A9" w14:textId="77777777" w:rsidR="009E286B" w:rsidRDefault="009E286B">
            <w:pPr>
              <w:rPr>
                <w:sz w:val="17"/>
              </w:rPr>
            </w:pPr>
          </w:p>
        </w:tc>
      </w:tr>
      <w:tr w:rsidR="009E286B" w14:paraId="2B109AB0" w14:textId="2FE64B6E" w:rsidTr="009E286B">
        <w:trPr>
          <w:jc w:val="center"/>
        </w:trPr>
        <w:tc>
          <w:tcPr>
            <w:tcW w:w="737" w:type="dxa"/>
            <w:tcMar>
              <w:top w:w="60" w:type="dxa"/>
              <w:left w:w="70" w:type="dxa"/>
              <w:bottom w:w="60" w:type="dxa"/>
              <w:right w:w="70" w:type="dxa"/>
            </w:tcMar>
            <w:vAlign w:val="center"/>
          </w:tcPr>
          <w:p w14:paraId="2B109AAC" w14:textId="6FC026E1" w:rsidR="009E286B" w:rsidRDefault="00AF1A08">
            <w:r>
              <w:t>2</w:t>
            </w:r>
            <w:r w:rsidR="0030757C">
              <w:t>1</w:t>
            </w:r>
          </w:p>
        </w:tc>
        <w:tc>
          <w:tcPr>
            <w:tcW w:w="2519" w:type="dxa"/>
            <w:tcMar>
              <w:top w:w="60" w:type="dxa"/>
              <w:left w:w="70" w:type="dxa"/>
              <w:bottom w:w="60" w:type="dxa"/>
              <w:right w:w="70" w:type="dxa"/>
            </w:tcMar>
            <w:vAlign w:val="center"/>
          </w:tcPr>
          <w:p w14:paraId="2B109AAD" w14:textId="77777777" w:rsidR="009E286B" w:rsidRDefault="009E286B">
            <w:r>
              <w:rPr>
                <w:sz w:val="17"/>
              </w:rPr>
              <w:t>Ratiņi iepirkumu grozu pārvadāšanai CASA vai analogs 60 kg kravnesība, 540x460x990 mm</w:t>
            </w:r>
          </w:p>
        </w:tc>
        <w:tc>
          <w:tcPr>
            <w:tcW w:w="6095" w:type="dxa"/>
            <w:tcMar>
              <w:top w:w="60" w:type="dxa"/>
              <w:left w:w="70" w:type="dxa"/>
              <w:bottom w:w="60" w:type="dxa"/>
              <w:right w:w="70" w:type="dxa"/>
            </w:tcMar>
            <w:vAlign w:val="center"/>
          </w:tcPr>
          <w:p w14:paraId="2B109AAE" w14:textId="77777777" w:rsidR="009E286B" w:rsidRDefault="009E286B">
            <w:r>
              <w:rPr>
                <w:sz w:val="17"/>
              </w:rPr>
              <w:t>Ratiņi iepirkumu grozu pārvadāšanai CASA vai analogs 60 kg kravnesība, 540x460x990 mm. Produkta parametri Garums: 540 mm Augstums: 990 mm Platums: 460 mm Riteņa diametrs: 75 mm Materiāls: Cinkots Plauktu skaits: 2 Svara izturība: 60 kg Riteņi: Bez bremzēm Riteņu veids: 4 grozāmi riteņi Riepu protektors: Cietas gumijas Uzglabāšana: Jā Montāžai nepieciešamais personu skaits: 1 Paredzamais montāžas laiks: 10 Min Svars: 10,66 kg…</w:t>
            </w:r>
          </w:p>
        </w:tc>
        <w:tc>
          <w:tcPr>
            <w:tcW w:w="1134" w:type="dxa"/>
          </w:tcPr>
          <w:p w14:paraId="5D5FE0BC" w14:textId="77777777" w:rsidR="009E286B" w:rsidRDefault="009E286B">
            <w:pPr>
              <w:rPr>
                <w:sz w:val="17"/>
              </w:rPr>
            </w:pPr>
          </w:p>
        </w:tc>
        <w:tc>
          <w:tcPr>
            <w:tcW w:w="1843" w:type="dxa"/>
            <w:tcMar>
              <w:top w:w="60" w:type="dxa"/>
              <w:left w:w="70" w:type="dxa"/>
              <w:bottom w:w="60" w:type="dxa"/>
              <w:right w:w="70" w:type="dxa"/>
            </w:tcMar>
            <w:vAlign w:val="center"/>
          </w:tcPr>
          <w:p w14:paraId="2B109AAF" w14:textId="760949C4" w:rsidR="009E286B" w:rsidRDefault="009E286B">
            <w:r>
              <w:rPr>
                <w:sz w:val="17"/>
              </w:rPr>
              <w:t xml:space="preserve">Salaspils sporta nams — </w:t>
            </w:r>
            <w:r w:rsidRPr="009E286B">
              <w:rPr>
                <w:b/>
                <w:sz w:val="17"/>
              </w:rPr>
              <w:t>1 gab.</w:t>
            </w:r>
          </w:p>
        </w:tc>
        <w:tc>
          <w:tcPr>
            <w:tcW w:w="1417" w:type="dxa"/>
          </w:tcPr>
          <w:p w14:paraId="30E87854" w14:textId="77777777" w:rsidR="009E286B" w:rsidRDefault="009E286B">
            <w:pPr>
              <w:rPr>
                <w:sz w:val="17"/>
              </w:rPr>
            </w:pPr>
          </w:p>
        </w:tc>
      </w:tr>
      <w:tr w:rsidR="009E286B" w14:paraId="2B109AB5" w14:textId="615CFF49" w:rsidTr="009E286B">
        <w:trPr>
          <w:jc w:val="center"/>
        </w:trPr>
        <w:tc>
          <w:tcPr>
            <w:tcW w:w="737" w:type="dxa"/>
            <w:tcMar>
              <w:top w:w="60" w:type="dxa"/>
              <w:left w:w="70" w:type="dxa"/>
              <w:bottom w:w="60" w:type="dxa"/>
              <w:right w:w="70" w:type="dxa"/>
            </w:tcMar>
            <w:vAlign w:val="center"/>
          </w:tcPr>
          <w:p w14:paraId="2B109AB1" w14:textId="5AB2E92A" w:rsidR="009E286B" w:rsidRDefault="00AF1A08">
            <w:r>
              <w:t>2</w:t>
            </w:r>
            <w:r w:rsidR="0030757C">
              <w:t>2</w:t>
            </w:r>
          </w:p>
        </w:tc>
        <w:tc>
          <w:tcPr>
            <w:tcW w:w="2519" w:type="dxa"/>
            <w:tcMar>
              <w:top w:w="60" w:type="dxa"/>
              <w:left w:w="70" w:type="dxa"/>
              <w:bottom w:w="60" w:type="dxa"/>
              <w:right w:w="70" w:type="dxa"/>
            </w:tcMar>
            <w:vAlign w:val="center"/>
          </w:tcPr>
          <w:p w14:paraId="2B109AB2" w14:textId="77777777" w:rsidR="009E286B" w:rsidRDefault="009E286B">
            <w:r>
              <w:rPr>
                <w:sz w:val="17"/>
              </w:rPr>
              <w:t>Dokumentu smalcinātājs Uz riteņiem, 22 L</w:t>
            </w:r>
          </w:p>
        </w:tc>
        <w:tc>
          <w:tcPr>
            <w:tcW w:w="6095" w:type="dxa"/>
            <w:tcMar>
              <w:top w:w="60" w:type="dxa"/>
              <w:left w:w="70" w:type="dxa"/>
              <w:bottom w:w="60" w:type="dxa"/>
              <w:right w:w="70" w:type="dxa"/>
            </w:tcMar>
            <w:vAlign w:val="center"/>
          </w:tcPr>
          <w:p w14:paraId="2B109AB3" w14:textId="77777777" w:rsidR="009E286B" w:rsidRDefault="009E286B">
            <w:r>
              <w:rPr>
                <w:sz w:val="17"/>
              </w:rPr>
              <w:t>Dokumentu smalcinātājs Uz riteņiem, 22 L. Mikro griešana, Drošības klase P5, Var sasmalcināt plastmasas kartes. Produkta parametri, Augstums: 517 mm, Platums: 380 mm, Dziļums: 250 mm, Tilpums: 22 L, Griezuma platums: 2x10 mm, Krāsa: Melna, Drošības klasifikācija: P5, Micro cut, Montāžai nepieciešamais personu skaits: 1, Paredzamais montāžas laiks: 5 Min, Svars: 9,9 kg, Testēšana: CE.</w:t>
            </w:r>
          </w:p>
        </w:tc>
        <w:tc>
          <w:tcPr>
            <w:tcW w:w="1134" w:type="dxa"/>
          </w:tcPr>
          <w:p w14:paraId="47E325A1" w14:textId="77777777" w:rsidR="009E286B" w:rsidRDefault="009E286B">
            <w:pPr>
              <w:rPr>
                <w:sz w:val="17"/>
              </w:rPr>
            </w:pPr>
          </w:p>
        </w:tc>
        <w:tc>
          <w:tcPr>
            <w:tcW w:w="1843" w:type="dxa"/>
            <w:tcMar>
              <w:top w:w="60" w:type="dxa"/>
              <w:left w:w="70" w:type="dxa"/>
              <w:bottom w:w="60" w:type="dxa"/>
              <w:right w:w="70" w:type="dxa"/>
            </w:tcMar>
            <w:vAlign w:val="center"/>
          </w:tcPr>
          <w:p w14:paraId="2B109AB4" w14:textId="423D61F1" w:rsidR="009E286B" w:rsidRDefault="009E286B">
            <w:r>
              <w:rPr>
                <w:sz w:val="17"/>
              </w:rPr>
              <w:t xml:space="preserve">Salaspils sporta nams — </w:t>
            </w:r>
            <w:r w:rsidRPr="009E286B">
              <w:rPr>
                <w:b/>
                <w:sz w:val="17"/>
              </w:rPr>
              <w:t>1 gab.</w:t>
            </w:r>
          </w:p>
        </w:tc>
        <w:tc>
          <w:tcPr>
            <w:tcW w:w="1417" w:type="dxa"/>
          </w:tcPr>
          <w:p w14:paraId="47BA8C61" w14:textId="77777777" w:rsidR="009E286B" w:rsidRDefault="009E286B">
            <w:pPr>
              <w:rPr>
                <w:sz w:val="17"/>
              </w:rPr>
            </w:pPr>
          </w:p>
        </w:tc>
      </w:tr>
      <w:tr w:rsidR="006942C2" w14:paraId="583D6E5A" w14:textId="77777777" w:rsidTr="009E286B">
        <w:trPr>
          <w:jc w:val="center"/>
        </w:trPr>
        <w:tc>
          <w:tcPr>
            <w:tcW w:w="737" w:type="dxa"/>
            <w:tcMar>
              <w:top w:w="60" w:type="dxa"/>
              <w:left w:w="70" w:type="dxa"/>
              <w:bottom w:w="60" w:type="dxa"/>
              <w:right w:w="70" w:type="dxa"/>
            </w:tcMar>
            <w:vAlign w:val="center"/>
          </w:tcPr>
          <w:p w14:paraId="26912F83" w14:textId="6CAA8B1F" w:rsidR="006942C2" w:rsidRPr="00406D1C" w:rsidRDefault="00AF1A08">
            <w:r w:rsidRPr="00406D1C">
              <w:t>2</w:t>
            </w:r>
            <w:r w:rsidR="0030757C" w:rsidRPr="00406D1C">
              <w:t>3</w:t>
            </w:r>
          </w:p>
        </w:tc>
        <w:tc>
          <w:tcPr>
            <w:tcW w:w="2519" w:type="dxa"/>
            <w:tcMar>
              <w:top w:w="60" w:type="dxa"/>
              <w:left w:w="70" w:type="dxa"/>
              <w:bottom w:w="60" w:type="dxa"/>
              <w:right w:w="70" w:type="dxa"/>
            </w:tcMar>
            <w:vAlign w:val="center"/>
          </w:tcPr>
          <w:p w14:paraId="2AD86DFD" w14:textId="282D5857" w:rsidR="006942C2" w:rsidRPr="00406D1C" w:rsidRDefault="006942C2">
            <w:pPr>
              <w:rPr>
                <w:sz w:val="17"/>
              </w:rPr>
            </w:pPr>
            <w:r w:rsidRPr="00406D1C">
              <w:rPr>
                <w:sz w:val="17"/>
              </w:rPr>
              <w:t>Dokumentu smalcinātājs Uz riteņiem, 40L</w:t>
            </w:r>
          </w:p>
        </w:tc>
        <w:tc>
          <w:tcPr>
            <w:tcW w:w="6095" w:type="dxa"/>
            <w:tcMar>
              <w:top w:w="60" w:type="dxa"/>
              <w:left w:w="70" w:type="dxa"/>
              <w:bottom w:w="60" w:type="dxa"/>
              <w:right w:w="70" w:type="dxa"/>
            </w:tcMar>
            <w:vAlign w:val="center"/>
          </w:tcPr>
          <w:p w14:paraId="4C003BA1" w14:textId="1CE96031" w:rsidR="006942C2" w:rsidRPr="00406D1C" w:rsidRDefault="006942C2">
            <w:pPr>
              <w:rPr>
                <w:sz w:val="17"/>
              </w:rPr>
            </w:pPr>
            <w:r w:rsidRPr="00406D1C">
              <w:rPr>
                <w:sz w:val="17"/>
              </w:rPr>
              <w:t>Dokumentu smalcinātājs Uz riteņiem, 40 L. Mikro griešana, Drošības klase P5,</w:t>
            </w:r>
          </w:p>
        </w:tc>
        <w:tc>
          <w:tcPr>
            <w:tcW w:w="1134" w:type="dxa"/>
          </w:tcPr>
          <w:p w14:paraId="3FFC7C96" w14:textId="77777777" w:rsidR="006942C2" w:rsidRPr="00406D1C" w:rsidRDefault="006942C2">
            <w:pPr>
              <w:rPr>
                <w:sz w:val="17"/>
              </w:rPr>
            </w:pPr>
          </w:p>
        </w:tc>
        <w:tc>
          <w:tcPr>
            <w:tcW w:w="1843" w:type="dxa"/>
            <w:tcMar>
              <w:top w:w="60" w:type="dxa"/>
              <w:left w:w="70" w:type="dxa"/>
              <w:bottom w:w="60" w:type="dxa"/>
              <w:right w:w="70" w:type="dxa"/>
            </w:tcMar>
            <w:vAlign w:val="center"/>
          </w:tcPr>
          <w:p w14:paraId="54444BF3" w14:textId="4A7348F4" w:rsidR="006942C2" w:rsidRPr="00406D1C" w:rsidRDefault="006942C2">
            <w:pPr>
              <w:rPr>
                <w:sz w:val="17"/>
              </w:rPr>
            </w:pPr>
            <w:r w:rsidRPr="00406D1C">
              <w:rPr>
                <w:sz w:val="17"/>
              </w:rPr>
              <w:t xml:space="preserve">Salaspils 1. </w:t>
            </w:r>
            <w:r w:rsidR="0030757C" w:rsidRPr="00406D1C">
              <w:rPr>
                <w:sz w:val="17"/>
              </w:rPr>
              <w:t>V</w:t>
            </w:r>
            <w:r w:rsidRPr="00406D1C">
              <w:rPr>
                <w:sz w:val="17"/>
              </w:rPr>
              <w:t>idus</w:t>
            </w:r>
            <w:r w:rsidR="0030757C" w:rsidRPr="00406D1C">
              <w:rPr>
                <w:sz w:val="17"/>
              </w:rPr>
              <w:t>skola, Atvasīte</w:t>
            </w:r>
            <w:r w:rsidRPr="00406D1C">
              <w:rPr>
                <w:sz w:val="17"/>
              </w:rPr>
              <w:t xml:space="preserve">— </w:t>
            </w:r>
            <w:r w:rsidR="0030757C" w:rsidRPr="00406D1C">
              <w:rPr>
                <w:b/>
                <w:sz w:val="17"/>
              </w:rPr>
              <w:t>2</w:t>
            </w:r>
            <w:r w:rsidRPr="00406D1C">
              <w:rPr>
                <w:b/>
                <w:sz w:val="17"/>
              </w:rPr>
              <w:t xml:space="preserve"> gab.</w:t>
            </w:r>
          </w:p>
        </w:tc>
        <w:tc>
          <w:tcPr>
            <w:tcW w:w="1417" w:type="dxa"/>
          </w:tcPr>
          <w:p w14:paraId="5B2291BA" w14:textId="77777777" w:rsidR="006942C2" w:rsidRDefault="006942C2">
            <w:pPr>
              <w:rPr>
                <w:sz w:val="17"/>
              </w:rPr>
            </w:pPr>
          </w:p>
        </w:tc>
      </w:tr>
      <w:tr w:rsidR="00694F3C" w14:paraId="69054ACB" w14:textId="77777777" w:rsidTr="006B7518">
        <w:trPr>
          <w:jc w:val="center"/>
        </w:trPr>
        <w:tc>
          <w:tcPr>
            <w:tcW w:w="12328" w:type="dxa"/>
            <w:gridSpan w:val="5"/>
            <w:tcMar>
              <w:top w:w="60" w:type="dxa"/>
              <w:left w:w="70" w:type="dxa"/>
              <w:bottom w:w="60" w:type="dxa"/>
              <w:right w:w="70" w:type="dxa"/>
            </w:tcMar>
            <w:vAlign w:val="center"/>
          </w:tcPr>
          <w:p w14:paraId="6EB574E4" w14:textId="168522C7" w:rsidR="00694F3C" w:rsidRPr="00694F3C" w:rsidRDefault="00694F3C" w:rsidP="00694F3C">
            <w:pPr>
              <w:jc w:val="right"/>
              <w:rPr>
                <w:rFonts w:ascii="Times New Roman" w:hAnsi="Times New Roman" w:cs="Times New Roman"/>
                <w:b/>
                <w:sz w:val="22"/>
              </w:rPr>
            </w:pPr>
            <w:r w:rsidRPr="00694F3C">
              <w:rPr>
                <w:rFonts w:ascii="Times New Roman" w:hAnsi="Times New Roman" w:cs="Times New Roman"/>
                <w:b/>
                <w:sz w:val="22"/>
              </w:rPr>
              <w:t xml:space="preserve">KOPĒJĀ SUMMA (EUR BEZ PVN): </w:t>
            </w:r>
          </w:p>
        </w:tc>
        <w:tc>
          <w:tcPr>
            <w:tcW w:w="1417" w:type="dxa"/>
          </w:tcPr>
          <w:p w14:paraId="425243F1" w14:textId="77777777" w:rsidR="00694F3C" w:rsidRDefault="00694F3C">
            <w:pPr>
              <w:rPr>
                <w:sz w:val="17"/>
              </w:rPr>
            </w:pPr>
          </w:p>
        </w:tc>
      </w:tr>
      <w:tr w:rsidR="00D80B36" w14:paraId="6B86285D" w14:textId="77777777" w:rsidTr="006B7518">
        <w:trPr>
          <w:jc w:val="center"/>
        </w:trPr>
        <w:tc>
          <w:tcPr>
            <w:tcW w:w="13745" w:type="dxa"/>
            <w:gridSpan w:val="6"/>
            <w:tcMar>
              <w:top w:w="60" w:type="dxa"/>
              <w:left w:w="70" w:type="dxa"/>
              <w:bottom w:w="60" w:type="dxa"/>
              <w:right w:w="70" w:type="dxa"/>
            </w:tcMar>
            <w:vAlign w:val="center"/>
          </w:tcPr>
          <w:p w14:paraId="56FE0EAF" w14:textId="096E7B73" w:rsidR="00D80B36" w:rsidRDefault="00D80B36" w:rsidP="00D80B36">
            <w:pPr>
              <w:jc w:val="right"/>
              <w:rPr>
                <w:sz w:val="17"/>
              </w:rPr>
            </w:pPr>
            <w:r w:rsidRPr="00D80B36">
              <w:rPr>
                <w:rFonts w:ascii="Times New Roman" w:hAnsi="Times New Roman" w:cs="Times New Roman"/>
                <w:b/>
                <w:sz w:val="24"/>
                <w:szCs w:val="24"/>
              </w:rPr>
              <w:t>IZPILDĪTĀJA PIEDĀVĀTĀ ATLAIDE (citām Precēm, kas nav iekļautas Tehniskajā specifikācijā) ____ %</w:t>
            </w:r>
          </w:p>
        </w:tc>
      </w:tr>
    </w:tbl>
    <w:p w14:paraId="12392389" w14:textId="3515044E" w:rsidR="00764910" w:rsidRDefault="00764910" w:rsidP="00764910"/>
    <w:p w14:paraId="4269F2FD" w14:textId="77777777" w:rsidR="00764910" w:rsidRPr="005C4247" w:rsidRDefault="00764910" w:rsidP="00764910">
      <w:pPr>
        <w:suppressAutoHyphens/>
        <w:spacing w:after="0" w:line="240" w:lineRule="auto"/>
        <w:ind w:firstLine="284"/>
        <w:jc w:val="both"/>
        <w:rPr>
          <w:rFonts w:ascii="Times New Roman" w:eastAsia="Times New Roman" w:hAnsi="Times New Roman"/>
          <w:sz w:val="22"/>
          <w:u w:val="single"/>
          <w:lang w:eastAsia="ar-SA"/>
        </w:rPr>
      </w:pPr>
      <w:r w:rsidRPr="005C4247">
        <w:rPr>
          <w:rFonts w:ascii="Times New Roman" w:eastAsia="Times New Roman" w:hAnsi="Times New Roman"/>
          <w:sz w:val="22"/>
          <w:u w:val="single"/>
          <w:lang w:eastAsia="ar-SA"/>
        </w:rPr>
        <w:t>Apliecinām, ka:</w:t>
      </w:r>
    </w:p>
    <w:p w14:paraId="759BAFB2"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color w:val="000000"/>
          <w:sz w:val="22"/>
          <w:szCs w:val="22"/>
          <w:lang w:val="lv-LV"/>
        </w:rPr>
        <w:t>Piedāvāsim</w:t>
      </w:r>
      <w:r>
        <w:rPr>
          <w:color w:val="000000"/>
          <w:sz w:val="22"/>
          <w:szCs w:val="22"/>
          <w:lang w:val="lv-LV"/>
        </w:rPr>
        <w:t xml:space="preserve"> jaunas, nelietotas Prees</w:t>
      </w:r>
      <w:r w:rsidRPr="005C4247">
        <w:rPr>
          <w:color w:val="000000"/>
          <w:sz w:val="22"/>
          <w:szCs w:val="22"/>
          <w:lang w:val="lv-LV"/>
        </w:rPr>
        <w:t>, kas atbilst noteiktajiem standartiem atbilstoši iesniegtajam finanšu piedāvājumam;</w:t>
      </w:r>
    </w:p>
    <w:p w14:paraId="70B0440F"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406D1C">
        <w:rPr>
          <w:sz w:val="22"/>
          <w:szCs w:val="22"/>
          <w:lang w:val="lv-LV"/>
        </w:rPr>
        <w:t xml:space="preserve">Nodrošināsim bezmaksas Preču piegādi Salaspilī, Pasūtītāja norādītajā </w:t>
      </w:r>
      <w:r>
        <w:rPr>
          <w:color w:val="000000"/>
          <w:sz w:val="22"/>
          <w:szCs w:val="22"/>
          <w:lang w:val="lv-LV"/>
        </w:rPr>
        <w:t>vietā Līgumā noteiktajā termiņā;</w:t>
      </w:r>
      <w:r w:rsidRPr="005C4247">
        <w:rPr>
          <w:color w:val="000000"/>
          <w:sz w:val="22"/>
          <w:szCs w:val="22"/>
          <w:lang w:val="lv-LV"/>
        </w:rPr>
        <w:t xml:space="preserve"> </w:t>
      </w:r>
    </w:p>
    <w:p w14:paraId="352FF227"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color w:val="000000"/>
          <w:sz w:val="22"/>
          <w:szCs w:val="22"/>
          <w:lang w:val="lv-LV"/>
        </w:rPr>
        <w:t xml:space="preserve">Nodrošināsim visām </w:t>
      </w:r>
      <w:r>
        <w:rPr>
          <w:color w:val="000000"/>
          <w:sz w:val="22"/>
          <w:szCs w:val="22"/>
          <w:lang w:val="lv-LV"/>
        </w:rPr>
        <w:t>Precēm</w:t>
      </w:r>
      <w:r w:rsidRPr="005C4247">
        <w:rPr>
          <w:color w:val="000000"/>
          <w:sz w:val="22"/>
          <w:szCs w:val="22"/>
          <w:lang w:val="lv-LV"/>
        </w:rPr>
        <w:t xml:space="preserve"> garantiju saskaņā ar </w:t>
      </w:r>
      <w:r>
        <w:rPr>
          <w:color w:val="000000"/>
          <w:sz w:val="22"/>
          <w:szCs w:val="22"/>
          <w:lang w:val="lv-LV"/>
        </w:rPr>
        <w:t>mūsu Piedāvājumā norādīto</w:t>
      </w:r>
      <w:r w:rsidRPr="005C4247">
        <w:rPr>
          <w:color w:val="000000"/>
          <w:sz w:val="22"/>
          <w:szCs w:val="22"/>
          <w:lang w:val="lv-LV"/>
        </w:rPr>
        <w:t>;</w:t>
      </w:r>
    </w:p>
    <w:p w14:paraId="0B69A201"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x-none" w:eastAsia="ar-SA"/>
        </w:rPr>
        <w:t>Līguma izpildē netiks piegādātas preces, kuru izcelsmes vai ražošanas valsts ir Krievijas Federācija vai Baltkrievijas Republika</w:t>
      </w:r>
      <w:r w:rsidRPr="005C4247">
        <w:rPr>
          <w:sz w:val="22"/>
          <w:szCs w:val="22"/>
          <w:lang w:val="lv-LV" w:eastAsia="ar-SA"/>
        </w:rPr>
        <w:t>;</w:t>
      </w:r>
    </w:p>
    <w:p w14:paraId="6E78C00D"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x-none" w:eastAsia="ar-SA"/>
        </w:rPr>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neatkarīgi no konkurentiem, par tiem produktiem vai pakalpojumiem, uz ko attiecas šis iepirkums. </w:t>
      </w:r>
      <w:r w:rsidRPr="005C4247">
        <w:rPr>
          <w:color w:val="002060"/>
          <w:sz w:val="22"/>
          <w:szCs w:val="22"/>
          <w:lang w:val="x-none" w:eastAsia="ar-SA"/>
        </w:rPr>
        <w:t>Ja daļēji vai pilnībā nepiekrītam šim apliecinājumam, tad piedāvājumā iekļaujam izsmeļošu un patiesu informāciju par notikušo, ieskaitot konkurentu nosaukumus, šādas saziņas mērķi, raksturu un saturu</w:t>
      </w:r>
      <w:r w:rsidRPr="005C4247">
        <w:rPr>
          <w:color w:val="002060"/>
          <w:sz w:val="22"/>
          <w:szCs w:val="22"/>
          <w:lang w:val="lv-LV" w:eastAsia="ar-SA"/>
        </w:rPr>
        <w:t>;</w:t>
      </w:r>
    </w:p>
    <w:p w14:paraId="296C9BB3"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lv-LV"/>
        </w:rPr>
        <w:t xml:space="preserve">Piedāvājums ir spēkā </w:t>
      </w:r>
      <w:r>
        <w:rPr>
          <w:b/>
          <w:sz w:val="22"/>
          <w:szCs w:val="22"/>
          <w:lang w:val="lv-LV"/>
        </w:rPr>
        <w:t>2</w:t>
      </w:r>
      <w:r w:rsidRPr="005C4247">
        <w:rPr>
          <w:b/>
          <w:sz w:val="22"/>
          <w:szCs w:val="22"/>
          <w:lang w:val="lv-LV"/>
        </w:rPr>
        <w:t xml:space="preserve"> (divus) mēnešus</w:t>
      </w:r>
      <w:r w:rsidRPr="005C4247">
        <w:rPr>
          <w:sz w:val="22"/>
          <w:szCs w:val="22"/>
          <w:lang w:val="lv-LV"/>
        </w:rPr>
        <w:t xml:space="preserve"> no piedāvājuma iesniegšanas dienas.</w:t>
      </w:r>
    </w:p>
    <w:p w14:paraId="469DE7EF" w14:textId="77777777" w:rsidR="00764910" w:rsidRPr="005C4247" w:rsidRDefault="00764910" w:rsidP="00764910">
      <w:pPr>
        <w:suppressAutoHyphens/>
        <w:spacing w:after="0" w:line="240" w:lineRule="auto"/>
        <w:ind w:firstLine="357"/>
        <w:jc w:val="both"/>
        <w:rPr>
          <w:rFonts w:ascii="Times New Roman" w:eastAsia="Times New Roman" w:hAnsi="Times New Roman"/>
          <w:sz w:val="22"/>
          <w:lang w:eastAsia="ar-SA"/>
        </w:rPr>
      </w:pPr>
    </w:p>
    <w:p w14:paraId="32D7A7B9" w14:textId="77777777" w:rsidR="00764910" w:rsidRPr="005C4247" w:rsidRDefault="00764910" w:rsidP="00764910">
      <w:pPr>
        <w:suppressAutoHyphens/>
        <w:spacing w:after="0" w:line="240" w:lineRule="auto"/>
        <w:ind w:firstLine="360"/>
        <w:jc w:val="both"/>
        <w:rPr>
          <w:rFonts w:ascii="Times New Roman" w:eastAsia="Times New Roman" w:hAnsi="Times New Roman"/>
          <w:sz w:val="22"/>
          <w:lang w:eastAsia="ar-SA"/>
        </w:rPr>
      </w:pPr>
      <w:r w:rsidRPr="005C4247">
        <w:rPr>
          <w:rFonts w:ascii="Times New Roman" w:eastAsia="Times New Roman" w:hAnsi="Times New Roman"/>
          <w:sz w:val="22"/>
          <w:lang w:eastAsia="ar-SA"/>
        </w:rPr>
        <w:t xml:space="preserve">Informācija, kas pēc pretendenta domām ir uzskatāma par komercnoslēpumu vai konfidenciālu informāciju atrodas pretendenta </w:t>
      </w:r>
      <w:r w:rsidRPr="005C4247">
        <w:rPr>
          <w:rFonts w:ascii="Times New Roman" w:eastAsia="Times New Roman" w:hAnsi="Times New Roman"/>
          <w:color w:val="002060"/>
          <w:sz w:val="22"/>
          <w:lang w:eastAsia="ar-SA"/>
        </w:rPr>
        <w:t>________ piedāvājuma _____ lpp</w:t>
      </w:r>
      <w:r w:rsidRPr="005C4247">
        <w:rPr>
          <w:rFonts w:ascii="Times New Roman" w:eastAsia="Times New Roman" w:hAnsi="Times New Roman"/>
          <w:sz w:val="22"/>
          <w:lang w:eastAsia="ar-SA"/>
        </w:rPr>
        <w:t xml:space="preserve">. </w:t>
      </w:r>
    </w:p>
    <w:p w14:paraId="164A2D44" w14:textId="77777777" w:rsidR="00764910" w:rsidRPr="005C4247" w:rsidRDefault="00764910" w:rsidP="00764910">
      <w:pPr>
        <w:spacing w:after="0" w:line="240" w:lineRule="auto"/>
        <w:rPr>
          <w:rFonts w:ascii="Times New Roman" w:eastAsia="Times New Roman" w:hAnsi="Times New Roman"/>
          <w:sz w:val="22"/>
        </w:rPr>
      </w:pPr>
    </w:p>
    <w:p w14:paraId="36B74100" w14:textId="77777777" w:rsidR="00764910" w:rsidRPr="005C4247" w:rsidRDefault="00764910" w:rsidP="00764910">
      <w:pPr>
        <w:spacing w:after="0" w:line="240" w:lineRule="auto"/>
        <w:ind w:firstLine="357"/>
        <w:jc w:val="both"/>
        <w:rPr>
          <w:rFonts w:ascii="Times New Roman" w:eastAsia="Times New Roman" w:hAnsi="Times New Roman"/>
          <w:sz w:val="22"/>
          <w:lang w:eastAsia="ar-SA"/>
        </w:rPr>
      </w:pPr>
      <w:r w:rsidRPr="005C4247">
        <w:rPr>
          <w:rFonts w:ascii="Times New Roman" w:eastAsia="Times New Roman" w:hAnsi="Times New Roman"/>
          <w:sz w:val="22"/>
          <w:lang w:eastAsia="ar-SA"/>
        </w:rPr>
        <w:t>Ar šo mēs uzņemamies pilnu atbildību par iesniegto piedāvājumu, tajā ietverto informāciju, noformējumu, atbilstību iepirkuma procedūras Nolikuma prasībām. Visas iesniegtās dokumentu kopijas atbilst oriģinālam, sniegtā informācija un dati ir patiesi.</w:t>
      </w:r>
    </w:p>
    <w:p w14:paraId="2F4578CA" w14:textId="77777777" w:rsidR="00764910" w:rsidRPr="005C4247" w:rsidRDefault="00764910" w:rsidP="00764910">
      <w:pPr>
        <w:spacing w:after="0" w:line="240" w:lineRule="auto"/>
        <w:rPr>
          <w:rFonts w:ascii="Times New Roman" w:eastAsia="Times New Roman" w:hAnsi="Times New Roman"/>
          <w:sz w:val="22"/>
        </w:rPr>
      </w:pPr>
    </w:p>
    <w:p w14:paraId="1737A46B" w14:textId="77777777" w:rsidR="00764910" w:rsidRPr="005C4247" w:rsidRDefault="00764910" w:rsidP="00764910">
      <w:pPr>
        <w:spacing w:after="0" w:line="240" w:lineRule="auto"/>
        <w:rPr>
          <w:rFonts w:ascii="Times New Roman" w:eastAsia="Times New Roman" w:hAnsi="Times New Roman"/>
          <w:sz w:val="22"/>
        </w:rPr>
      </w:pPr>
    </w:p>
    <w:p w14:paraId="4CAB57D7"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Vārds, Uzvārds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455AB12"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Ieņemamais amats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4590B4D2"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Paraksts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5B75A99D"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Datums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4BF8D742" w14:textId="77777777" w:rsidR="00764910" w:rsidRPr="005C4247" w:rsidRDefault="00764910" w:rsidP="00764910">
      <w:pPr>
        <w:spacing w:after="0" w:line="240" w:lineRule="auto"/>
        <w:jc w:val="both"/>
        <w:rPr>
          <w:rFonts w:ascii="Times New Roman" w:eastAsia="Times New Roman" w:hAnsi="Times New Roman"/>
          <w:sz w:val="22"/>
        </w:rPr>
      </w:pPr>
    </w:p>
    <w:p w14:paraId="2466D60C"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Pilnvarotā persona:</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182E4063"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(amats, paraksts, vārds, uzvārds)</w:t>
      </w:r>
    </w:p>
    <w:p w14:paraId="0252ED65" w14:textId="77777777" w:rsidR="007541DC" w:rsidRPr="00764910" w:rsidRDefault="007541DC" w:rsidP="00764910">
      <w:pPr>
        <w:ind w:firstLine="720"/>
      </w:pPr>
    </w:p>
    <w:sectPr w:rsidR="007541DC" w:rsidRPr="00764910" w:rsidSect="00034616">
      <w:footerReference w:type="default" r:id="rId9"/>
      <w:pgSz w:w="16838" w:h="11906" w:orient="landscape"/>
      <w:pgMar w:top="907" w:right="907" w:bottom="794"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19A4E" w14:textId="77777777" w:rsidR="00EF35FD" w:rsidRDefault="00EF35FD">
      <w:pPr>
        <w:spacing w:after="0" w:line="240" w:lineRule="auto"/>
      </w:pPr>
      <w:r>
        <w:separator/>
      </w:r>
    </w:p>
  </w:endnote>
  <w:endnote w:type="continuationSeparator" w:id="0">
    <w:p w14:paraId="18BBCFDE" w14:textId="77777777" w:rsidR="00EF35FD" w:rsidRDefault="00EF3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09ABE" w14:textId="77777777" w:rsidR="006C6D89" w:rsidRDefault="006C6D89">
    <w:pPr>
      <w:pStyle w:val="Footer"/>
      <w:jc w:val="right"/>
    </w:pPr>
    <w:r>
      <w:t xml:space="preserve">Lpp. </w:t>
    </w:r>
    <w:r>
      <w:fldChar w:fldCharType="begin"/>
    </w:r>
    <w:r>
      <w:instrText>PAGE</w:instrText>
    </w:r>
    <w:r>
      <w:fldChar w:fldCharType="separate"/>
    </w:r>
    <w:r w:rsidR="00EF35F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35D268" w14:textId="77777777" w:rsidR="00EF35FD" w:rsidRDefault="00EF35FD">
      <w:pPr>
        <w:spacing w:after="0" w:line="240" w:lineRule="auto"/>
      </w:pPr>
      <w:r>
        <w:separator/>
      </w:r>
    </w:p>
  </w:footnote>
  <w:footnote w:type="continuationSeparator" w:id="0">
    <w:p w14:paraId="25ED58FF" w14:textId="77777777" w:rsidR="00EF35FD" w:rsidRDefault="00EF35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1686BCD"/>
    <w:multiLevelType w:val="hybridMultilevel"/>
    <w:tmpl w:val="0B10D35A"/>
    <w:lvl w:ilvl="0" w:tplc="6F8E172A">
      <w:start w:val="1"/>
      <w:numFmt w:val="decimal"/>
      <w:lvlText w:val="%1)"/>
      <w:lvlJc w:val="left"/>
      <w:pPr>
        <w:ind w:left="720" w:hanging="360"/>
      </w:pPr>
      <w:rPr>
        <w:rFonts w:hint="default"/>
      </w:rPr>
    </w:lvl>
    <w:lvl w:ilvl="1" w:tplc="C51A1E60">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CA09A3"/>
    <w:multiLevelType w:val="hybridMultilevel"/>
    <w:tmpl w:val="0B10D35A"/>
    <w:lvl w:ilvl="0" w:tplc="6F8E172A">
      <w:start w:val="1"/>
      <w:numFmt w:val="decimal"/>
      <w:lvlText w:val="%1)"/>
      <w:lvlJc w:val="left"/>
      <w:pPr>
        <w:ind w:left="720" w:hanging="360"/>
      </w:pPr>
      <w:rPr>
        <w:rFonts w:hint="default"/>
      </w:rPr>
    </w:lvl>
    <w:lvl w:ilvl="1" w:tplc="C51A1E60">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1772"/>
    <w:rsid w:val="0001367F"/>
    <w:rsid w:val="00034616"/>
    <w:rsid w:val="0006063C"/>
    <w:rsid w:val="00082602"/>
    <w:rsid w:val="000865CF"/>
    <w:rsid w:val="00096D8C"/>
    <w:rsid w:val="000B749D"/>
    <w:rsid w:val="000C4AD7"/>
    <w:rsid w:val="000E36BE"/>
    <w:rsid w:val="00106EAC"/>
    <w:rsid w:val="00113478"/>
    <w:rsid w:val="0012193A"/>
    <w:rsid w:val="00126B21"/>
    <w:rsid w:val="00133999"/>
    <w:rsid w:val="0015074B"/>
    <w:rsid w:val="001621AD"/>
    <w:rsid w:val="001C5D84"/>
    <w:rsid w:val="001E2D11"/>
    <w:rsid w:val="002004E1"/>
    <w:rsid w:val="00220565"/>
    <w:rsid w:val="002225F9"/>
    <w:rsid w:val="00286C3C"/>
    <w:rsid w:val="0029639D"/>
    <w:rsid w:val="002C113E"/>
    <w:rsid w:val="0030757C"/>
    <w:rsid w:val="00317CD6"/>
    <w:rsid w:val="00326F90"/>
    <w:rsid w:val="00361A0B"/>
    <w:rsid w:val="0038141F"/>
    <w:rsid w:val="0038565C"/>
    <w:rsid w:val="003C089C"/>
    <w:rsid w:val="00401D57"/>
    <w:rsid w:val="00406D1C"/>
    <w:rsid w:val="00493C0E"/>
    <w:rsid w:val="004F525D"/>
    <w:rsid w:val="00551081"/>
    <w:rsid w:val="00571B08"/>
    <w:rsid w:val="005C4247"/>
    <w:rsid w:val="005D16CD"/>
    <w:rsid w:val="00600B6F"/>
    <w:rsid w:val="0063406F"/>
    <w:rsid w:val="00636109"/>
    <w:rsid w:val="00687774"/>
    <w:rsid w:val="00687BC3"/>
    <w:rsid w:val="006942C2"/>
    <w:rsid w:val="00694F3C"/>
    <w:rsid w:val="006A7F9A"/>
    <w:rsid w:val="006B7518"/>
    <w:rsid w:val="006C6D89"/>
    <w:rsid w:val="007541DC"/>
    <w:rsid w:val="00764910"/>
    <w:rsid w:val="007A0EA8"/>
    <w:rsid w:val="007E5994"/>
    <w:rsid w:val="00816968"/>
    <w:rsid w:val="0094596C"/>
    <w:rsid w:val="00955D3F"/>
    <w:rsid w:val="009638D5"/>
    <w:rsid w:val="009750BF"/>
    <w:rsid w:val="009C472C"/>
    <w:rsid w:val="009E1B34"/>
    <w:rsid w:val="009E286B"/>
    <w:rsid w:val="00A0475D"/>
    <w:rsid w:val="00A71689"/>
    <w:rsid w:val="00A807DD"/>
    <w:rsid w:val="00AA1D8D"/>
    <w:rsid w:val="00AD37F3"/>
    <w:rsid w:val="00AF1A08"/>
    <w:rsid w:val="00B03C98"/>
    <w:rsid w:val="00B47730"/>
    <w:rsid w:val="00B838B2"/>
    <w:rsid w:val="00B83B03"/>
    <w:rsid w:val="00BC30C2"/>
    <w:rsid w:val="00BE7A86"/>
    <w:rsid w:val="00BF573F"/>
    <w:rsid w:val="00C13464"/>
    <w:rsid w:val="00C21863"/>
    <w:rsid w:val="00C2606A"/>
    <w:rsid w:val="00CB0664"/>
    <w:rsid w:val="00CD0725"/>
    <w:rsid w:val="00CE62E0"/>
    <w:rsid w:val="00D175B5"/>
    <w:rsid w:val="00D80B36"/>
    <w:rsid w:val="00DA5549"/>
    <w:rsid w:val="00DB6F9C"/>
    <w:rsid w:val="00E2320F"/>
    <w:rsid w:val="00E9617E"/>
    <w:rsid w:val="00EF35FD"/>
    <w:rsid w:val="00F47F01"/>
    <w:rsid w:val="00F50588"/>
    <w:rsid w:val="00F87787"/>
    <w:rsid w:val="00FC693F"/>
    <w:rsid w:val="00FD2B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1098CE"/>
  <w14:defaultImageDpi w14:val="300"/>
  <w15:docId w15:val="{D2A1EA88-1A6E-4D3A-ABE6-5EB72529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eastAsia="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link w:val="NormalWebChar"/>
    <w:uiPriority w:val="99"/>
    <w:rsid w:val="005C4247"/>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locked/>
    <w:rsid w:val="005C4247"/>
    <w:rPr>
      <w:rFonts w:ascii="Times New Roman" w:eastAsia="Times New Roman" w:hAnsi="Times New Roman" w:cs="Times New Roman"/>
      <w:sz w:val="24"/>
      <w:szCs w:val="24"/>
      <w:lang w:val="en-GB"/>
    </w:rPr>
  </w:style>
  <w:style w:type="character" w:styleId="Hyperlink">
    <w:name w:val="Hyperlink"/>
    <w:basedOn w:val="DefaultParagraphFont"/>
    <w:uiPriority w:val="99"/>
    <w:semiHidden/>
    <w:unhideWhenUsed/>
    <w:rsid w:val="00C260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146949">
      <w:bodyDiv w:val="1"/>
      <w:marLeft w:val="0"/>
      <w:marRight w:val="0"/>
      <w:marTop w:val="0"/>
      <w:marBottom w:val="0"/>
      <w:divBdr>
        <w:top w:val="none" w:sz="0" w:space="0" w:color="auto"/>
        <w:left w:val="none" w:sz="0" w:space="0" w:color="auto"/>
        <w:bottom w:val="none" w:sz="0" w:space="0" w:color="auto"/>
        <w:right w:val="none" w:sz="0" w:space="0" w:color="auto"/>
      </w:divBdr>
    </w:div>
    <w:div w:id="15712290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220.lv/lv/majai-un-remontam/vannas-istabas-iekartas/dvielu-zavetaji/elektriskais-dvielu-zavetajs-laris-alfa-p12-500x1200?id=87352948&amp;navigation_source=interactionStudio&amp;feat=product-viewe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7E448-9D59-4FA7-89F7-D7BE501B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24080</Words>
  <Characters>13727</Characters>
  <Application>Microsoft Office Word</Application>
  <DocSecurity>0</DocSecurity>
  <Lines>114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Agate</cp:lastModifiedBy>
  <cp:revision>7</cp:revision>
  <dcterms:created xsi:type="dcterms:W3CDTF">2026-07-04T09:39:00Z</dcterms:created>
  <dcterms:modified xsi:type="dcterms:W3CDTF">2026-07-04T09:54:00Z</dcterms:modified>
</cp:coreProperties>
</file>