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6FB19" w14:textId="77777777" w:rsidR="007F0DB3" w:rsidRPr="009D6BF0" w:rsidRDefault="007F0DB3">
      <w:pPr>
        <w:spacing w:after="20" w:line="252" w:lineRule="auto"/>
        <w:jc w:val="center"/>
        <w:rPr>
          <w:rFonts w:cs="Arial"/>
          <w:b/>
          <w:sz w:val="22"/>
          <w:lang w:val="lv-LV"/>
        </w:rPr>
      </w:pPr>
    </w:p>
    <w:p w14:paraId="25C827C4" w14:textId="05E1834A" w:rsidR="00285A31" w:rsidRPr="009D6BF0" w:rsidRDefault="009D6BF0" w:rsidP="00285A31">
      <w:pPr>
        <w:pStyle w:val="Virsraksts1"/>
        <w:spacing w:before="200" w:after="20"/>
        <w:jc w:val="center"/>
        <w:rPr>
          <w:rFonts w:ascii="Arial" w:eastAsia="Arial" w:hAnsi="Arial" w:cs="Arial"/>
          <w:color w:val="auto"/>
          <w:sz w:val="22"/>
          <w:szCs w:val="22"/>
          <w:lang w:val="lv-LV"/>
        </w:rPr>
      </w:pPr>
      <w:r w:rsidRPr="009D6BF0">
        <w:rPr>
          <w:rFonts w:ascii="Arial" w:eastAsia="Arial" w:hAnsi="Arial" w:cs="Arial"/>
          <w:color w:val="00663A"/>
          <w:sz w:val="22"/>
          <w:szCs w:val="22"/>
          <w:lang w:val="lv-LV"/>
        </w:rPr>
        <w:t>A</w:t>
      </w:r>
      <w:r w:rsidR="00285A31" w:rsidRPr="009D6BF0">
        <w:rPr>
          <w:rFonts w:ascii="Arial" w:eastAsia="Arial" w:hAnsi="Arial" w:cs="Arial"/>
          <w:color w:val="00663A"/>
          <w:sz w:val="22"/>
          <w:szCs w:val="22"/>
          <w:lang w:val="lv-LV"/>
        </w:rPr>
        <w:t>NKETAS PROJEKTS</w:t>
      </w:r>
      <w:r w:rsidR="00285A31" w:rsidRPr="009D6BF0">
        <w:rPr>
          <w:rFonts w:ascii="Arial" w:eastAsia="Arial" w:hAnsi="Arial" w:cs="Arial"/>
          <w:color w:val="00663A"/>
          <w:sz w:val="22"/>
          <w:szCs w:val="22"/>
          <w:lang w:val="lv-LV"/>
        </w:rPr>
        <w:br/>
        <w:t>“Dārzu un parku pētījums” 2026.</w:t>
      </w:r>
      <w:r w:rsidRPr="009D6BF0">
        <w:rPr>
          <w:rFonts w:ascii="Arial" w:eastAsia="Arial" w:hAnsi="Arial" w:cs="Arial"/>
          <w:color w:val="00663A"/>
          <w:sz w:val="22"/>
          <w:szCs w:val="22"/>
          <w:lang w:val="lv-LV"/>
        </w:rPr>
        <w:t> </w:t>
      </w:r>
      <w:r w:rsidR="00285A31" w:rsidRPr="009D6BF0">
        <w:rPr>
          <w:rFonts w:ascii="Arial" w:eastAsia="Arial" w:hAnsi="Arial" w:cs="Arial"/>
          <w:color w:val="00663A"/>
          <w:sz w:val="22"/>
          <w:szCs w:val="22"/>
          <w:lang w:val="lv-LV"/>
        </w:rPr>
        <w:t>gadā</w:t>
      </w:r>
    </w:p>
    <w:p w14:paraId="0AAA57E8" w14:textId="77777777" w:rsidR="00285A31" w:rsidRPr="009D6BF0" w:rsidRDefault="00285A31" w:rsidP="00285A31">
      <w:pPr>
        <w:spacing w:after="20"/>
        <w:rPr>
          <w:rFonts w:cs="Arial"/>
          <w:sz w:val="22"/>
          <w:lang w:val="lv-LV"/>
        </w:rPr>
      </w:pPr>
    </w:p>
    <w:p w14:paraId="43FB209E" w14:textId="057F17AA" w:rsidR="00285A31" w:rsidRPr="009D6BF0" w:rsidRDefault="00285A31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SIA</w:t>
      </w:r>
      <w:r w:rsidR="00624DB6">
        <w:rPr>
          <w:rFonts w:cs="Arial"/>
          <w:sz w:val="22"/>
          <w:lang w:val="lv-LV"/>
        </w:rPr>
        <w:t> </w:t>
      </w:r>
      <w:r w:rsidRPr="009D6BF0">
        <w:rPr>
          <w:rFonts w:cs="Arial"/>
          <w:sz w:val="22"/>
          <w:lang w:val="lv-LV"/>
        </w:rPr>
        <w:t>“Rīgas meži” veic aptauju par iedzīvotāju un apmeklētāju pieredzi Rīgas dārzos un parkos, k</w:t>
      </w:r>
      <w:r w:rsidR="00A846C8" w:rsidRPr="009D6BF0">
        <w:rPr>
          <w:rFonts w:cs="Arial"/>
          <w:sz w:val="22"/>
          <w:lang w:val="lv-LV"/>
        </w:rPr>
        <w:t>urus</w:t>
      </w:r>
      <w:r w:rsidRPr="009D6BF0">
        <w:rPr>
          <w:rFonts w:cs="Arial"/>
          <w:sz w:val="22"/>
          <w:lang w:val="lv-LV"/>
        </w:rPr>
        <w:t xml:space="preserve"> apsaimnieko SIA</w:t>
      </w:r>
      <w:r w:rsidR="00624DB6">
        <w:rPr>
          <w:rFonts w:cs="Arial"/>
          <w:sz w:val="22"/>
          <w:lang w:val="lv-LV"/>
        </w:rPr>
        <w:t> </w:t>
      </w:r>
      <w:r w:rsidRPr="009D6BF0">
        <w:rPr>
          <w:rFonts w:cs="Arial"/>
          <w:sz w:val="22"/>
          <w:lang w:val="lv-LV"/>
        </w:rPr>
        <w:t xml:space="preserve">“Rīgas meži”. Aptaujas mērķis ir noskaidrot apmeklējuma paradumus, apmierinātību, vajadzības un priekšlikumus </w:t>
      </w:r>
      <w:r w:rsidR="00A846C8" w:rsidRPr="009D6BF0">
        <w:rPr>
          <w:rFonts w:cs="Arial"/>
          <w:sz w:val="22"/>
          <w:lang w:val="lv-LV"/>
        </w:rPr>
        <w:t>dārzu un parku</w:t>
      </w:r>
      <w:r w:rsidRPr="009D6BF0">
        <w:rPr>
          <w:rFonts w:cs="Arial"/>
          <w:sz w:val="22"/>
          <w:lang w:val="lv-LV"/>
        </w:rPr>
        <w:t xml:space="preserve"> apsaimniekošanas pilnveidei. Aptauja ir anonīma; dati tiks analizēti tikai apkopotā veidā.</w:t>
      </w:r>
    </w:p>
    <w:p w14:paraId="34C30FC6" w14:textId="77777777" w:rsidR="00FF0FE0" w:rsidRPr="009D6BF0" w:rsidRDefault="005813E5" w:rsidP="009D6BF0">
      <w:pPr>
        <w:spacing w:before="200" w:after="8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A. Apmeklēšana un paradumi</w:t>
      </w:r>
    </w:p>
    <w:p w14:paraId="3A410176" w14:textId="77777777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1. Vai pēdējo 12 mēnešu laikā esat apmeklējis/-</w:t>
      </w:r>
      <w:proofErr w:type="spellStart"/>
      <w:r w:rsidRPr="009D6BF0">
        <w:rPr>
          <w:rFonts w:cs="Arial"/>
          <w:b/>
          <w:sz w:val="22"/>
          <w:lang w:val="lv-LV"/>
        </w:rPr>
        <w:t>usi</w:t>
      </w:r>
      <w:proofErr w:type="spellEnd"/>
      <w:r w:rsidRPr="009D6BF0">
        <w:rPr>
          <w:rFonts w:cs="Arial"/>
          <w:b/>
          <w:sz w:val="22"/>
          <w:lang w:val="lv-LV"/>
        </w:rPr>
        <w:t xml:space="preserve"> kādu Rīgas dārzu, parku vai skvēru?</w:t>
      </w:r>
    </w:p>
    <w:p w14:paraId="6AE1E03C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atbilde)</w:t>
      </w:r>
    </w:p>
    <w:p w14:paraId="76644BD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Jā</w:t>
      </w:r>
    </w:p>
    <w:p w14:paraId="00BF570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Nē</w:t>
      </w:r>
    </w:p>
    <w:p w14:paraId="477B214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 / neatceros</w:t>
      </w:r>
    </w:p>
    <w:p w14:paraId="38BE94CB" w14:textId="77777777" w:rsidR="005C6998" w:rsidRPr="009D6BF0" w:rsidRDefault="005C6998" w:rsidP="009D6BF0">
      <w:pPr>
        <w:pStyle w:val="Question"/>
        <w:keepNext/>
        <w:spacing w:before="10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2. Kuras Rīgas dārzu un parku teritorijas Daugavas labajā krastā Jūs esat apmeklējis/-</w:t>
      </w:r>
      <w:proofErr w:type="spellStart"/>
      <w:r w:rsidRPr="009D6BF0">
        <w:rPr>
          <w:rFonts w:eastAsia="Arial" w:cs="Arial"/>
          <w:sz w:val="22"/>
          <w:lang w:val="lv-LV"/>
        </w:rPr>
        <w:t>usi</w:t>
      </w:r>
      <w:proofErr w:type="spellEnd"/>
      <w:r w:rsidRPr="009D6BF0">
        <w:rPr>
          <w:rFonts w:eastAsia="Arial" w:cs="Arial"/>
          <w:sz w:val="22"/>
          <w:lang w:val="lv-LV"/>
        </w:rPr>
        <w:t xml:space="preserve"> pēdējo 12 mēnešu laikā?</w:t>
      </w:r>
    </w:p>
    <w:p w14:paraId="025EF116" w14:textId="77777777" w:rsidR="005C6998" w:rsidRPr="009D6BF0" w:rsidRDefault="005C6998" w:rsidP="009D6BF0">
      <w:pPr>
        <w:pStyle w:val="Hint"/>
        <w:keepNext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(iespējamas vairākas atbildes)</w:t>
      </w:r>
    </w:p>
    <w:p w14:paraId="0F539B75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AB dambis</w:t>
      </w:r>
    </w:p>
    <w:p w14:paraId="157F8F68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Daudera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parks</w:t>
      </w:r>
    </w:p>
    <w:p w14:paraId="59AD403A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Esplanāde</w:t>
      </w:r>
    </w:p>
    <w:p w14:paraId="6685DACB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Grīziņkalna parks</w:t>
      </w:r>
    </w:p>
    <w:p w14:paraId="382782E6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Juglas promenāde</w:t>
      </w:r>
    </w:p>
    <w:p w14:paraId="5ED593A2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Kanālmalas apstādījumi, Bastejkalns</w:t>
      </w:r>
    </w:p>
    <w:p w14:paraId="428DA523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Kronvalda parks</w:t>
      </w:r>
    </w:p>
    <w:p w14:paraId="4F051026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Ķengaraga promenāde</w:t>
      </w:r>
    </w:p>
    <w:p w14:paraId="104952E1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Lucavsala</w:t>
      </w:r>
    </w:p>
    <w:p w14:paraId="67FD49BE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Lielie kapi</w:t>
      </w:r>
    </w:p>
    <w:p w14:paraId="7B02ED37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Miera dārzs un Klusais dārzs</w:t>
      </w:r>
    </w:p>
    <w:p w14:paraId="3A53461A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Pļavnieku Zaļā birzs</w:t>
      </w:r>
    </w:p>
    <w:p w14:paraId="27B5154F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Vērmanes dārzs</w:t>
      </w:r>
    </w:p>
    <w:p w14:paraId="68FF4493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Viesturdārzs</w:t>
      </w:r>
      <w:proofErr w:type="spellEnd"/>
    </w:p>
    <w:p w14:paraId="23F6A32E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V. </w:t>
      </w:r>
      <w:proofErr w:type="spellStart"/>
      <w:r w:rsidRPr="009D6BF0">
        <w:rPr>
          <w:rFonts w:eastAsia="Arial" w:cs="Arial"/>
          <w:sz w:val="22"/>
          <w:lang w:val="lv-LV"/>
        </w:rPr>
        <w:t>Kudojara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parks Dārziņos</w:t>
      </w:r>
    </w:p>
    <w:p w14:paraId="47DEE524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Ziedoņdārzs</w:t>
      </w:r>
      <w:proofErr w:type="spellEnd"/>
    </w:p>
    <w:p w14:paraId="4D097037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Citi skvēri un apstādījumi Daugavas labajā krastā (precizējiet): __________________</w:t>
      </w:r>
    </w:p>
    <w:p w14:paraId="7E22DB86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Pēdējo 12 mēnešu laikā neesmu apmeklējis/-</w:t>
      </w:r>
      <w:proofErr w:type="spellStart"/>
      <w:r w:rsidRPr="009D6BF0">
        <w:rPr>
          <w:rFonts w:eastAsia="Arial" w:cs="Arial"/>
          <w:sz w:val="22"/>
          <w:lang w:val="lv-LV"/>
        </w:rPr>
        <w:t>usi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parkus Daugavas labajā krastā</w:t>
      </w:r>
    </w:p>
    <w:p w14:paraId="1A4C92F3" w14:textId="77777777" w:rsidR="005C6998" w:rsidRPr="009D6BF0" w:rsidRDefault="005C6998" w:rsidP="009D6BF0">
      <w:pPr>
        <w:pStyle w:val="Question"/>
        <w:keepNext/>
        <w:spacing w:before="10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lastRenderedPageBreak/>
        <w:t>3. Kuras Rīgas dārzu un parku teritorijas Pārdaugavā Jūs esat apmeklējis/-</w:t>
      </w:r>
      <w:proofErr w:type="spellStart"/>
      <w:r w:rsidRPr="009D6BF0">
        <w:rPr>
          <w:rFonts w:eastAsia="Arial" w:cs="Arial"/>
          <w:sz w:val="22"/>
          <w:lang w:val="lv-LV"/>
        </w:rPr>
        <w:t>usi</w:t>
      </w:r>
      <w:proofErr w:type="spellEnd"/>
      <w:r w:rsidRPr="009D6BF0">
        <w:rPr>
          <w:rFonts w:eastAsia="Arial" w:cs="Arial"/>
          <w:sz w:val="22"/>
          <w:lang w:val="lv-LV"/>
        </w:rPr>
        <w:t xml:space="preserve"> pēdējo 12 mēnešu laikā?</w:t>
      </w:r>
    </w:p>
    <w:p w14:paraId="06AE4414" w14:textId="77777777" w:rsidR="005C6998" w:rsidRPr="009D6BF0" w:rsidRDefault="005C6998" w:rsidP="009D6BF0">
      <w:pPr>
        <w:pStyle w:val="Hint"/>
        <w:keepNext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(iespējamas vairākas atbildes)</w:t>
      </w:r>
    </w:p>
    <w:p w14:paraId="667677E6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Arkādijas parks</w:t>
      </w:r>
    </w:p>
    <w:p w14:paraId="69E29B14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Dzegužkalns</w:t>
      </w:r>
    </w:p>
    <w:p w14:paraId="35643704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Ēbelmuižas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parks</w:t>
      </w:r>
    </w:p>
    <w:p w14:paraId="609F6BBE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Jaunatnes dārzs</w:t>
      </w:r>
    </w:p>
    <w:p w14:paraId="5EF54950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Kobes jeb Meteora dārzs</w:t>
      </w:r>
    </w:p>
    <w:p w14:paraId="030A747B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Māras dīķa apstādījumi</w:t>
      </w:r>
    </w:p>
    <w:p w14:paraId="4323542C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Mārupītes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parks</w:t>
      </w:r>
    </w:p>
    <w:p w14:paraId="3D60EC63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</w:t>
      </w:r>
      <w:proofErr w:type="spellStart"/>
      <w:r w:rsidRPr="009D6BF0">
        <w:rPr>
          <w:rFonts w:eastAsia="Arial" w:cs="Arial"/>
          <w:sz w:val="22"/>
          <w:lang w:val="lv-LV"/>
        </w:rPr>
        <w:t>Nordeķu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parks</w:t>
      </w:r>
    </w:p>
    <w:p w14:paraId="4A59589F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Tekstilnieku parks Bolderājā</w:t>
      </w:r>
    </w:p>
    <w:p w14:paraId="60A9B09D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Uzvaras parks</w:t>
      </w:r>
    </w:p>
    <w:p w14:paraId="68E9639B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Citi skvēri un apstādījumi Pārdaugavā (precizējiet): __________________</w:t>
      </w:r>
    </w:p>
    <w:p w14:paraId="5C9F12B7" w14:textId="77777777" w:rsidR="005C6998" w:rsidRPr="009D6BF0" w:rsidRDefault="005C6998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Pēdējo 12 mēnešu laikā neesmu apmeklējis/-</w:t>
      </w:r>
      <w:proofErr w:type="spellStart"/>
      <w:r w:rsidRPr="009D6BF0">
        <w:rPr>
          <w:rFonts w:eastAsia="Arial" w:cs="Arial"/>
          <w:sz w:val="22"/>
          <w:lang w:val="lv-LV"/>
        </w:rPr>
        <w:t>usi</w:t>
      </w:r>
      <w:proofErr w:type="spellEnd"/>
      <w:r w:rsidRPr="009D6BF0">
        <w:rPr>
          <w:rFonts w:eastAsia="Arial" w:cs="Arial"/>
          <w:sz w:val="22"/>
          <w:lang w:val="lv-LV"/>
        </w:rPr>
        <w:t xml:space="preserve"> parkus Pārdaugavā</w:t>
      </w:r>
    </w:p>
    <w:p w14:paraId="2193F75A" w14:textId="77777777" w:rsidR="005C6998" w:rsidRPr="009D6BF0" w:rsidRDefault="005C6998" w:rsidP="009D6BF0">
      <w:pPr>
        <w:spacing w:after="20" w:line="252" w:lineRule="auto"/>
        <w:jc w:val="both"/>
        <w:rPr>
          <w:rFonts w:cs="Arial"/>
          <w:b/>
          <w:sz w:val="22"/>
          <w:lang w:val="lv-LV"/>
        </w:rPr>
      </w:pPr>
    </w:p>
    <w:p w14:paraId="2C63A926" w14:textId="119937F3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 xml:space="preserve">4. </w:t>
      </w:r>
      <w:r w:rsidR="005813E5" w:rsidRPr="009D6BF0">
        <w:rPr>
          <w:rFonts w:cs="Arial"/>
          <w:b/>
          <w:sz w:val="22"/>
          <w:lang w:val="lv-LV"/>
        </w:rPr>
        <w:t xml:space="preserve"> Kādi ir biežākie iemesli, kāpēc Jūs dodaties uz Rīgas dārziem vai parkiem?</w:t>
      </w:r>
    </w:p>
    <w:p w14:paraId="065CD97F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(iespējamas vairākas atbildes)</w:t>
      </w:r>
    </w:p>
    <w:p w14:paraId="33108393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Pastaigas svaigā gaisā</w:t>
      </w:r>
    </w:p>
    <w:p w14:paraId="1B947F36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Pastaigas ar bērniem, bērnu rotaļu laukumu izmantošana</w:t>
      </w:r>
    </w:p>
    <w:p w14:paraId="2AE1082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Sports vai aktīvā atpūta</w:t>
      </w:r>
    </w:p>
    <w:p w14:paraId="16033363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Sporta vai vingrošanas laukumu izmantošana</w:t>
      </w:r>
    </w:p>
    <w:p w14:paraId="13D727A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Iekoptu dobju un apstādījumu apskate</w:t>
      </w:r>
    </w:p>
    <w:p w14:paraId="4019A8A2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Mierīga atpūta, apkārtnes vērošana</w:t>
      </w:r>
    </w:p>
    <w:p w14:paraId="33671CB4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Grāmatas lasīšana, mācīšanās vai darbs ārā</w:t>
      </w:r>
    </w:p>
    <w:p w14:paraId="15C4F4A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Pasākumu apmeklēšana</w:t>
      </w:r>
    </w:p>
    <w:p w14:paraId="3FEAFE5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Iespēja apsēsties, paēst vai satikties ar citiem</w:t>
      </w:r>
    </w:p>
    <w:p w14:paraId="352C2E9E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Pastaigas ar mājdzīvnieku</w:t>
      </w:r>
    </w:p>
    <w:p w14:paraId="7B05232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Ikdienas maršruts uz darbu, mācībām vai dzīvesvietu</w:t>
      </w:r>
    </w:p>
    <w:p w14:paraId="0F22CBD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iemesls (precizējiet): __________________</w:t>
      </w:r>
    </w:p>
    <w:p w14:paraId="44F2B8F8" w14:textId="77777777" w:rsidR="00FF0FE0" w:rsidRPr="009D6BF0" w:rsidRDefault="005813E5" w:rsidP="009D6BF0">
      <w:pPr>
        <w:spacing w:before="200" w:after="8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B. Apmierinātība, infrastruktūra un pakalpojumi</w:t>
      </w:r>
    </w:p>
    <w:p w14:paraId="2EAECEF9" w14:textId="3DC93AB3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5</w:t>
      </w:r>
      <w:r w:rsidR="005813E5" w:rsidRPr="009D6BF0">
        <w:rPr>
          <w:rFonts w:cs="Arial"/>
          <w:b/>
          <w:sz w:val="22"/>
          <w:lang w:val="lv-LV"/>
        </w:rPr>
        <w:t>. Cik apmierināts/-a Jūs esat ar šādiem Rīgas dārzu un parku infrastruktūras un sakoptības aspektiem?</w:t>
      </w:r>
    </w:p>
    <w:p w14:paraId="0346E7E0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 katrā rindā; matrica saīsināta, apvienojot līdzīgus aspektus)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1692"/>
        <w:gridCol w:w="1692"/>
        <w:gridCol w:w="1707"/>
        <w:gridCol w:w="1707"/>
        <w:gridCol w:w="1682"/>
      </w:tblGrid>
      <w:tr w:rsidR="00FF0FE0" w:rsidRPr="009D6BF0" w14:paraId="36C6B8FE" w14:textId="77777777">
        <w:trPr>
          <w:jc w:val="center"/>
        </w:trPr>
        <w:tc>
          <w:tcPr>
            <w:tcW w:w="1719" w:type="dxa"/>
            <w:shd w:val="clear" w:color="auto" w:fill="D9EAF2"/>
            <w:vAlign w:val="center"/>
          </w:tcPr>
          <w:p w14:paraId="523A1F7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Aspekts / apgalvojums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1AD50C3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Pilnībā 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7A4191F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408A56C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neapmierina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162ED44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Pilnībā neapmierina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1D934B9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Nevaru novērtēt</w:t>
            </w:r>
          </w:p>
        </w:tc>
      </w:tr>
      <w:tr w:rsidR="00FF0FE0" w:rsidRPr="009D6BF0" w14:paraId="0818CBA6" w14:textId="77777777">
        <w:trPr>
          <w:jc w:val="center"/>
        </w:trPr>
        <w:tc>
          <w:tcPr>
            <w:tcW w:w="1719" w:type="dxa"/>
            <w:vAlign w:val="center"/>
          </w:tcPr>
          <w:p w14:paraId="00B3AE6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 xml:space="preserve">Atkritumu urnu pieejamība un </w:t>
            </w:r>
            <w:r w:rsidRPr="009D6BF0">
              <w:rPr>
                <w:rFonts w:cs="Arial"/>
                <w:sz w:val="22"/>
                <w:lang w:val="lv-LV"/>
              </w:rPr>
              <w:lastRenderedPageBreak/>
              <w:t>šķirošanas iespējas</w:t>
            </w:r>
          </w:p>
        </w:tc>
        <w:tc>
          <w:tcPr>
            <w:tcW w:w="1719" w:type="dxa"/>
            <w:vAlign w:val="center"/>
          </w:tcPr>
          <w:p w14:paraId="0836A63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lastRenderedPageBreak/>
              <w:t>☐</w:t>
            </w:r>
          </w:p>
        </w:tc>
        <w:tc>
          <w:tcPr>
            <w:tcW w:w="1719" w:type="dxa"/>
            <w:vAlign w:val="center"/>
          </w:tcPr>
          <w:p w14:paraId="3393956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FD7545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2CB6D7A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133B7A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74B0E0B5" w14:textId="77777777">
        <w:trPr>
          <w:jc w:val="center"/>
        </w:trPr>
        <w:tc>
          <w:tcPr>
            <w:tcW w:w="1719" w:type="dxa"/>
            <w:vAlign w:val="center"/>
          </w:tcPr>
          <w:p w14:paraId="3A49543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proofErr w:type="spellStart"/>
            <w:r w:rsidRPr="009D6BF0">
              <w:rPr>
                <w:rFonts w:cs="Arial"/>
                <w:sz w:val="22"/>
                <w:lang w:val="lv-LV"/>
              </w:rPr>
              <w:t>Brīvkrānu</w:t>
            </w:r>
            <w:proofErr w:type="spellEnd"/>
            <w:r w:rsidRPr="009D6BF0">
              <w:rPr>
                <w:rFonts w:cs="Arial"/>
                <w:sz w:val="22"/>
                <w:lang w:val="lv-LV"/>
              </w:rPr>
              <w:t xml:space="preserve"> / dzeramā ūdens pieejamība</w:t>
            </w:r>
          </w:p>
        </w:tc>
        <w:tc>
          <w:tcPr>
            <w:tcW w:w="1719" w:type="dxa"/>
            <w:vAlign w:val="center"/>
          </w:tcPr>
          <w:p w14:paraId="2A3031D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5F60FD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BCA0D5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16F57F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78F6F63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544F5DA5" w14:textId="77777777">
        <w:trPr>
          <w:jc w:val="center"/>
        </w:trPr>
        <w:tc>
          <w:tcPr>
            <w:tcW w:w="1719" w:type="dxa"/>
            <w:vAlign w:val="center"/>
          </w:tcPr>
          <w:p w14:paraId="40A9855A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Celiņu seguma kvalitāte</w:t>
            </w:r>
          </w:p>
        </w:tc>
        <w:tc>
          <w:tcPr>
            <w:tcW w:w="1719" w:type="dxa"/>
            <w:vAlign w:val="center"/>
          </w:tcPr>
          <w:p w14:paraId="426DA27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02FD8D3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4201BE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EDA3B7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529167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78FFAB22" w14:textId="77777777">
        <w:trPr>
          <w:jc w:val="center"/>
        </w:trPr>
        <w:tc>
          <w:tcPr>
            <w:tcW w:w="1719" w:type="dxa"/>
            <w:vAlign w:val="center"/>
          </w:tcPr>
          <w:p w14:paraId="03C8664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Informatīvās norādes un zīmes</w:t>
            </w:r>
          </w:p>
        </w:tc>
        <w:tc>
          <w:tcPr>
            <w:tcW w:w="1719" w:type="dxa"/>
            <w:vAlign w:val="center"/>
          </w:tcPr>
          <w:p w14:paraId="3A0945E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0CB9606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D47154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B075DD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4A7EB6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46CC4D64" w14:textId="77777777">
        <w:trPr>
          <w:jc w:val="center"/>
        </w:trPr>
        <w:tc>
          <w:tcPr>
            <w:tcW w:w="1719" w:type="dxa"/>
            <w:vAlign w:val="center"/>
          </w:tcPr>
          <w:p w14:paraId="03551ED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Soliņu daudzums un izvietojums</w:t>
            </w:r>
          </w:p>
        </w:tc>
        <w:tc>
          <w:tcPr>
            <w:tcW w:w="1719" w:type="dxa"/>
            <w:vAlign w:val="center"/>
          </w:tcPr>
          <w:p w14:paraId="738C7F0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FF1615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A2F5F6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66CD44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81989E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40A1B3A8" w14:textId="77777777">
        <w:trPr>
          <w:jc w:val="center"/>
        </w:trPr>
        <w:tc>
          <w:tcPr>
            <w:tcW w:w="1719" w:type="dxa"/>
            <w:vAlign w:val="center"/>
          </w:tcPr>
          <w:p w14:paraId="26C1D37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Teritorijas kopējā sakoptība</w:t>
            </w:r>
          </w:p>
        </w:tc>
        <w:tc>
          <w:tcPr>
            <w:tcW w:w="1719" w:type="dxa"/>
            <w:vAlign w:val="center"/>
          </w:tcPr>
          <w:p w14:paraId="74D94EE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FB5886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023EBB2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B9E719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8780D4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60585300" w14:textId="77777777">
        <w:trPr>
          <w:jc w:val="center"/>
        </w:trPr>
        <w:tc>
          <w:tcPr>
            <w:tcW w:w="1719" w:type="dxa"/>
            <w:vAlign w:val="center"/>
          </w:tcPr>
          <w:p w14:paraId="16761896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Publisko tualešu pieejamība</w:t>
            </w:r>
          </w:p>
        </w:tc>
        <w:tc>
          <w:tcPr>
            <w:tcW w:w="1719" w:type="dxa"/>
            <w:vAlign w:val="center"/>
          </w:tcPr>
          <w:p w14:paraId="4B9A033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E793A53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BBF85F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D82A89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88ACFF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17709FEF" w14:textId="77777777">
        <w:trPr>
          <w:jc w:val="center"/>
        </w:trPr>
        <w:tc>
          <w:tcPr>
            <w:tcW w:w="1719" w:type="dxa"/>
            <w:vAlign w:val="center"/>
          </w:tcPr>
          <w:p w14:paraId="377509E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Strūklaku un ūdenstilpju apkārtnes sakoptība</w:t>
            </w:r>
          </w:p>
        </w:tc>
        <w:tc>
          <w:tcPr>
            <w:tcW w:w="1719" w:type="dxa"/>
            <w:vAlign w:val="center"/>
          </w:tcPr>
          <w:p w14:paraId="2009DA2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501FD7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8652056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A964AE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02C33FB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</w:tbl>
    <w:p w14:paraId="56B453BD" w14:textId="4E139128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 xml:space="preserve">6. </w:t>
      </w:r>
      <w:r w:rsidR="005813E5" w:rsidRPr="009D6BF0">
        <w:rPr>
          <w:rFonts w:cs="Arial"/>
          <w:b/>
          <w:sz w:val="22"/>
          <w:lang w:val="lv-LV"/>
        </w:rPr>
        <w:t xml:space="preserve"> Cik apmierināts/-a Jūs esat ar Rīgas dārzu un parku apstādījumiem un dabas daudzveidību?</w:t>
      </w:r>
    </w:p>
    <w:p w14:paraId="5EFD682E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 katrā rindā; matrica saīsināta)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1692"/>
        <w:gridCol w:w="1692"/>
        <w:gridCol w:w="1707"/>
        <w:gridCol w:w="1707"/>
        <w:gridCol w:w="1682"/>
      </w:tblGrid>
      <w:tr w:rsidR="00FF0FE0" w:rsidRPr="009D6BF0" w14:paraId="6CAC3F71" w14:textId="77777777">
        <w:trPr>
          <w:jc w:val="center"/>
        </w:trPr>
        <w:tc>
          <w:tcPr>
            <w:tcW w:w="1719" w:type="dxa"/>
            <w:shd w:val="clear" w:color="auto" w:fill="D9EAF2"/>
            <w:vAlign w:val="center"/>
          </w:tcPr>
          <w:p w14:paraId="3A92837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Aspekts / apgalvojums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21CAC633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Pilnībā 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7B22550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6F262C0A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neapmierina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267464C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Pilnībā neapmierina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5A4A3A5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Nevaru novērtēt</w:t>
            </w:r>
          </w:p>
        </w:tc>
      </w:tr>
      <w:tr w:rsidR="00FF0FE0" w:rsidRPr="009D6BF0" w14:paraId="21CF6C57" w14:textId="77777777">
        <w:trPr>
          <w:jc w:val="center"/>
        </w:trPr>
        <w:tc>
          <w:tcPr>
            <w:tcW w:w="1719" w:type="dxa"/>
            <w:vAlign w:val="center"/>
          </w:tcPr>
          <w:p w14:paraId="270AC23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Koku un krūmu daudzums un daudzveidība</w:t>
            </w:r>
          </w:p>
        </w:tc>
        <w:tc>
          <w:tcPr>
            <w:tcW w:w="1719" w:type="dxa"/>
            <w:vAlign w:val="center"/>
          </w:tcPr>
          <w:p w14:paraId="62C9B50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F32FA2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1B47D5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43A6413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F1E207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14233693" w14:textId="77777777">
        <w:trPr>
          <w:jc w:val="center"/>
        </w:trPr>
        <w:tc>
          <w:tcPr>
            <w:tcW w:w="1719" w:type="dxa"/>
            <w:vAlign w:val="center"/>
          </w:tcPr>
          <w:p w14:paraId="2D7BFE8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Puķu dobju daudzums un daudzveidība</w:t>
            </w:r>
          </w:p>
        </w:tc>
        <w:tc>
          <w:tcPr>
            <w:tcW w:w="1719" w:type="dxa"/>
            <w:vAlign w:val="center"/>
          </w:tcPr>
          <w:p w14:paraId="08E142D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4CED16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D435FD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CBF85C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A7C0D9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72412254" w14:textId="77777777">
        <w:trPr>
          <w:jc w:val="center"/>
        </w:trPr>
        <w:tc>
          <w:tcPr>
            <w:tcW w:w="1719" w:type="dxa"/>
            <w:vAlign w:val="center"/>
          </w:tcPr>
          <w:p w14:paraId="25F1668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Zāliena, dabisko pļavu kvalitāte un izvietojums</w:t>
            </w:r>
          </w:p>
        </w:tc>
        <w:tc>
          <w:tcPr>
            <w:tcW w:w="1719" w:type="dxa"/>
            <w:vAlign w:val="center"/>
          </w:tcPr>
          <w:p w14:paraId="38F6A9E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69DFBAA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707C4E6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019828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3DB20A4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340B9ABE" w14:textId="77777777">
        <w:trPr>
          <w:jc w:val="center"/>
        </w:trPr>
        <w:tc>
          <w:tcPr>
            <w:tcW w:w="1719" w:type="dxa"/>
            <w:vAlign w:val="center"/>
          </w:tcPr>
          <w:p w14:paraId="47CED6D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Informācija par dabas vērtībām un teritorijas lietošanu</w:t>
            </w:r>
          </w:p>
        </w:tc>
        <w:tc>
          <w:tcPr>
            <w:tcW w:w="1719" w:type="dxa"/>
            <w:vAlign w:val="center"/>
          </w:tcPr>
          <w:p w14:paraId="6515E14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37070C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BA46D0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DF73F0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139735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3914EB5A" w14:textId="77777777">
        <w:trPr>
          <w:jc w:val="center"/>
        </w:trPr>
        <w:tc>
          <w:tcPr>
            <w:tcW w:w="1719" w:type="dxa"/>
            <w:vAlign w:val="center"/>
          </w:tcPr>
          <w:p w14:paraId="3C3C2A5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Kukaiņu mājas, putnu būri un barotavas</w:t>
            </w:r>
          </w:p>
        </w:tc>
        <w:tc>
          <w:tcPr>
            <w:tcW w:w="1719" w:type="dxa"/>
            <w:vAlign w:val="center"/>
          </w:tcPr>
          <w:p w14:paraId="6B3111BC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4825A1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7C7543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4F6815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FCDE69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</w:tbl>
    <w:p w14:paraId="7295BF1F" w14:textId="299E9402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7</w:t>
      </w:r>
      <w:r w:rsidR="005813E5" w:rsidRPr="009D6BF0">
        <w:rPr>
          <w:rFonts w:cs="Arial"/>
          <w:b/>
          <w:sz w:val="22"/>
          <w:lang w:val="lv-LV"/>
        </w:rPr>
        <w:t>. Kādi aspekti Jums ir svarīgi Rīgas dārzos un parkos ziemas sezonā?</w:t>
      </w:r>
    </w:p>
    <w:p w14:paraId="75D209E2" w14:textId="62046595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(iespējamas vairākas atbildes)</w:t>
      </w:r>
    </w:p>
    <w:p w14:paraId="15D22C9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lastRenderedPageBreak/>
        <w:t>☐</w:t>
      </w:r>
      <w:r w:rsidRPr="009D6BF0">
        <w:rPr>
          <w:rFonts w:cs="Arial"/>
          <w:sz w:val="22"/>
          <w:lang w:val="lv-LV"/>
        </w:rPr>
        <w:t xml:space="preserve"> Savlaicīgi notīrīti celiņi</w:t>
      </w:r>
    </w:p>
    <w:p w14:paraId="3B05A90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Celiņu kaisīšana slidenā laikā</w:t>
      </w:r>
    </w:p>
    <w:p w14:paraId="6333056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Apgaismojums</w:t>
      </w:r>
    </w:p>
    <w:p w14:paraId="37641F28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Droša pārvietošanās pa kāpnēm, tiltiņiem un nogāzēm</w:t>
      </w:r>
    </w:p>
    <w:p w14:paraId="170C255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Svētku rotājumi</w:t>
      </w:r>
    </w:p>
    <w:p w14:paraId="48012BF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Vietas slēpošanai, slidošanai vai braukšanai ar ragaviņām</w:t>
      </w:r>
    </w:p>
    <w:p w14:paraId="700130E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Soliņu un atpūtas vietu pieejamība arī ziemā</w:t>
      </w:r>
    </w:p>
    <w:p w14:paraId="78BEA76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Ēdināšanas pakalpojumi</w:t>
      </w:r>
    </w:p>
    <w:p w14:paraId="4529C468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(precizējiet): __________________</w:t>
      </w:r>
    </w:p>
    <w:p w14:paraId="6E60B274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Ziemā parkus neapmeklēju</w:t>
      </w:r>
    </w:p>
    <w:p w14:paraId="0EAB02D5" w14:textId="46AF1E04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8</w:t>
      </w:r>
      <w:r w:rsidR="005813E5" w:rsidRPr="009D6BF0">
        <w:rPr>
          <w:rFonts w:cs="Arial"/>
          <w:b/>
          <w:sz w:val="22"/>
          <w:lang w:val="lv-LV"/>
        </w:rPr>
        <w:t>. Vai Jūs kopumā apmierina Rīgas dārzu un parku apsaimniekošana?</w:t>
      </w:r>
    </w:p>
    <w:p w14:paraId="51984E10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atbilde)</w:t>
      </w:r>
    </w:p>
    <w:p w14:paraId="5AF7ADD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Pilnībā apmierina</w:t>
      </w:r>
    </w:p>
    <w:p w14:paraId="6AD56F91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Drīzāk apmierina</w:t>
      </w:r>
    </w:p>
    <w:p w14:paraId="1925F2A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Drīzāk neapmierina</w:t>
      </w:r>
    </w:p>
    <w:p w14:paraId="5FDBD15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Pilnībā neapmierina</w:t>
      </w:r>
    </w:p>
    <w:p w14:paraId="0EFB693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5E008F64" w14:textId="1A8E8E74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9</w:t>
      </w:r>
      <w:r w:rsidR="005813E5" w:rsidRPr="009D6BF0">
        <w:rPr>
          <w:rFonts w:cs="Arial"/>
          <w:b/>
          <w:sz w:val="22"/>
          <w:lang w:val="lv-LV"/>
        </w:rPr>
        <w:t>. Kurus inovatīvos vai praktiskos risinājumus Rīgas parku apsaimniekošanā, Jūsuprāt, būtu lietderīgi izmantot plašāk?</w:t>
      </w:r>
    </w:p>
    <w:p w14:paraId="5689C771" w14:textId="2588BCE5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(izvēlieties līdz 3 svarīgākajiem)</w:t>
      </w:r>
    </w:p>
    <w:p w14:paraId="7EB52B44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Elektriskie lapu pūtēji</w:t>
      </w:r>
    </w:p>
    <w:p w14:paraId="0749BB2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Attālināti vadāmas laistīšanas sistēmas</w:t>
      </w:r>
    </w:p>
    <w:p w14:paraId="329D8CE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Robotizēti pļāvēji vietās, kur tas ir droši un piemēroti</w:t>
      </w:r>
    </w:p>
    <w:p w14:paraId="61343E0E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Inovatīvas atkritumu šķirošanas urnas</w:t>
      </w:r>
    </w:p>
    <w:p w14:paraId="2C3D96B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Gaisa mitrinātāji vai miglotāji karstuma mazināšanai</w:t>
      </w:r>
    </w:p>
    <w:p w14:paraId="51CCFA4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Elektrotransporta risinājumi apsaimniekošanas vajadzībām</w:t>
      </w:r>
    </w:p>
    <w:p w14:paraId="3FAB1871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21D570EF" w14:textId="7105092E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10</w:t>
      </w:r>
      <w:r w:rsidR="005813E5" w:rsidRPr="009D6BF0">
        <w:rPr>
          <w:rFonts w:cs="Arial"/>
          <w:b/>
          <w:sz w:val="22"/>
          <w:lang w:val="lv-LV"/>
        </w:rPr>
        <w:t>. Kā Jūs vērtējat savu drošības sajūtu Rīgas dārzos un parkos dažādos diennakts laikos?</w:t>
      </w:r>
    </w:p>
    <w:p w14:paraId="145A380D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 katrā rindā)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1713"/>
        <w:gridCol w:w="1686"/>
        <w:gridCol w:w="1689"/>
        <w:gridCol w:w="1694"/>
        <w:gridCol w:w="1694"/>
        <w:gridCol w:w="1714"/>
      </w:tblGrid>
      <w:tr w:rsidR="00FF0FE0" w:rsidRPr="009D6BF0" w14:paraId="06A2A149" w14:textId="77777777">
        <w:trPr>
          <w:jc w:val="center"/>
        </w:trPr>
        <w:tc>
          <w:tcPr>
            <w:tcW w:w="1719" w:type="dxa"/>
            <w:shd w:val="clear" w:color="auto" w:fill="D9EAF2"/>
            <w:vAlign w:val="center"/>
          </w:tcPr>
          <w:p w14:paraId="6424F92D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Aspekts / apgalvojums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797824DC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Jūtos droši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112B133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droši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3C8E0D2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Drīzāk nedroši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309BBD5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Jūtos nedroši</w:t>
            </w:r>
          </w:p>
        </w:tc>
        <w:tc>
          <w:tcPr>
            <w:tcW w:w="1719" w:type="dxa"/>
            <w:shd w:val="clear" w:color="auto" w:fill="D9EAF2"/>
            <w:vAlign w:val="center"/>
          </w:tcPr>
          <w:p w14:paraId="61BC0F4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b/>
                <w:sz w:val="22"/>
                <w:lang w:val="lv-LV"/>
              </w:rPr>
              <w:t>Neapmeklēju šajā laikā</w:t>
            </w:r>
          </w:p>
        </w:tc>
      </w:tr>
      <w:tr w:rsidR="00FF0FE0" w:rsidRPr="009D6BF0" w14:paraId="6EB79320" w14:textId="77777777">
        <w:trPr>
          <w:jc w:val="center"/>
        </w:trPr>
        <w:tc>
          <w:tcPr>
            <w:tcW w:w="1719" w:type="dxa"/>
            <w:vAlign w:val="center"/>
          </w:tcPr>
          <w:p w14:paraId="2812317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Rīta stundās</w:t>
            </w:r>
          </w:p>
        </w:tc>
        <w:tc>
          <w:tcPr>
            <w:tcW w:w="1719" w:type="dxa"/>
            <w:vAlign w:val="center"/>
          </w:tcPr>
          <w:p w14:paraId="5D010BD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0C30B80A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4110530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C00ED0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A93447F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78F3F5D5" w14:textId="77777777">
        <w:trPr>
          <w:jc w:val="center"/>
        </w:trPr>
        <w:tc>
          <w:tcPr>
            <w:tcW w:w="1719" w:type="dxa"/>
            <w:vAlign w:val="center"/>
          </w:tcPr>
          <w:p w14:paraId="13942E69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Dienas laikā</w:t>
            </w:r>
          </w:p>
        </w:tc>
        <w:tc>
          <w:tcPr>
            <w:tcW w:w="1719" w:type="dxa"/>
            <w:vAlign w:val="center"/>
          </w:tcPr>
          <w:p w14:paraId="36C5285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44A891C7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1ED5DC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A337701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036947C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71E45B1B" w14:textId="77777777">
        <w:trPr>
          <w:jc w:val="center"/>
        </w:trPr>
        <w:tc>
          <w:tcPr>
            <w:tcW w:w="1719" w:type="dxa"/>
            <w:vAlign w:val="center"/>
          </w:tcPr>
          <w:p w14:paraId="422AEA55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Vakara stundās</w:t>
            </w:r>
          </w:p>
        </w:tc>
        <w:tc>
          <w:tcPr>
            <w:tcW w:w="1719" w:type="dxa"/>
            <w:vAlign w:val="center"/>
          </w:tcPr>
          <w:p w14:paraId="036CA5C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7A1FC60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FFC4652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7C227A8C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51C446FE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  <w:tr w:rsidR="00FF0FE0" w:rsidRPr="009D6BF0" w14:paraId="15E24F6A" w14:textId="77777777">
        <w:trPr>
          <w:jc w:val="center"/>
        </w:trPr>
        <w:tc>
          <w:tcPr>
            <w:tcW w:w="1719" w:type="dxa"/>
            <w:vAlign w:val="center"/>
          </w:tcPr>
          <w:p w14:paraId="60881D0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cs="Arial"/>
                <w:sz w:val="22"/>
                <w:lang w:val="lv-LV"/>
              </w:rPr>
              <w:t>Naktī</w:t>
            </w:r>
          </w:p>
        </w:tc>
        <w:tc>
          <w:tcPr>
            <w:tcW w:w="1719" w:type="dxa"/>
            <w:vAlign w:val="center"/>
          </w:tcPr>
          <w:p w14:paraId="60CEB06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7452E404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2B0263EB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15BFE898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  <w:tc>
          <w:tcPr>
            <w:tcW w:w="1719" w:type="dxa"/>
            <w:vAlign w:val="center"/>
          </w:tcPr>
          <w:p w14:paraId="7E4AC7DC" w14:textId="77777777" w:rsidR="00FF0FE0" w:rsidRPr="009D6BF0" w:rsidRDefault="005813E5" w:rsidP="009D6BF0">
            <w:pPr>
              <w:jc w:val="both"/>
              <w:rPr>
                <w:rFonts w:cs="Arial"/>
                <w:sz w:val="22"/>
                <w:lang w:val="lv-LV"/>
              </w:rPr>
            </w:pPr>
            <w:r w:rsidRPr="009D6BF0">
              <w:rPr>
                <w:rFonts w:ascii="Segoe UI Symbol" w:hAnsi="Segoe UI Symbol" w:cs="Segoe UI Symbol"/>
                <w:sz w:val="22"/>
                <w:lang w:val="lv-LV"/>
              </w:rPr>
              <w:t>☐</w:t>
            </w:r>
          </w:p>
        </w:tc>
      </w:tr>
    </w:tbl>
    <w:p w14:paraId="260D5F2A" w14:textId="1F04108F" w:rsidR="00FF0FE0" w:rsidRPr="009D6BF0" w:rsidRDefault="005C6998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10</w:t>
      </w:r>
      <w:r w:rsidR="008F191C" w:rsidRPr="009D6BF0">
        <w:rPr>
          <w:rFonts w:cs="Arial"/>
          <w:b/>
          <w:sz w:val="22"/>
          <w:lang w:val="lv-LV"/>
        </w:rPr>
        <w:t>.a</w:t>
      </w:r>
      <w:r w:rsidR="005813E5" w:rsidRPr="009D6BF0">
        <w:rPr>
          <w:rFonts w:cs="Arial"/>
          <w:b/>
          <w:sz w:val="22"/>
          <w:lang w:val="lv-LV"/>
        </w:rPr>
        <w:t>. Kuros Rīgas dārzos vai parkos Jums pēdējo 12 mēnešu laikā ir bijusi negatīva pieredze ar drošību?</w:t>
      </w:r>
    </w:p>
    <w:p w14:paraId="6A0896F0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(atvērts jautājums; uzdot tikai tad, ja 9. jautājumā vismaz vienā rindā atzīmēts “drīzāk nedroši” vai “jūtos nedroši”)</w:t>
      </w:r>
    </w:p>
    <w:p w14:paraId="6693565E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lastRenderedPageBreak/>
        <w:t>Atbilde: __________________________________________________________________________</w:t>
      </w:r>
    </w:p>
    <w:p w14:paraId="0F863EDE" w14:textId="77777777" w:rsidR="00FF0FE0" w:rsidRPr="009D6BF0" w:rsidRDefault="005813E5" w:rsidP="009D6BF0">
      <w:pPr>
        <w:spacing w:before="200" w:after="8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C. Pieejamība, drošība un kārtība</w:t>
      </w:r>
    </w:p>
    <w:p w14:paraId="2C2681B9" w14:textId="34A3BA49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</w:t>
      </w:r>
      <w:r w:rsidR="007F0DB3" w:rsidRPr="009D6BF0">
        <w:rPr>
          <w:rFonts w:cs="Arial"/>
          <w:b/>
          <w:sz w:val="22"/>
          <w:lang w:val="lv-LV"/>
        </w:rPr>
        <w:t>5</w:t>
      </w:r>
      <w:r w:rsidRPr="009D6BF0">
        <w:rPr>
          <w:rFonts w:cs="Arial"/>
          <w:b/>
          <w:sz w:val="22"/>
          <w:lang w:val="lv-LV"/>
        </w:rPr>
        <w:t>. Kādi, Jūsuprāt, būtu piemērotākie risinājumi, lai mazinātu suņu ekskrementu atstāšanu parkos?</w:t>
      </w:r>
    </w:p>
    <w:p w14:paraId="5C4B5D16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(iespējamas vairākas atbildes)</w:t>
      </w:r>
    </w:p>
    <w:p w14:paraId="523F0EC0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Pašvaldības policijas reidi un sodu piemērošana</w:t>
      </w:r>
    </w:p>
    <w:p w14:paraId="5825BBF5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Skaidrākas brīdinājuma zīmes un informatīvi uzraksti</w:t>
      </w:r>
    </w:p>
    <w:p w14:paraId="3AA8888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Bezmaksas maisiņu pieejamība</w:t>
      </w:r>
    </w:p>
    <w:p w14:paraId="6E8AC423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Speciālas urnas dzīvnieku ekskrementiem</w:t>
      </w:r>
    </w:p>
    <w:p w14:paraId="5C9360C8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Sabiedrības informēšanas kampaņas</w:t>
      </w:r>
    </w:p>
    <w:p w14:paraId="1CF4D26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(precizējiet): __________________</w:t>
      </w:r>
    </w:p>
    <w:p w14:paraId="77390CB6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Uzskatu, ka šo problēmu nav iespējams būtiski mazināt</w:t>
      </w:r>
    </w:p>
    <w:p w14:paraId="62A9AB02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22126689" w14:textId="75D38481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</w:t>
      </w:r>
      <w:r w:rsidR="007F0DB3" w:rsidRPr="009D6BF0">
        <w:rPr>
          <w:rFonts w:cs="Arial"/>
          <w:b/>
          <w:sz w:val="22"/>
          <w:lang w:val="lv-LV"/>
        </w:rPr>
        <w:t>6</w:t>
      </w:r>
      <w:r w:rsidRPr="009D6BF0">
        <w:rPr>
          <w:rFonts w:cs="Arial"/>
          <w:b/>
          <w:sz w:val="22"/>
          <w:lang w:val="lv-LV"/>
        </w:rPr>
        <w:t>. Vai Jūs personīgi pēdējo 12 mēnešu laikā esat novērojis/-</w:t>
      </w:r>
      <w:proofErr w:type="spellStart"/>
      <w:r w:rsidRPr="009D6BF0">
        <w:rPr>
          <w:rFonts w:cs="Arial"/>
          <w:b/>
          <w:sz w:val="22"/>
          <w:lang w:val="lv-LV"/>
        </w:rPr>
        <w:t>usi</w:t>
      </w:r>
      <w:proofErr w:type="spellEnd"/>
      <w:r w:rsidRPr="009D6BF0">
        <w:rPr>
          <w:rFonts w:cs="Arial"/>
          <w:b/>
          <w:sz w:val="22"/>
          <w:lang w:val="lv-LV"/>
        </w:rPr>
        <w:t xml:space="preserve"> vandālismu Rīgas dārzos vai parkos?</w:t>
      </w:r>
    </w:p>
    <w:p w14:paraId="36F46472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atbilde)</w:t>
      </w:r>
    </w:p>
    <w:p w14:paraId="58BE389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Jā, bieži</w:t>
      </w:r>
    </w:p>
    <w:p w14:paraId="148EB8A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Jā, dažreiz</w:t>
      </w:r>
    </w:p>
    <w:p w14:paraId="424E9B6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Nē, neesmu novērojis/-</w:t>
      </w:r>
      <w:proofErr w:type="spellStart"/>
      <w:r w:rsidRPr="009D6BF0">
        <w:rPr>
          <w:rFonts w:cs="Arial"/>
          <w:sz w:val="22"/>
          <w:lang w:val="lv-LV"/>
        </w:rPr>
        <w:t>usi</w:t>
      </w:r>
      <w:proofErr w:type="spellEnd"/>
    </w:p>
    <w:p w14:paraId="5CADD713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1420E75F" w14:textId="69072D86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</w:t>
      </w:r>
      <w:r w:rsidR="007F0DB3" w:rsidRPr="009D6BF0">
        <w:rPr>
          <w:rFonts w:cs="Arial"/>
          <w:b/>
          <w:sz w:val="22"/>
          <w:lang w:val="lv-LV"/>
        </w:rPr>
        <w:t>6</w:t>
      </w:r>
      <w:r w:rsidR="009A40AC" w:rsidRPr="009D6BF0">
        <w:rPr>
          <w:rFonts w:cs="Arial"/>
          <w:b/>
          <w:sz w:val="22"/>
          <w:lang w:val="lv-LV"/>
        </w:rPr>
        <w:t>.a</w:t>
      </w:r>
      <w:r w:rsidRPr="009D6BF0">
        <w:rPr>
          <w:rFonts w:cs="Arial"/>
          <w:b/>
          <w:sz w:val="22"/>
          <w:lang w:val="lv-LV"/>
        </w:rPr>
        <w:t>. Kuros Rīgas dārzos vai parkos Jūs esat novērojis/-</w:t>
      </w:r>
      <w:proofErr w:type="spellStart"/>
      <w:r w:rsidRPr="009D6BF0">
        <w:rPr>
          <w:rFonts w:cs="Arial"/>
          <w:b/>
          <w:sz w:val="22"/>
          <w:lang w:val="lv-LV"/>
        </w:rPr>
        <w:t>usi</w:t>
      </w:r>
      <w:proofErr w:type="spellEnd"/>
      <w:r w:rsidRPr="009D6BF0">
        <w:rPr>
          <w:rFonts w:cs="Arial"/>
          <w:b/>
          <w:sz w:val="22"/>
          <w:lang w:val="lv-LV"/>
        </w:rPr>
        <w:t xml:space="preserve"> vandālismu?</w:t>
      </w:r>
    </w:p>
    <w:p w14:paraId="4D58D777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(atvērts jautājums; jautāt tikai tiem, kuri 14. jautājumā atbildēja “Jā, bieži” vai “Jā, dažreiz”)</w:t>
      </w:r>
    </w:p>
    <w:p w14:paraId="644ED3A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Atbilde: __________________________________________________________________________</w:t>
      </w:r>
    </w:p>
    <w:p w14:paraId="3F1AD5A8" w14:textId="34E6AA32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</w:t>
      </w:r>
      <w:r w:rsidR="007F0DB3" w:rsidRPr="009D6BF0">
        <w:rPr>
          <w:rFonts w:cs="Arial"/>
          <w:b/>
          <w:sz w:val="22"/>
          <w:lang w:val="lv-LV"/>
        </w:rPr>
        <w:t>7</w:t>
      </w:r>
      <w:r w:rsidRPr="009D6BF0">
        <w:rPr>
          <w:rFonts w:cs="Arial"/>
          <w:b/>
          <w:sz w:val="22"/>
          <w:lang w:val="lv-LV"/>
        </w:rPr>
        <w:t>. Kā Jūs parasti rīkojaties vai visticamāk rīkotos, ja redzētu vandālismu Rīgas dārzos vai parkos?</w:t>
      </w:r>
    </w:p>
    <w:p w14:paraId="03837104" w14:textId="2FB86A79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 xml:space="preserve">(iespējamas vairākas </w:t>
      </w:r>
      <w:proofErr w:type="spellStart"/>
      <w:r w:rsidRPr="009D6BF0">
        <w:rPr>
          <w:rFonts w:cs="Arial"/>
          <w:sz w:val="22"/>
          <w:lang w:val="lv-LV"/>
        </w:rPr>
        <w:t>atbildesi</w:t>
      </w:r>
      <w:proofErr w:type="spellEnd"/>
      <w:r w:rsidRPr="009D6BF0">
        <w:rPr>
          <w:rFonts w:cs="Arial"/>
          <w:sz w:val="22"/>
          <w:lang w:val="lv-LV"/>
        </w:rPr>
        <w:t>)</w:t>
      </w:r>
    </w:p>
    <w:p w14:paraId="649357E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Ziņotu policijai</w:t>
      </w:r>
    </w:p>
    <w:p w14:paraId="03A034A1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Filmētu un/vai fotografētu notiekošo</w:t>
      </w:r>
    </w:p>
    <w:p w14:paraId="340FB3B2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Ziņotu uzņēmumam “Rīgas meži”</w:t>
      </w:r>
    </w:p>
    <w:p w14:paraId="596D77C6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Ziņotu pašvaldībai vai apkaimes grupai</w:t>
      </w:r>
    </w:p>
    <w:p w14:paraId="5798C50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Aizrādītu pārkāpējam, ja tas šķistu droši</w:t>
      </w:r>
    </w:p>
    <w:p w14:paraId="1ACBEFD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Cita atbilde (precizējiet): __________________</w:t>
      </w:r>
    </w:p>
    <w:p w14:paraId="1CBDEC52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Neko nedarītu</w:t>
      </w:r>
    </w:p>
    <w:p w14:paraId="3D1FC302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3D65448B" w14:textId="77777777" w:rsidR="00FF0FE0" w:rsidRPr="009D6BF0" w:rsidRDefault="005813E5" w:rsidP="009D6BF0">
      <w:pPr>
        <w:spacing w:before="200" w:after="8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D. Attīstības prioritātes, vides kvalitāte un ilgtspēja</w:t>
      </w:r>
    </w:p>
    <w:p w14:paraId="71034DA7" w14:textId="77777777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11. Kuri bioloģiskās daudzveidības un ilgtspējas risinājumi Rīgas dārzos un parkos Jums šķiet visatbalstāmākie?</w:t>
      </w:r>
    </w:p>
    <w:p w14:paraId="26C6F29C" w14:textId="6399969F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 xml:space="preserve">(izvēlieties līdz 5 </w:t>
      </w:r>
      <w:proofErr w:type="spellStart"/>
      <w:r w:rsidRPr="009D6BF0">
        <w:rPr>
          <w:rFonts w:cs="Arial"/>
          <w:sz w:val="22"/>
          <w:lang w:val="lv-LV"/>
        </w:rPr>
        <w:t>risinājumiemi</w:t>
      </w:r>
      <w:proofErr w:type="spellEnd"/>
      <w:r w:rsidRPr="009D6BF0">
        <w:rPr>
          <w:rFonts w:cs="Arial"/>
          <w:sz w:val="22"/>
          <w:lang w:val="lv-LV"/>
        </w:rPr>
        <w:t>)</w:t>
      </w:r>
    </w:p>
    <w:p w14:paraId="395616B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Latvijai raksturīgi savvaļas augi apstādījumos</w:t>
      </w:r>
    </w:p>
    <w:p w14:paraId="36B29F0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lastRenderedPageBreak/>
        <w:t>☐</w:t>
      </w:r>
      <w:r w:rsidRPr="009D6BF0">
        <w:rPr>
          <w:rFonts w:cs="Arial"/>
          <w:sz w:val="22"/>
          <w:lang w:val="lv-LV"/>
        </w:rPr>
        <w:t xml:space="preserve"> Dabiskās pļavas un retāka pļaušana atsevišķās parku zonās</w:t>
      </w:r>
    </w:p>
    <w:p w14:paraId="7D8CD2D8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Dobumaini koki, veco koku stumbri vai stumbeņi, ja tie nerada drošības risku</w:t>
      </w:r>
    </w:p>
    <w:p w14:paraId="1E81A4D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Putnu būrīši, barotavas un kukaiņu mājas</w:t>
      </w:r>
    </w:p>
    <w:p w14:paraId="6E9E06C0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Apputeksnētājiem piemēroti stādījumi</w:t>
      </w:r>
    </w:p>
    <w:p w14:paraId="3F75DF7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Lietus dārzi un ūdens aiztures risinājumi</w:t>
      </w:r>
    </w:p>
    <w:p w14:paraId="280BECC5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Gaisa kvalitātes monitorings</w:t>
      </w:r>
    </w:p>
    <w:p w14:paraId="6C870F0A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Ēnu zonas un zaļās atpūtas vietas karstuma viļņu laikā</w:t>
      </w:r>
    </w:p>
    <w:p w14:paraId="1458EBC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Dzeramā ūdens pieejamība karstuma periodos</w:t>
      </w:r>
    </w:p>
    <w:p w14:paraId="325A99A6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Plašāki ziemciešu stādījumi</w:t>
      </w:r>
    </w:p>
    <w:p w14:paraId="58C5330B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(precizējiet): __________________</w:t>
      </w:r>
    </w:p>
    <w:p w14:paraId="2044209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37A2526E" w14:textId="1482CD0E" w:rsidR="007F0DB3" w:rsidRPr="009D6BF0" w:rsidRDefault="007F0DB3" w:rsidP="009D6BF0">
      <w:pPr>
        <w:pStyle w:val="Question"/>
        <w:keepNext/>
        <w:spacing w:before="10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12. Vai Jūs šķirojat atkritumus savā mājsaimniecībā?</w:t>
      </w:r>
    </w:p>
    <w:p w14:paraId="6941129C" w14:textId="77777777" w:rsidR="007F0DB3" w:rsidRPr="009D6BF0" w:rsidRDefault="007F0DB3" w:rsidP="009D6BF0">
      <w:pPr>
        <w:pStyle w:val="Hint"/>
        <w:keepNext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(viena atbilde)</w:t>
      </w:r>
    </w:p>
    <w:p w14:paraId="0073E3E9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Jā, regulāri</w:t>
      </w:r>
    </w:p>
    <w:p w14:paraId="78FB1112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Jā, dažreiz</w:t>
      </w:r>
    </w:p>
    <w:p w14:paraId="52CADEEB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Nē</w:t>
      </w:r>
    </w:p>
    <w:p w14:paraId="4BD6BAA8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Manā dzīvesvietā nav ērtu šķirošanas iespēju</w:t>
      </w:r>
    </w:p>
    <w:p w14:paraId="07C39E58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Grūti pateikt</w:t>
      </w:r>
    </w:p>
    <w:p w14:paraId="769E4B3D" w14:textId="3FE7E1B8" w:rsidR="007F0DB3" w:rsidRPr="009D6BF0" w:rsidRDefault="007F0DB3" w:rsidP="009D6BF0">
      <w:pPr>
        <w:pStyle w:val="Question"/>
        <w:keepNext/>
        <w:spacing w:before="10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13. Vai Jūs būtu gatavs/-a šķirot atkritumus publiskās vietās, piemēram, parkos un dārzos, ja šķirošanas urnas būtu ērti pieejamas un skaidri marķētas?</w:t>
      </w:r>
    </w:p>
    <w:p w14:paraId="31B968FC" w14:textId="77777777" w:rsidR="007F0DB3" w:rsidRPr="009D6BF0" w:rsidRDefault="007F0DB3" w:rsidP="009D6BF0">
      <w:pPr>
        <w:pStyle w:val="Hint"/>
        <w:keepNext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(viena atbilde)</w:t>
      </w:r>
    </w:p>
    <w:p w14:paraId="30FD4EE9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Noteikti būtu gatavs/-a</w:t>
      </w:r>
    </w:p>
    <w:p w14:paraId="00C8FF70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Drīzāk būtu gatavs/-a</w:t>
      </w:r>
    </w:p>
    <w:p w14:paraId="39FC2768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Drīzāk nebūtu gatavs/-a</w:t>
      </w:r>
    </w:p>
    <w:p w14:paraId="198091B5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Noteikti nebūtu gatavs/-a</w:t>
      </w:r>
    </w:p>
    <w:p w14:paraId="74629249" w14:textId="77777777" w:rsidR="007F0DB3" w:rsidRPr="009D6BF0" w:rsidRDefault="007F0DB3" w:rsidP="009D6BF0">
      <w:pPr>
        <w:pStyle w:val="Option"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eastAsia="Arial" w:hAnsi="Segoe UI Symbol" w:cs="Segoe UI Symbol"/>
          <w:sz w:val="22"/>
          <w:lang w:val="lv-LV"/>
        </w:rPr>
        <w:t>☐</w:t>
      </w:r>
      <w:r w:rsidRPr="009D6BF0">
        <w:rPr>
          <w:rFonts w:eastAsia="Arial" w:cs="Arial"/>
          <w:sz w:val="22"/>
          <w:lang w:val="lv-LV"/>
        </w:rPr>
        <w:t xml:space="preserve"> Grūti pateikt</w:t>
      </w:r>
    </w:p>
    <w:p w14:paraId="0492E9F1" w14:textId="3580F674" w:rsidR="007F0DB3" w:rsidRPr="009D6BF0" w:rsidRDefault="007F0DB3" w:rsidP="009D6BF0">
      <w:pPr>
        <w:pStyle w:val="Question"/>
        <w:keepNext/>
        <w:spacing w:before="10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14. Kāda veida atkritumus Jūs visbiežāk izmetat dārzu un parku atkritumu urnās?</w:t>
      </w:r>
    </w:p>
    <w:p w14:paraId="132579ED" w14:textId="77777777" w:rsidR="007F0DB3" w:rsidRPr="009D6BF0" w:rsidRDefault="007F0DB3" w:rsidP="009D6BF0">
      <w:pPr>
        <w:pStyle w:val="Hint"/>
        <w:keepNext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(atvērts jautājums)</w:t>
      </w:r>
    </w:p>
    <w:p w14:paraId="1FC3357E" w14:textId="77777777" w:rsidR="007F0DB3" w:rsidRPr="009D6BF0" w:rsidRDefault="007F0DB3" w:rsidP="009D6BF0">
      <w:pPr>
        <w:pStyle w:val="Hint"/>
        <w:keepNext/>
        <w:spacing w:after="20"/>
        <w:jc w:val="both"/>
        <w:rPr>
          <w:rFonts w:cs="Arial"/>
          <w:sz w:val="22"/>
          <w:lang w:val="lv-LV"/>
        </w:rPr>
      </w:pPr>
    </w:p>
    <w:p w14:paraId="1EE7E5B0" w14:textId="77777777" w:rsidR="007F0DB3" w:rsidRPr="009D6BF0" w:rsidRDefault="007F0DB3" w:rsidP="009D6BF0">
      <w:pPr>
        <w:pStyle w:val="Hint"/>
        <w:keepNext/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eastAsia="Arial" w:cs="Arial"/>
          <w:sz w:val="22"/>
          <w:lang w:val="lv-LV"/>
        </w:rPr>
        <w:t>----------------------------------------</w:t>
      </w:r>
    </w:p>
    <w:p w14:paraId="0688E691" w14:textId="77777777" w:rsidR="00FF0FE0" w:rsidRPr="009D6BF0" w:rsidRDefault="005813E5" w:rsidP="009D6BF0">
      <w:pPr>
        <w:spacing w:before="200" w:after="8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E. Informācija un komunikācija</w:t>
      </w:r>
    </w:p>
    <w:p w14:paraId="4D01FD0D" w14:textId="34CCC743" w:rsidR="00FF0FE0" w:rsidRPr="009D6BF0" w:rsidRDefault="005813E5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1</w:t>
      </w:r>
      <w:r w:rsidR="007F0DB3" w:rsidRPr="009D6BF0">
        <w:rPr>
          <w:rFonts w:cs="Arial"/>
          <w:b/>
          <w:sz w:val="22"/>
          <w:lang w:val="lv-LV"/>
        </w:rPr>
        <w:t>8.</w:t>
      </w:r>
      <w:r w:rsidRPr="009D6BF0">
        <w:rPr>
          <w:rFonts w:cs="Arial"/>
          <w:b/>
          <w:sz w:val="22"/>
          <w:lang w:val="lv-LV"/>
        </w:rPr>
        <w:t>Vai Jūs esat īpaši devies/-</w:t>
      </w:r>
      <w:proofErr w:type="spellStart"/>
      <w:r w:rsidRPr="009D6BF0">
        <w:rPr>
          <w:rFonts w:cs="Arial"/>
          <w:b/>
          <w:sz w:val="22"/>
          <w:lang w:val="lv-LV"/>
        </w:rPr>
        <w:t>usies</w:t>
      </w:r>
      <w:proofErr w:type="spellEnd"/>
      <w:r w:rsidRPr="009D6BF0">
        <w:rPr>
          <w:rFonts w:cs="Arial"/>
          <w:b/>
          <w:sz w:val="22"/>
          <w:lang w:val="lv-LV"/>
        </w:rPr>
        <w:t xml:space="preserve"> apskatīt Rīgas puķu dobes?</w:t>
      </w:r>
    </w:p>
    <w:p w14:paraId="6055B449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(viena atbilde)</w:t>
      </w:r>
    </w:p>
    <w:p w14:paraId="52F2492F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Jā</w:t>
      </w:r>
    </w:p>
    <w:p w14:paraId="33EE62CC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Nē</w:t>
      </w:r>
    </w:p>
    <w:p w14:paraId="5B50F3F7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Nezināju par šādu iespēju / aktivitāti</w:t>
      </w:r>
    </w:p>
    <w:p w14:paraId="4BAC2BFD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Grūti pateikt</w:t>
      </w:r>
    </w:p>
    <w:p w14:paraId="07777DCE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lastRenderedPageBreak/>
        <w:t>19. Kādus informācijas kanālus Jūs izmantojat, lai uzzinātu par jaunumiem un apsaimniekošanu Rīgas dārzos un parkos?</w:t>
      </w:r>
    </w:p>
    <w:p w14:paraId="0E22074E" w14:textId="77777777" w:rsidR="00AE21E2" w:rsidRPr="009D6BF0" w:rsidRDefault="00D438DA" w:rsidP="009D6BF0">
      <w:pPr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(iespējamas vairākas atbildes)</w:t>
      </w:r>
    </w:p>
    <w:p w14:paraId="4A7EE90B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SIA “Rīgas meži” tīmekļvietne www.rigasmezi.lv</w:t>
      </w:r>
    </w:p>
    <w:p w14:paraId="01BF1D32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SIA “Rīgas meži” sociālo mediju konti</w:t>
      </w:r>
    </w:p>
    <w:p w14:paraId="1BCFC49C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Rīgas </w:t>
      </w:r>
      <w:proofErr w:type="spellStart"/>
      <w:r w:rsidRPr="009D6BF0">
        <w:rPr>
          <w:rFonts w:cs="Arial"/>
          <w:sz w:val="22"/>
          <w:lang w:val="lv-LV"/>
        </w:rPr>
        <w:t>valstspilsētas</w:t>
      </w:r>
      <w:proofErr w:type="spellEnd"/>
      <w:r w:rsidRPr="009D6BF0">
        <w:rPr>
          <w:rFonts w:cs="Arial"/>
          <w:sz w:val="22"/>
          <w:lang w:val="lv-LV"/>
        </w:rPr>
        <w:t xml:space="preserve"> pašvaldības vai citas pašvaldības tīmekļvietne / sociālo mediju konti</w:t>
      </w:r>
    </w:p>
    <w:p w14:paraId="0CB6460E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Plašsaziņas līdzekļi</w:t>
      </w:r>
    </w:p>
    <w:p w14:paraId="47AA461A" w14:textId="4AD67D42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Informācija uz vietas teritorijā </w:t>
      </w:r>
      <w:r w:rsidR="004D4B47" w:rsidRPr="009D6BF0">
        <w:rPr>
          <w:rFonts w:cs="Arial"/>
          <w:sz w:val="22"/>
          <w:lang w:val="lv-LV"/>
        </w:rPr>
        <w:t>-</w:t>
      </w:r>
      <w:r w:rsidRPr="009D6BF0">
        <w:rPr>
          <w:rFonts w:cs="Arial"/>
          <w:sz w:val="22"/>
          <w:lang w:val="lv-LV"/>
        </w:rPr>
        <w:t xml:space="preserve"> norādes, plakāti, informatīvās zīmes</w:t>
      </w:r>
    </w:p>
    <w:p w14:paraId="6A502411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Apkaimju vai vietējo iedzīvotāju kopienu sociālo mediju grupas</w:t>
      </w:r>
    </w:p>
    <w:p w14:paraId="1F848B1A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No draugiem, ģimenes, kolēģiem vai kaimiņiem</w:t>
      </w:r>
    </w:p>
    <w:p w14:paraId="3AD91FA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Pasākumu organizatoru vai biļešu tirdzniecības vietnes (ja attiecināms)</w:t>
      </w:r>
    </w:p>
    <w:p w14:paraId="369F9D16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E-pasts, informatīvie izdevumi vai paziņojumi no pašvaldības / </w:t>
      </w:r>
      <w:proofErr w:type="spellStart"/>
      <w:r w:rsidRPr="009D6BF0">
        <w:rPr>
          <w:rFonts w:cs="Arial"/>
          <w:sz w:val="22"/>
          <w:lang w:val="lv-LV"/>
        </w:rPr>
        <w:t>apsaimniekotāja</w:t>
      </w:r>
      <w:proofErr w:type="spellEnd"/>
    </w:p>
    <w:p w14:paraId="245A2BE9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(precizējiet): __________________</w:t>
      </w:r>
    </w:p>
    <w:p w14:paraId="32535818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Šādu informāciju neiegūstu</w:t>
      </w:r>
    </w:p>
    <w:p w14:paraId="42677160" w14:textId="77777777" w:rsidR="00AE21E2" w:rsidRPr="009D6BF0" w:rsidRDefault="00D438DA" w:rsidP="009D6BF0">
      <w:pPr>
        <w:spacing w:before="200" w:after="8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F. Atvērtie jautājumi</w:t>
      </w:r>
    </w:p>
    <w:p w14:paraId="76FD04DC" w14:textId="42C51C86" w:rsidR="00FF0FE0" w:rsidRPr="009D6BF0" w:rsidRDefault="007F0DB3" w:rsidP="009D6BF0">
      <w:pPr>
        <w:spacing w:before="100" w:after="4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20</w:t>
      </w:r>
      <w:r w:rsidR="005813E5" w:rsidRPr="009D6BF0">
        <w:rPr>
          <w:rFonts w:cs="Arial"/>
          <w:b/>
          <w:sz w:val="22"/>
          <w:lang w:val="lv-LV"/>
        </w:rPr>
        <w:t>. Kas Jums visvairāk patīk Rīgas dārzos un parkos, un kādi uzlabojumi būtu nepieciešami?</w:t>
      </w:r>
    </w:p>
    <w:p w14:paraId="63B05DA9" w14:textId="77777777" w:rsidR="00FF0FE0" w:rsidRPr="009D6BF0" w:rsidRDefault="005813E5" w:rsidP="009D6BF0">
      <w:pPr>
        <w:pStyle w:val="Smallitalic"/>
        <w:spacing w:after="6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(atvērts jautājums; apvienoti iepriekšējie 25. un 26. jautājumi)</w:t>
      </w:r>
    </w:p>
    <w:p w14:paraId="0006126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Patīk: ____________________________________________________________________________</w:t>
      </w:r>
    </w:p>
    <w:p w14:paraId="03FCFCD9" w14:textId="77777777" w:rsidR="00FF0FE0" w:rsidRPr="009D6BF0" w:rsidRDefault="005813E5" w:rsidP="009D6BF0">
      <w:pPr>
        <w:spacing w:after="20" w:line="252" w:lineRule="auto"/>
        <w:jc w:val="both"/>
        <w:rPr>
          <w:rFonts w:cs="Arial"/>
          <w:sz w:val="22"/>
          <w:lang w:val="lv-LV"/>
        </w:rPr>
      </w:pPr>
      <w:r w:rsidRPr="009D6BF0">
        <w:rPr>
          <w:rFonts w:cs="Arial"/>
          <w:sz w:val="22"/>
          <w:lang w:val="lv-LV"/>
        </w:rPr>
        <w:t>Uzlabojumi / trūkumi: ______________________________________________________________</w:t>
      </w:r>
    </w:p>
    <w:p w14:paraId="380616EA" w14:textId="77777777" w:rsidR="004D4B47" w:rsidRPr="009D6BF0" w:rsidRDefault="004D4B47" w:rsidP="009D6BF0">
      <w:pPr>
        <w:spacing w:before="200" w:after="80"/>
        <w:jc w:val="both"/>
        <w:rPr>
          <w:rFonts w:cs="Arial"/>
          <w:b/>
          <w:color w:val="00663A"/>
          <w:sz w:val="22"/>
          <w:lang w:val="lv-LV"/>
        </w:rPr>
      </w:pPr>
    </w:p>
    <w:p w14:paraId="7C4E2A66" w14:textId="77777777" w:rsidR="004D4B47" w:rsidRPr="009D6BF0" w:rsidRDefault="004D4B47" w:rsidP="009D6BF0">
      <w:pPr>
        <w:spacing w:before="200" w:after="80"/>
        <w:jc w:val="both"/>
        <w:rPr>
          <w:rFonts w:cs="Arial"/>
          <w:b/>
          <w:color w:val="00663A"/>
          <w:sz w:val="22"/>
          <w:lang w:val="lv-LV"/>
        </w:rPr>
      </w:pPr>
    </w:p>
    <w:p w14:paraId="157555DB" w14:textId="5CA9E1F4" w:rsidR="00AE21E2" w:rsidRPr="009D6BF0" w:rsidRDefault="00D438DA" w:rsidP="009D6BF0">
      <w:pPr>
        <w:spacing w:before="200" w:after="8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color w:val="00663A"/>
          <w:sz w:val="22"/>
          <w:lang w:val="lv-LV"/>
        </w:rPr>
        <w:t>G. Sociāli demogrāfiskie jautājumi</w:t>
      </w:r>
    </w:p>
    <w:p w14:paraId="516B6E33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Šie jautājumi nepieciešami tikai rezultātu analīzei grupās. Atbildes tiks analizētas apkopotā veidā.</w:t>
      </w:r>
    </w:p>
    <w:p w14:paraId="216F8AD9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D1. Jūsu dzimums</w:t>
      </w:r>
    </w:p>
    <w:p w14:paraId="4F2E6506" w14:textId="77777777" w:rsidR="00AE21E2" w:rsidRPr="009D6BF0" w:rsidRDefault="00D438DA" w:rsidP="009D6BF0">
      <w:pPr>
        <w:spacing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(viena atbilde)</w:t>
      </w:r>
    </w:p>
    <w:p w14:paraId="41E667E1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Sieviete</w:t>
      </w:r>
    </w:p>
    <w:p w14:paraId="3F2BEE4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Vīrietis</w:t>
      </w:r>
    </w:p>
    <w:p w14:paraId="1360842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/ nevēlos norādīt</w:t>
      </w:r>
    </w:p>
    <w:p w14:paraId="78BA1FF5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D2. Jūsu vecums</w:t>
      </w:r>
    </w:p>
    <w:p w14:paraId="1768F3C4" w14:textId="77777777" w:rsidR="00AE21E2" w:rsidRPr="009D6BF0" w:rsidRDefault="00D438DA" w:rsidP="009D6BF0">
      <w:pPr>
        <w:spacing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(norādiet vecuma grupu)</w:t>
      </w:r>
    </w:p>
    <w:p w14:paraId="305C6020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18–24</w:t>
      </w:r>
    </w:p>
    <w:p w14:paraId="62E06EC2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25–34</w:t>
      </w:r>
    </w:p>
    <w:p w14:paraId="5705FF16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35–44</w:t>
      </w:r>
    </w:p>
    <w:p w14:paraId="1C17DD70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45–54</w:t>
      </w:r>
    </w:p>
    <w:p w14:paraId="5A96E17C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lastRenderedPageBreak/>
        <w:t>☐</w:t>
      </w:r>
      <w:r w:rsidRPr="009D6BF0">
        <w:rPr>
          <w:rFonts w:cs="Arial"/>
          <w:sz w:val="22"/>
          <w:lang w:val="lv-LV"/>
        </w:rPr>
        <w:t xml:space="preserve"> 55–64</w:t>
      </w:r>
    </w:p>
    <w:p w14:paraId="69553D0B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65 un vairāk</w:t>
      </w:r>
    </w:p>
    <w:p w14:paraId="0613B786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Nevēlos norādīt</w:t>
      </w:r>
    </w:p>
    <w:p w14:paraId="3D745211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D3. Jūsu augstākais iegūtais izglītības līmenis</w:t>
      </w:r>
    </w:p>
    <w:p w14:paraId="327D2D78" w14:textId="77777777" w:rsidR="00AE21E2" w:rsidRPr="009D6BF0" w:rsidRDefault="00D438DA" w:rsidP="009D6BF0">
      <w:pPr>
        <w:spacing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(viena atbilde)</w:t>
      </w:r>
    </w:p>
    <w:p w14:paraId="07461F87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Pamatizglītība vai zemāka</w:t>
      </w:r>
    </w:p>
    <w:p w14:paraId="283423BC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Vidējā / profesionālā vidējā izglītība</w:t>
      </w:r>
    </w:p>
    <w:p w14:paraId="734BA4C8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Augstākā izglītība</w:t>
      </w:r>
    </w:p>
    <w:p w14:paraId="37FD836B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/ nevēlos norādīt</w:t>
      </w:r>
    </w:p>
    <w:p w14:paraId="13A775F7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D4. Jūsu pašreizējā nodarbošanās</w:t>
      </w:r>
    </w:p>
    <w:p w14:paraId="1A655342" w14:textId="77777777" w:rsidR="00AE21E2" w:rsidRPr="009D6BF0" w:rsidRDefault="00D438DA" w:rsidP="009D6BF0">
      <w:pPr>
        <w:spacing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(viena atbilde)</w:t>
      </w:r>
    </w:p>
    <w:p w14:paraId="3C37CC3D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Strādāju algotu darbu</w:t>
      </w:r>
    </w:p>
    <w:p w14:paraId="43A3220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</w:t>
      </w:r>
      <w:proofErr w:type="spellStart"/>
      <w:r w:rsidRPr="009D6BF0">
        <w:rPr>
          <w:rFonts w:cs="Arial"/>
          <w:sz w:val="22"/>
          <w:lang w:val="lv-LV"/>
        </w:rPr>
        <w:t>Pašnodarbināts</w:t>
      </w:r>
      <w:proofErr w:type="spellEnd"/>
      <w:r w:rsidRPr="009D6BF0">
        <w:rPr>
          <w:rFonts w:cs="Arial"/>
          <w:sz w:val="22"/>
          <w:lang w:val="lv-LV"/>
        </w:rPr>
        <w:t>/-a vai uzņēmējs/-a</w:t>
      </w:r>
    </w:p>
    <w:p w14:paraId="645CD5D5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Mācos / studēju</w:t>
      </w:r>
    </w:p>
    <w:p w14:paraId="5884392C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Esmu pensijā</w:t>
      </w:r>
    </w:p>
    <w:p w14:paraId="6392434B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Esmu bez darba</w:t>
      </w:r>
    </w:p>
    <w:p w14:paraId="7D2C8D2D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Esmu bērna kopšanas atvaļinājumā</w:t>
      </w:r>
    </w:p>
    <w:p w14:paraId="3130FDFF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Cits / nevēlos norādīt</w:t>
      </w:r>
    </w:p>
    <w:p w14:paraId="3F8CE2D9" w14:textId="77777777" w:rsidR="00AE21E2" w:rsidRPr="009D6BF0" w:rsidRDefault="00D438DA" w:rsidP="009D6BF0">
      <w:pPr>
        <w:spacing w:before="100"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b/>
          <w:sz w:val="22"/>
          <w:lang w:val="lv-LV"/>
        </w:rPr>
        <w:t>D5. Jūsu dzīvesvieta</w:t>
      </w:r>
    </w:p>
    <w:p w14:paraId="1AE7760D" w14:textId="77777777" w:rsidR="00AE21E2" w:rsidRPr="009D6BF0" w:rsidRDefault="00D438DA" w:rsidP="009D6BF0">
      <w:pPr>
        <w:spacing w:after="40"/>
        <w:jc w:val="both"/>
        <w:rPr>
          <w:rFonts w:cs="Arial"/>
          <w:sz w:val="22"/>
          <w:lang w:val="lv-LV"/>
        </w:rPr>
      </w:pPr>
      <w:r w:rsidRPr="009D6BF0">
        <w:rPr>
          <w:rFonts w:cs="Arial"/>
          <w:i/>
          <w:sz w:val="22"/>
          <w:lang w:val="lv-LV"/>
        </w:rPr>
        <w:t>(viena atbilde; Rīgai norādiet apkaimi, Pierīgai — novadu vai pilsētu)</w:t>
      </w:r>
    </w:p>
    <w:p w14:paraId="3CA894AF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Rīga, apkaime: __________________</w:t>
      </w:r>
    </w:p>
    <w:p w14:paraId="2A5CCDC0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Pierīga, novads / pilsēta: __________________</w:t>
      </w:r>
    </w:p>
    <w:p w14:paraId="454DFFDD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Cita pilsēta Latvijā</w:t>
      </w:r>
    </w:p>
    <w:p w14:paraId="5C5D953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Lauku teritorija Latvijā</w:t>
      </w:r>
    </w:p>
    <w:p w14:paraId="0D31D684" w14:textId="77777777" w:rsidR="00AE21E2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Cita valsts</w:t>
      </w:r>
    </w:p>
    <w:p w14:paraId="406375BB" w14:textId="64AA6F47" w:rsidR="004D4B47" w:rsidRPr="009D6BF0" w:rsidRDefault="00D438DA" w:rsidP="009D6BF0">
      <w:pPr>
        <w:spacing w:after="20"/>
        <w:jc w:val="both"/>
        <w:rPr>
          <w:rFonts w:cs="Arial"/>
          <w:sz w:val="22"/>
          <w:lang w:val="lv-LV"/>
        </w:rPr>
      </w:pPr>
      <w:r w:rsidRPr="009D6BF0">
        <w:rPr>
          <w:rFonts w:ascii="Segoe UI Symbol" w:hAnsi="Segoe UI Symbol" w:cs="Segoe UI Symbol"/>
          <w:sz w:val="22"/>
          <w:lang w:val="lv-LV"/>
        </w:rPr>
        <w:t>☐</w:t>
      </w:r>
      <w:r w:rsidRPr="009D6BF0">
        <w:rPr>
          <w:rFonts w:cs="Arial"/>
          <w:sz w:val="22"/>
          <w:lang w:val="lv-LV"/>
        </w:rPr>
        <w:t xml:space="preserve"> Nevēlos norādīt</w:t>
      </w:r>
    </w:p>
    <w:sectPr w:rsidR="004D4B47" w:rsidRPr="009D6BF0" w:rsidSect="00034616">
      <w:headerReference w:type="default" r:id="rId8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29917" w14:textId="77777777" w:rsidR="00687F3F" w:rsidRDefault="00687F3F">
      <w:pPr>
        <w:spacing w:after="0" w:line="240" w:lineRule="auto"/>
      </w:pPr>
      <w:r>
        <w:separator/>
      </w:r>
    </w:p>
  </w:endnote>
  <w:endnote w:type="continuationSeparator" w:id="0">
    <w:p w14:paraId="02D308B4" w14:textId="77777777" w:rsidR="00687F3F" w:rsidRDefault="00687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55675" w14:textId="77777777" w:rsidR="00687F3F" w:rsidRDefault="00687F3F">
      <w:pPr>
        <w:spacing w:after="0" w:line="240" w:lineRule="auto"/>
      </w:pPr>
      <w:r>
        <w:separator/>
      </w:r>
    </w:p>
  </w:footnote>
  <w:footnote w:type="continuationSeparator" w:id="0">
    <w:p w14:paraId="762141E6" w14:textId="77777777" w:rsidR="00687F3F" w:rsidRDefault="00687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EA9F4" w14:textId="77777777" w:rsidR="009D6BF0" w:rsidRDefault="009D6BF0" w:rsidP="009D6BF0">
    <w:pPr>
      <w:spacing w:after="0"/>
      <w:jc w:val="right"/>
      <w:rPr>
        <w:rFonts w:cs="Arial"/>
        <w:i/>
        <w:iCs/>
        <w:sz w:val="22"/>
        <w:lang w:val="lv-LV"/>
      </w:rPr>
    </w:pPr>
    <w:r w:rsidRPr="004D4B47">
      <w:rPr>
        <w:rFonts w:cs="Arial"/>
        <w:i/>
        <w:iCs/>
        <w:sz w:val="22"/>
        <w:lang w:val="lv-LV"/>
      </w:rPr>
      <w:t>Iepirkuma PIL 9.</w:t>
    </w:r>
    <w:r>
      <w:rPr>
        <w:rFonts w:cs="Arial"/>
        <w:i/>
        <w:iCs/>
        <w:sz w:val="22"/>
        <w:lang w:val="lv-LV"/>
      </w:rPr>
      <w:t> </w:t>
    </w:r>
    <w:r w:rsidRPr="004D4B47">
      <w:rPr>
        <w:rFonts w:cs="Arial"/>
        <w:i/>
        <w:iCs/>
        <w:sz w:val="22"/>
        <w:lang w:val="lv-LV"/>
      </w:rPr>
      <w:t>panta kārtībā</w:t>
    </w:r>
  </w:p>
  <w:p w14:paraId="05C75025" w14:textId="059DDE88" w:rsidR="009D6BF0" w:rsidRDefault="009D6BF0" w:rsidP="009D6BF0">
    <w:pPr>
      <w:spacing w:after="0"/>
      <w:jc w:val="right"/>
      <w:rPr>
        <w:rFonts w:cs="Arial"/>
        <w:i/>
        <w:iCs/>
        <w:sz w:val="22"/>
        <w:lang w:val="lv-LV"/>
      </w:rPr>
    </w:pPr>
    <w:r w:rsidRPr="004D4B47">
      <w:rPr>
        <w:rFonts w:cs="Arial"/>
        <w:i/>
        <w:iCs/>
        <w:sz w:val="22"/>
        <w:lang w:val="lv-LV"/>
      </w:rPr>
      <w:t>“Pētījumi par apmeklētāju apmierinātību ar SIA “Rīgas meži” apsaimniekotajiem dārziem, parkiem un Mežaparku, kā arī Rīgas un Pierīgas mežiem”</w:t>
    </w:r>
  </w:p>
  <w:p w14:paraId="090D7A53" w14:textId="77777777" w:rsidR="009D6BF0" w:rsidRDefault="009D6BF0" w:rsidP="009D6BF0">
    <w:pPr>
      <w:spacing w:after="0"/>
      <w:jc w:val="right"/>
      <w:rPr>
        <w:rFonts w:cs="Arial"/>
        <w:i/>
        <w:iCs/>
        <w:sz w:val="22"/>
        <w:lang w:val="lv-LV"/>
      </w:rPr>
    </w:pPr>
    <w:r w:rsidRPr="004D4B47">
      <w:rPr>
        <w:rFonts w:cs="Arial"/>
        <w:i/>
        <w:iCs/>
        <w:sz w:val="22"/>
        <w:lang w:val="lv-LV"/>
      </w:rPr>
      <w:t>ID Nr.</w:t>
    </w:r>
    <w:r>
      <w:rPr>
        <w:rFonts w:cs="Arial"/>
        <w:i/>
        <w:iCs/>
        <w:sz w:val="22"/>
        <w:lang w:val="lv-LV"/>
      </w:rPr>
      <w:t> </w:t>
    </w:r>
    <w:r w:rsidRPr="004D4B47">
      <w:rPr>
        <w:rFonts w:cs="Arial"/>
        <w:i/>
        <w:iCs/>
        <w:sz w:val="22"/>
        <w:lang w:val="lv-LV"/>
      </w:rPr>
      <w:t>SIA RM 2026/</w:t>
    </w:r>
    <w:r>
      <w:rPr>
        <w:rFonts w:cs="Arial"/>
        <w:i/>
        <w:iCs/>
        <w:sz w:val="22"/>
        <w:lang w:val="lv-LV"/>
      </w:rPr>
      <w:t>54</w:t>
    </w:r>
  </w:p>
  <w:p w14:paraId="53D240F2" w14:textId="7A722BF6" w:rsidR="009D6BF0" w:rsidRPr="009D6BF0" w:rsidRDefault="009D6BF0" w:rsidP="009D6BF0">
    <w:pPr>
      <w:spacing w:after="0"/>
      <w:jc w:val="right"/>
      <w:rPr>
        <w:rFonts w:cs="Arial"/>
        <w:sz w:val="22"/>
        <w:lang w:val="lv-LV"/>
      </w:rPr>
    </w:pPr>
    <w:r w:rsidRPr="004D4B47">
      <w:rPr>
        <w:rFonts w:cs="Arial"/>
        <w:i/>
        <w:iCs/>
        <w:sz w:val="22"/>
        <w:lang w:val="lv-LV"/>
      </w:rPr>
      <w:t>Pielikums Nr.</w:t>
    </w:r>
    <w:r>
      <w:rPr>
        <w:rFonts w:cs="Arial"/>
        <w:i/>
        <w:iCs/>
        <w:sz w:val="22"/>
        <w:lang w:val="lv-LV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arakstanumur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arakstanumur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arakstaaizzm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arakstaaizzm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2831470">
    <w:abstractNumId w:val="8"/>
  </w:num>
  <w:num w:numId="2" w16cid:durableId="403919784">
    <w:abstractNumId w:val="6"/>
  </w:num>
  <w:num w:numId="3" w16cid:durableId="228421451">
    <w:abstractNumId w:val="5"/>
  </w:num>
  <w:num w:numId="4" w16cid:durableId="1823690522">
    <w:abstractNumId w:val="4"/>
  </w:num>
  <w:num w:numId="5" w16cid:durableId="726224159">
    <w:abstractNumId w:val="7"/>
  </w:num>
  <w:num w:numId="6" w16cid:durableId="1460802078">
    <w:abstractNumId w:val="3"/>
  </w:num>
  <w:num w:numId="7" w16cid:durableId="1305619997">
    <w:abstractNumId w:val="2"/>
  </w:num>
  <w:num w:numId="8" w16cid:durableId="640769063">
    <w:abstractNumId w:val="1"/>
  </w:num>
  <w:num w:numId="9" w16cid:durableId="1525366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6378"/>
    <w:rsid w:val="0015074B"/>
    <w:rsid w:val="001B48AC"/>
    <w:rsid w:val="00285A31"/>
    <w:rsid w:val="0029639D"/>
    <w:rsid w:val="002C54E8"/>
    <w:rsid w:val="00326F90"/>
    <w:rsid w:val="004D4B47"/>
    <w:rsid w:val="005813E5"/>
    <w:rsid w:val="005C6998"/>
    <w:rsid w:val="00624DB6"/>
    <w:rsid w:val="00687F3F"/>
    <w:rsid w:val="006D1E2A"/>
    <w:rsid w:val="00723AA1"/>
    <w:rsid w:val="007F0DB3"/>
    <w:rsid w:val="008452F1"/>
    <w:rsid w:val="008813F8"/>
    <w:rsid w:val="008F191C"/>
    <w:rsid w:val="00971E99"/>
    <w:rsid w:val="009A40AC"/>
    <w:rsid w:val="009D6BF0"/>
    <w:rsid w:val="009E2ADB"/>
    <w:rsid w:val="00A20A5E"/>
    <w:rsid w:val="00A22E85"/>
    <w:rsid w:val="00A846C8"/>
    <w:rsid w:val="00A96F58"/>
    <w:rsid w:val="00AA1D8D"/>
    <w:rsid w:val="00AE21E2"/>
    <w:rsid w:val="00B47730"/>
    <w:rsid w:val="00CB0664"/>
    <w:rsid w:val="00D438DA"/>
    <w:rsid w:val="00ED7C8D"/>
    <w:rsid w:val="00F65D19"/>
    <w:rsid w:val="00FC693F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C4AB53"/>
  <w14:defaultImageDpi w14:val="300"/>
  <w15:docId w15:val="{977DDE3C-B45E-4ABA-9C89-07B31C995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693F"/>
    <w:rPr>
      <w:rFonts w:ascii="Arial" w:eastAsia="Arial" w:hAnsi="Arial"/>
      <w:sz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618BF"/>
  </w:style>
  <w:style w:type="paragraph" w:styleId="Kjene">
    <w:name w:val="footer"/>
    <w:basedOn w:val="Parasts"/>
    <w:link w:val="KjeneRakstz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618BF"/>
  </w:style>
  <w:style w:type="paragraph" w:styleId="Bezatstarpm">
    <w:name w:val="No Spacing"/>
    <w:uiPriority w:val="1"/>
    <w:qFormat/>
    <w:rsid w:val="00FC693F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FC693F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unhideWhenUsed/>
    <w:rsid w:val="00AA1D8D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AA1D8D"/>
  </w:style>
  <w:style w:type="paragraph" w:styleId="Pamatteksts2">
    <w:name w:val="Body Text 2"/>
    <w:basedOn w:val="Parasts"/>
    <w:link w:val="Pamatteksts2Rakstz"/>
    <w:uiPriority w:val="99"/>
    <w:unhideWhenUsed/>
    <w:rsid w:val="00AA1D8D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AA1D8D"/>
  </w:style>
  <w:style w:type="paragraph" w:styleId="Pamatteksts3">
    <w:name w:val="Body Text 3"/>
    <w:basedOn w:val="Parasts"/>
    <w:link w:val="Pamatteksts3Rakstz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AA1D8D"/>
    <w:rPr>
      <w:sz w:val="16"/>
      <w:szCs w:val="16"/>
    </w:rPr>
  </w:style>
  <w:style w:type="paragraph" w:styleId="Saraksts">
    <w:name w:val="List"/>
    <w:basedOn w:val="Parasts"/>
    <w:uiPriority w:val="99"/>
    <w:unhideWhenUsed/>
    <w:rsid w:val="00AA1D8D"/>
    <w:pPr>
      <w:ind w:left="360" w:hanging="360"/>
      <w:contextualSpacing/>
    </w:pPr>
  </w:style>
  <w:style w:type="paragraph" w:styleId="Saraksts2">
    <w:name w:val="List 2"/>
    <w:basedOn w:val="Parasts"/>
    <w:uiPriority w:val="99"/>
    <w:unhideWhenUsed/>
    <w:rsid w:val="00326F90"/>
    <w:pPr>
      <w:ind w:left="720" w:hanging="360"/>
      <w:contextualSpacing/>
    </w:pPr>
  </w:style>
  <w:style w:type="paragraph" w:styleId="Saraksts3">
    <w:name w:val="List 3"/>
    <w:basedOn w:val="Parasts"/>
    <w:uiPriority w:val="99"/>
    <w:unhideWhenUsed/>
    <w:rsid w:val="00326F90"/>
    <w:pPr>
      <w:ind w:left="1080" w:hanging="360"/>
      <w:contextualSpacing/>
    </w:pPr>
  </w:style>
  <w:style w:type="paragraph" w:styleId="Sarakstaaizzme">
    <w:name w:val="List Bullet"/>
    <w:basedOn w:val="Parasts"/>
    <w:uiPriority w:val="99"/>
    <w:unhideWhenUsed/>
    <w:rsid w:val="00326F90"/>
    <w:pPr>
      <w:numPr>
        <w:numId w:val="1"/>
      </w:numPr>
      <w:contextualSpacing/>
    </w:pPr>
  </w:style>
  <w:style w:type="paragraph" w:styleId="Sarakstaaizzme2">
    <w:name w:val="List Bullet 2"/>
    <w:basedOn w:val="Parasts"/>
    <w:uiPriority w:val="99"/>
    <w:unhideWhenUsed/>
    <w:rsid w:val="00326F90"/>
    <w:pPr>
      <w:numPr>
        <w:numId w:val="2"/>
      </w:numPr>
      <w:contextualSpacing/>
    </w:pPr>
  </w:style>
  <w:style w:type="paragraph" w:styleId="Sarakstaaizzme3">
    <w:name w:val="List Bullet 3"/>
    <w:basedOn w:val="Parasts"/>
    <w:uiPriority w:val="99"/>
    <w:unhideWhenUsed/>
    <w:rsid w:val="00326F90"/>
    <w:pPr>
      <w:numPr>
        <w:numId w:val="3"/>
      </w:numPr>
      <w:contextualSpacing/>
    </w:pPr>
  </w:style>
  <w:style w:type="paragraph" w:styleId="Sarakstanumurs">
    <w:name w:val="List Number"/>
    <w:basedOn w:val="Parasts"/>
    <w:uiPriority w:val="99"/>
    <w:unhideWhenUsed/>
    <w:rsid w:val="00326F90"/>
    <w:pPr>
      <w:numPr>
        <w:numId w:val="5"/>
      </w:numPr>
      <w:contextualSpacing/>
    </w:pPr>
  </w:style>
  <w:style w:type="paragraph" w:styleId="Sarakstanumurs2">
    <w:name w:val="List Number 2"/>
    <w:basedOn w:val="Parasts"/>
    <w:uiPriority w:val="99"/>
    <w:unhideWhenUsed/>
    <w:rsid w:val="0029639D"/>
    <w:pPr>
      <w:numPr>
        <w:numId w:val="6"/>
      </w:numPr>
      <w:contextualSpacing/>
    </w:pPr>
  </w:style>
  <w:style w:type="paragraph" w:styleId="Sarakstanumurs3">
    <w:name w:val="List Number 3"/>
    <w:basedOn w:val="Parasts"/>
    <w:uiPriority w:val="99"/>
    <w:unhideWhenUsed/>
    <w:rsid w:val="0029639D"/>
    <w:pPr>
      <w:numPr>
        <w:numId w:val="7"/>
      </w:numPr>
      <w:contextualSpacing/>
    </w:pPr>
  </w:style>
  <w:style w:type="paragraph" w:styleId="Sarakstaturpinjums">
    <w:name w:val="List Continue"/>
    <w:basedOn w:val="Parasts"/>
    <w:uiPriority w:val="99"/>
    <w:unhideWhenUsed/>
    <w:rsid w:val="0029639D"/>
    <w:pPr>
      <w:spacing w:after="120"/>
      <w:ind w:left="360"/>
      <w:contextualSpacing/>
    </w:pPr>
  </w:style>
  <w:style w:type="paragraph" w:styleId="Sarakstaturpinjums2">
    <w:name w:val="List Continue 2"/>
    <w:basedOn w:val="Parasts"/>
    <w:uiPriority w:val="99"/>
    <w:unhideWhenUsed/>
    <w:rsid w:val="0029639D"/>
    <w:pPr>
      <w:spacing w:after="120"/>
      <w:ind w:left="720"/>
      <w:contextualSpacing/>
    </w:pPr>
  </w:style>
  <w:style w:type="paragraph" w:styleId="Sarakstaturpinjums3">
    <w:name w:val="List Continue 3"/>
    <w:basedOn w:val="Parasts"/>
    <w:uiPriority w:val="99"/>
    <w:unhideWhenUsed/>
    <w:rsid w:val="0029639D"/>
    <w:pPr>
      <w:spacing w:after="120"/>
      <w:ind w:left="1080"/>
      <w:contextualSpacing/>
    </w:pPr>
  </w:style>
  <w:style w:type="paragraph" w:styleId="Makroteksts">
    <w:name w:val="macro"/>
    <w:link w:val="MakrotekstsRakstz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kstsRakstz">
    <w:name w:val="Makro teksts Rakstz."/>
    <w:basedOn w:val="Noklusjumarindkopasfonts"/>
    <w:link w:val="Makroteksts"/>
    <w:uiPriority w:val="99"/>
    <w:rsid w:val="0029639D"/>
    <w:rPr>
      <w:rFonts w:ascii="Courier" w:hAnsi="Courier"/>
      <w:sz w:val="20"/>
      <w:szCs w:val="20"/>
    </w:rPr>
  </w:style>
  <w:style w:type="paragraph" w:styleId="Citts">
    <w:name w:val="Quote"/>
    <w:basedOn w:val="Parasts"/>
    <w:next w:val="Parasts"/>
    <w:link w:val="CittsRakstz"/>
    <w:uiPriority w:val="29"/>
    <w:qFormat/>
    <w:rsid w:val="00FC693F"/>
    <w:rPr>
      <w:i/>
      <w:iCs/>
      <w:color w:val="000000" w:themeColor="text1"/>
    </w:rPr>
  </w:style>
  <w:style w:type="character" w:customStyle="1" w:styleId="CittsRakstz">
    <w:name w:val="Citāts Rakstz."/>
    <w:basedOn w:val="Noklusjumarindkopasfonts"/>
    <w:link w:val="Citts"/>
    <w:uiPriority w:val="29"/>
    <w:rsid w:val="00FC693F"/>
    <w:rPr>
      <w:i/>
      <w:iCs/>
      <w:color w:val="000000" w:themeColor="text1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Izteiksmgs">
    <w:name w:val="Strong"/>
    <w:basedOn w:val="Noklusjumarindkopasfonts"/>
    <w:uiPriority w:val="22"/>
    <w:qFormat/>
    <w:rsid w:val="00FC693F"/>
    <w:rPr>
      <w:b/>
      <w:bCs/>
    </w:rPr>
  </w:style>
  <w:style w:type="character" w:styleId="Izclums">
    <w:name w:val="Emphasis"/>
    <w:basedOn w:val="Noklusjumarindkopasfonts"/>
    <w:uiPriority w:val="20"/>
    <w:qFormat/>
    <w:rsid w:val="00FC693F"/>
    <w:rPr>
      <w:i/>
      <w:iCs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C693F"/>
    <w:rPr>
      <w:b/>
      <w:bCs/>
      <w:i/>
      <w:iCs/>
      <w:color w:val="4F81BD" w:themeColor="accent1"/>
    </w:rPr>
  </w:style>
  <w:style w:type="character" w:styleId="Izsmalcintsizclums">
    <w:name w:val="Subtle Emphasis"/>
    <w:basedOn w:val="Noklusjumarindkopasfonts"/>
    <w:uiPriority w:val="19"/>
    <w:qFormat/>
    <w:rsid w:val="00FC693F"/>
    <w:rPr>
      <w:i/>
      <w:iCs/>
      <w:color w:val="808080" w:themeColor="text1" w:themeTint="7F"/>
    </w:rPr>
  </w:style>
  <w:style w:type="character" w:styleId="Intensvsizclums">
    <w:name w:val="Intense Emphasis"/>
    <w:basedOn w:val="Noklusjumarindkopasfonts"/>
    <w:uiPriority w:val="21"/>
    <w:qFormat/>
    <w:rsid w:val="00FC693F"/>
    <w:rPr>
      <w:b/>
      <w:bCs/>
      <w:i/>
      <w:iCs/>
      <w:color w:val="4F81BD" w:themeColor="accent1"/>
    </w:rPr>
  </w:style>
  <w:style w:type="character" w:styleId="Izsmalcintaatsauce">
    <w:name w:val="Subtle Reference"/>
    <w:basedOn w:val="Noklusjumarindkopasfonts"/>
    <w:uiPriority w:val="31"/>
    <w:qFormat/>
    <w:rsid w:val="00FC693F"/>
    <w:rPr>
      <w:smallCaps/>
      <w:color w:val="C0504D" w:themeColor="accent2"/>
      <w:u w:val="single"/>
    </w:rPr>
  </w:style>
  <w:style w:type="character" w:styleId="Intensvaatsauce">
    <w:name w:val="Intense Reference"/>
    <w:basedOn w:val="Noklusjumarindkopasfont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Grmatasnosaukums">
    <w:name w:val="Book Title"/>
    <w:basedOn w:val="Noklusjumarindkopasfonts"/>
    <w:uiPriority w:val="33"/>
    <w:qFormat/>
    <w:rsid w:val="00FC693F"/>
    <w:rPr>
      <w:b/>
      <w:bCs/>
      <w:smallCaps/>
      <w:spacing w:val="5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FC693F"/>
    <w:pPr>
      <w:outlineLvl w:val="9"/>
    </w:pPr>
  </w:style>
  <w:style w:type="table" w:styleId="Reatabula">
    <w:name w:val="Table Grid"/>
    <w:basedOn w:val="Parastatabu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aisnojums">
    <w:name w:val="Light Shading"/>
    <w:basedOn w:val="Parastatabu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aisnojumsizclums1">
    <w:name w:val="Light Shading Accent 1"/>
    <w:basedOn w:val="Parastatabu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aisnojumsizclums2">
    <w:name w:val="Light Shading Accent 2"/>
    <w:basedOn w:val="Parastatabu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aisnojumsizclums3">
    <w:name w:val="Light Shading Accent 3"/>
    <w:basedOn w:val="Parastatabu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aisnojumsizclums4">
    <w:name w:val="Light Shading Accent 4"/>
    <w:basedOn w:val="Parastatabu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aisnojumsizclums5">
    <w:name w:val="Light Shading Accent 5"/>
    <w:basedOn w:val="Parastatabu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aisnojumsizclums6">
    <w:name w:val="Light Shading Accent 6"/>
    <w:basedOn w:val="Parastatabu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Gaissaraksts">
    <w:name w:val="Light List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aissarakstsizclums1">
    <w:name w:val="Light List Accent 1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aissarakstsizclums2">
    <w:name w:val="Light List Accent 2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Gaissarakstsizclums3">
    <w:name w:val="Light List Accent 3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aissarakstsizclums4">
    <w:name w:val="Light List Accent 4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aissarakstsizclums5">
    <w:name w:val="Light List Accent 5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aissarakstsizclums6">
    <w:name w:val="Light List Accent 6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aisreis">
    <w:name w:val="Light Grid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aisreisizclums1">
    <w:name w:val="Light Grid Accent 1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aisreisizclums2">
    <w:name w:val="Light Grid Accent 2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aisreisizclums3">
    <w:name w:val="Light Grid Accent 3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aisreisizclums4">
    <w:name w:val="Light Grid Accent 4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aisreisizclums5">
    <w:name w:val="Light Grid Accent 5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aisreisizclums6">
    <w:name w:val="Light Grid Accent 6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Vidjsnojums1">
    <w:name w:val="Medium Shading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1">
    <w:name w:val="Medium Shading 1 Accent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2">
    <w:name w:val="Medium Shading 1 Accent 2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3">
    <w:name w:val="Medium Shading 1 Accent 3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4">
    <w:name w:val="Medium Shading 1 Accent 4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5">
    <w:name w:val="Medium Shading 1 Accent 5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6">
    <w:name w:val="Medium Shading 1 Accent 6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2">
    <w:name w:val="Medium Shading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1">
    <w:name w:val="Medium Shading 2 Accent 1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2">
    <w:name w:val="Medium Shading 2 Accent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3">
    <w:name w:val="Medium Shading 2 Accent 3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4">
    <w:name w:val="Medium Shading 2 Accent 4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5">
    <w:name w:val="Medium Shading 2 Accent 5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6">
    <w:name w:val="Medium Shading 2 Accent 6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saraksts1">
    <w:name w:val="Medium Lis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Vidjssaraksts1izclums1">
    <w:name w:val="Medium List 1 Accen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Vidjssaraksts1izclums2">
    <w:name w:val="Medium List 1 Accent 2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Vidjssaraksts1izclums3">
    <w:name w:val="Medium List 1 Accent 3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djssaraksts1izclums4">
    <w:name w:val="Medium List 1 Accent 4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Vidjssaraksts1izclums5">
    <w:name w:val="Medium List 1 Accent 5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Vidjssaraksts1izclums6">
    <w:name w:val="Medium List 1 Accent 6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Vidjssaraksts2">
    <w:name w:val="Medium Lis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1">
    <w:name w:val="Medium List 2 Accent 1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2">
    <w:name w:val="Medium List 2 Accen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3">
    <w:name w:val="Medium List 2 Accent 3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4">
    <w:name w:val="Medium List 2 Accent 4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5">
    <w:name w:val="Medium List 2 Accent 5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6">
    <w:name w:val="Medium List 2 Accent 6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reis1">
    <w:name w:val="Medium Grid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idjsreis1izclums1">
    <w:name w:val="Medium Grid 1 Accent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Vidjsreis1izclums2">
    <w:name w:val="Medium Grid 1 Accent 2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Vidjsreis1izclums3">
    <w:name w:val="Medium Grid 1 Accent 3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idjsreis1izclums4">
    <w:name w:val="Medium Grid 1 Accent 4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Vidjsreis1izclums5">
    <w:name w:val="Medium Grid 1 Accent 5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Vidjsreis1izclums6">
    <w:name w:val="Medium Grid 1 Accent 6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Vidjsreis2">
    <w:name w:val="Medium Grid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1">
    <w:name w:val="Medium Grid 2 Accent 1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2">
    <w:name w:val="Medium Grid 2 Accent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3">
    <w:name w:val="Medium Grid 2 Accent 3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4">
    <w:name w:val="Medium Grid 2 Accent 4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5">
    <w:name w:val="Medium Grid 2 Accent 5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6">
    <w:name w:val="Medium Grid 2 Accent 6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3">
    <w:name w:val="Medium Grid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Vidjsreis3izclums1">
    <w:name w:val="Medium Grid 3 Accent 1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Vidjsreis3izclums2">
    <w:name w:val="Medium Grid 3 Accent 2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Vidjsreis3izclums3">
    <w:name w:val="Medium Grid 3 Accent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Vidjsreis3izclums4">
    <w:name w:val="Medium Grid 3 Accent 4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Vidjsreis3izclums5">
    <w:name w:val="Medium Grid 3 Accent 5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Vidjsreis3izclums6">
    <w:name w:val="Medium Grid 3 Accent 6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umssaraksts">
    <w:name w:val="Dark List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ssarakstsizclums1">
    <w:name w:val="Dark List Accent 1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umssarakstsizclums2">
    <w:name w:val="Dark List Accent 2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umssarakstsizclums3">
    <w:name w:val="Dark List Accent 3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umssarakstsizclums4">
    <w:name w:val="Dark List Accent 4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umssarakstsizclums5">
    <w:name w:val="Dark List Accent 5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umssarakstsizclums6">
    <w:name w:val="Dark List Accent 6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rsainsnojums">
    <w:name w:val="Colorful Shading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1">
    <w:name w:val="Colorful Shading Accent 1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2">
    <w:name w:val="Colorful Shading Accent 2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3">
    <w:name w:val="Colorful Shading Accent 3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nojumsizclums4">
    <w:name w:val="Colorful Shading Accent 4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5">
    <w:name w:val="Colorful Shading Accent 5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6">
    <w:name w:val="Colorful Shading Accent 6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saraksts">
    <w:name w:val="Colorful List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rsainssarakstsizclums1">
    <w:name w:val="Colorful List Accent 1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rsainssarakstsizclums2">
    <w:name w:val="Colorful List Accent 2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rsainssarakstsizclums3">
    <w:name w:val="Colorful List Accent 3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rsainssarakstsizclums4">
    <w:name w:val="Colorful List Accent 4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rsainssarakstsizclums5">
    <w:name w:val="Colorful List Accent 5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rsainssarakstsizclums6">
    <w:name w:val="Colorful List Accent 6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rsainsreis">
    <w:name w:val="Colorful Grid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rsainsreisizclums1">
    <w:name w:val="Colorful Grid Accent 1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rsainsreisizclums2">
    <w:name w:val="Colorful Grid Accent 2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rsainsreisizclums3">
    <w:name w:val="Colorful Grid Accent 3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reisizclums4">
    <w:name w:val="Colorful Grid Accent 4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rsainsreisizclums5">
    <w:name w:val="Colorful Grid Accent 5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rsainsreisizclums6">
    <w:name w:val="Colorful Grid Accent 6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italic">
    <w:name w:val="Small italic"/>
    <w:rPr>
      <w:rFonts w:ascii="Arial" w:eastAsia="Arial" w:hAnsi="Arial"/>
      <w:i/>
      <w:sz w:val="16"/>
    </w:rPr>
  </w:style>
  <w:style w:type="paragraph" w:customStyle="1" w:styleId="Question">
    <w:name w:val="Question"/>
    <w:basedOn w:val="Parasts"/>
    <w:rsid w:val="005C6998"/>
    <w:pPr>
      <w:spacing w:before="160" w:after="40"/>
    </w:pPr>
    <w:rPr>
      <w:rFonts w:eastAsiaTheme="minorEastAsia"/>
      <w:b/>
      <w:sz w:val="21"/>
    </w:rPr>
  </w:style>
  <w:style w:type="paragraph" w:customStyle="1" w:styleId="Hint">
    <w:name w:val="Hint"/>
    <w:basedOn w:val="Parasts"/>
    <w:rsid w:val="005C6998"/>
    <w:pPr>
      <w:spacing w:after="40"/>
    </w:pPr>
    <w:rPr>
      <w:rFonts w:eastAsiaTheme="minorEastAsia"/>
      <w:i/>
      <w:color w:val="595959"/>
    </w:rPr>
  </w:style>
  <w:style w:type="paragraph" w:customStyle="1" w:styleId="Option">
    <w:name w:val="Option"/>
    <w:basedOn w:val="Parasts"/>
    <w:rsid w:val="005C6998"/>
    <w:pPr>
      <w:spacing w:after="0" w:line="252" w:lineRule="auto"/>
      <w:ind w:left="283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6430</Words>
  <Characters>3666</Characters>
  <Application>Microsoft Office Word</Application>
  <DocSecurity>0</DocSecurity>
  <Lines>30</Lines>
  <Paragraphs>20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Dārzu un parku pētījuma anketa - precizēta versija</vt:lpstr>
      <vt:lpstr/>
    </vt:vector>
  </TitlesOfParts>
  <Manager/>
  <Company/>
  <LinksUpToDate>false</LinksUpToDate>
  <CharactersWithSpaces>10076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Dārzu un parku pētījuma anketa - precizēta versija</dc:title>
  <dc:subject>Sociologa ieteikumi un saīsināta anketa</dc:subject>
  <dc:creator>Ieva Geistere</dc:creator>
  <cp:keywords/>
  <dc:description>generated by python-docx</dc:description>
  <cp:lastModifiedBy>Krista Ķīse</cp:lastModifiedBy>
  <cp:revision>5</cp:revision>
  <dcterms:created xsi:type="dcterms:W3CDTF">2026-07-09T10:06:00Z</dcterms:created>
  <dcterms:modified xsi:type="dcterms:W3CDTF">2026-07-17T11:17:00Z</dcterms:modified>
  <cp:category/>
</cp:coreProperties>
</file>